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‌༗࿆‌⃟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‌༗࿆‌⃟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9130*371*0</w:t>
            </w:r>
          </w:p>
        </w:tc>
        <w:tc>
          <w:tcPr>
            <w:tcW w:type="dxa" w:w="1728"/>
          </w:tcPr>
          <w:p>
            <w:r>
              <w:t>khaleatieh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khaleatieh1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91*90***2*</w:t>
            </w:r>
          </w:p>
        </w:tc>
        <w:tc>
          <w:tcPr>
            <w:tcW w:type="dxa" w:w="1728"/>
          </w:tcPr>
          <w:p>
            <w:r>
              <w:t>Seyed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Seyedhasan797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91*7970371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Moalem00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91229004**</w:t>
            </w:r>
          </w:p>
        </w:tc>
        <w:tc>
          <w:tcPr>
            <w:tcW w:type="dxa" w:w="1728"/>
          </w:tcPr>
          <w:p>
            <w:r>
              <w:t>Siavash</w:t>
            </w:r>
          </w:p>
        </w:tc>
        <w:tc>
          <w:tcPr>
            <w:tcW w:type="dxa" w:w="1728"/>
          </w:tcPr>
          <w:p>
            <w:r>
              <w:t>Anvari</w:t>
            </w:r>
          </w:p>
        </w:tc>
        <w:tc>
          <w:tcPr>
            <w:tcW w:type="dxa" w:w="1728"/>
          </w:tcPr>
          <w:p>
            <w:r>
              <w:t>SiajOn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93***07*79</w:t>
            </w:r>
          </w:p>
        </w:tc>
        <w:tc>
          <w:tcPr>
            <w:tcW w:type="dxa" w:w="1728"/>
          </w:tcPr>
          <w:p>
            <w:r>
              <w:t>hoda roosta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91430****3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falaki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9039142**4</w:t>
            </w:r>
          </w:p>
        </w:tc>
        <w:tc>
          <w:tcPr>
            <w:tcW w:type="dxa" w:w="1728"/>
          </w:tcPr>
          <w:p>
            <w:r>
              <w:t>سالار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hamied_pxl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9149727173</w:t>
            </w:r>
          </w:p>
        </w:tc>
        <w:tc>
          <w:tcPr>
            <w:tcW w:type="dxa" w:w="1728"/>
          </w:tcPr>
          <w:p>
            <w:r>
              <w:t>م.ب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9397*19*3*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9141**4*33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93*13294*3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ER_s781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93*24*37**</w:t>
            </w:r>
          </w:p>
        </w:tc>
        <w:tc>
          <w:tcPr>
            <w:tcW w:type="dxa" w:w="1728"/>
          </w:tcPr>
          <w:p>
            <w:r>
              <w:t>Sanam</w:t>
            </w:r>
          </w:p>
        </w:tc>
        <w:tc>
          <w:tcPr>
            <w:tcW w:type="dxa" w:w="1728"/>
          </w:tcPr>
          <w:p>
            <w:r>
              <w:t>Eiji</w:t>
            </w:r>
          </w:p>
        </w:tc>
        <w:tc>
          <w:tcPr>
            <w:tcW w:type="dxa" w:w="1728"/>
          </w:tcPr>
          <w:p>
            <w:r>
              <w:t>Sanam_Eiji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914***2947</w:t>
            </w:r>
          </w:p>
        </w:tc>
        <w:tc>
          <w:tcPr>
            <w:tcW w:type="dxa" w:w="1728"/>
          </w:tcPr>
          <w:p>
            <w:r>
              <w:t>●▬▬๑▅▆▇█۩۩(¯`*•.¸,¤° علی °¤,¸.•*´¯)۩۩█▇▆▅●▬▬๑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Ali82900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9304*7**00</w:t>
            </w:r>
          </w:p>
        </w:tc>
        <w:tc>
          <w:tcPr>
            <w:tcW w:type="dxa" w:w="1728"/>
          </w:tcPr>
          <w:p>
            <w:r>
              <w:t>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na0_0na0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933*4*22*1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93339*3*47</w:t>
            </w:r>
          </w:p>
        </w:tc>
        <w:tc>
          <w:tcPr>
            <w:tcW w:type="dxa" w:w="1728"/>
          </w:tcPr>
          <w:p>
            <w:r>
              <w:t>Ŋajm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Najm_74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917*29*72*</w:t>
            </w:r>
          </w:p>
        </w:tc>
        <w:tc>
          <w:tcPr>
            <w:tcW w:type="dxa" w:w="1728"/>
          </w:tcPr>
          <w:p>
            <w:r>
              <w:t>EntezarBehrozi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Entezar4820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93*27*9979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mosavii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91999*23*9</w:t>
            </w:r>
          </w:p>
        </w:tc>
        <w:tc>
          <w:tcPr>
            <w:tcW w:type="dxa" w:w="1728"/>
          </w:tcPr>
          <w:p>
            <w:r>
              <w:t>🔱(MOHAMAD) ✴</w:t>
            </w:r>
          </w:p>
        </w:tc>
        <w:tc>
          <w:tcPr>
            <w:tcW w:type="dxa" w:w="1728"/>
          </w:tcPr>
          <w:p>
            <w:r>
              <w:t>(ABKHIZ)🔱</w:t>
            </w:r>
          </w:p>
        </w:tc>
        <w:tc>
          <w:tcPr>
            <w:tcW w:type="dxa" w:w="1728"/>
          </w:tcPr>
          <w:p>
            <w:r>
              <w:t>Mohamad844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912*3**440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912177*790</w:t>
            </w:r>
          </w:p>
        </w:tc>
        <w:tc>
          <w:tcPr>
            <w:tcW w:type="dxa" w:w="1728"/>
          </w:tcPr>
          <w:p>
            <w:r>
              <w:t>Mr.</w:t>
            </w:r>
          </w:p>
        </w:tc>
        <w:tc>
          <w:tcPr>
            <w:tcW w:type="dxa" w:w="1728"/>
          </w:tcPr>
          <w:p>
            <w:r>
              <w:t>Abdi</w:t>
            </w:r>
          </w:p>
        </w:tc>
        <w:tc>
          <w:tcPr>
            <w:tcW w:type="dxa" w:w="1728"/>
          </w:tcPr>
          <w:p>
            <w:r>
              <w:t>Ramin58335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9179142400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shahramvip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9032*404**</w:t>
            </w:r>
          </w:p>
        </w:tc>
        <w:tc>
          <w:tcPr>
            <w:tcW w:type="dxa" w:w="1728"/>
          </w:tcPr>
          <w:p>
            <w:r>
              <w:t>اا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9014*921**</w:t>
            </w:r>
          </w:p>
        </w:tc>
        <w:tc>
          <w:tcPr>
            <w:tcW w:type="dxa" w:w="1728"/>
          </w:tcPr>
          <w:p>
            <w:r>
              <w:t>ღ꧁ღ╭⊱ꕥ shah ꕥ⊱╮ღ꧂ღ</w:t>
            </w:r>
          </w:p>
        </w:tc>
        <w:tc>
          <w:tcPr>
            <w:tcW w:type="dxa" w:w="1728"/>
          </w:tcPr>
          <w:p>
            <w:r>
              <w:t>‍ٔ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9392*3*731</w:t>
            </w:r>
          </w:p>
        </w:tc>
        <w:tc>
          <w:tcPr>
            <w:tcW w:type="dxa" w:w="1728"/>
          </w:tcPr>
          <w:p>
            <w:r>
              <w:t>h.f.m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Mahram2945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93*44**774</w:t>
            </w:r>
          </w:p>
        </w:tc>
        <w:tc>
          <w:tcPr>
            <w:tcW w:type="dxa" w:w="1728"/>
          </w:tcPr>
          <w:p>
            <w:r>
              <w:t>Azam</w:t>
            </w:r>
          </w:p>
        </w:tc>
        <w:tc>
          <w:tcPr>
            <w:tcW w:type="dxa" w:w="1728"/>
          </w:tcPr>
          <w:p>
            <w:r>
              <w:t>Goli 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9127*99***</w:t>
            </w:r>
          </w:p>
        </w:tc>
        <w:tc>
          <w:tcPr>
            <w:tcW w:type="dxa" w:w="1728"/>
          </w:tcPr>
          <w:p>
            <w:r>
              <w:t>آلا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9190***377</w:t>
            </w:r>
          </w:p>
        </w:tc>
        <w:tc>
          <w:tcPr>
            <w:tcW w:type="dxa" w:w="1728"/>
          </w:tcPr>
          <w:p>
            <w:r>
              <w:t>Amir.m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Amirm5377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91*7031*21</w:t>
            </w:r>
          </w:p>
        </w:tc>
        <w:tc>
          <w:tcPr>
            <w:tcW w:type="dxa" w:w="1728"/>
          </w:tcPr>
          <w:p>
            <w:r>
              <w:t>F.s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9177*9247*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Mkh</w:t>
            </w:r>
          </w:p>
        </w:tc>
        <w:tc>
          <w:tcPr>
            <w:tcW w:type="dxa" w:w="1728"/>
          </w:tcPr>
          <w:p>
            <w:r>
              <w:t>refmkh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93*30*9272</w:t>
            </w:r>
          </w:p>
        </w:tc>
        <w:tc>
          <w:tcPr>
            <w:tcW w:type="dxa" w:w="1728"/>
          </w:tcPr>
          <w:p>
            <w:r>
              <w:t>artam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artam00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91*3*23*2*</w:t>
            </w:r>
          </w:p>
        </w:tc>
        <w:tc>
          <w:tcPr>
            <w:tcW w:type="dxa" w:w="1728"/>
          </w:tcPr>
          <w:p>
            <w:r>
              <w:t>بهادر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Bahador200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91***322*2</w:t>
            </w:r>
          </w:p>
        </w:tc>
        <w:tc>
          <w:tcPr>
            <w:tcW w:type="dxa" w:w="1728"/>
          </w:tcPr>
          <w:p>
            <w:r>
              <w:t>God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h_2282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91**093**9</w:t>
            </w:r>
          </w:p>
        </w:tc>
        <w:tc>
          <w:tcPr>
            <w:tcW w:type="dxa" w:w="1728"/>
          </w:tcPr>
          <w:p>
            <w:r>
              <w:t>یا حسین 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Golmakani1361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914*90779*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rm19m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91112*112*</w:t>
            </w:r>
          </w:p>
        </w:tc>
        <w:tc>
          <w:tcPr>
            <w:tcW w:type="dxa" w:w="1728"/>
          </w:tcPr>
          <w:p>
            <w:r>
              <w:t>فرح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930***9307</w:t>
            </w:r>
          </w:p>
        </w:tc>
        <w:tc>
          <w:tcPr>
            <w:tcW w:type="dxa" w:w="1728"/>
          </w:tcPr>
          <w:p>
            <w:r>
              <w:t>《♤♡Alireza♡♤》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habitat47848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91*7042*92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93927*372*</w:t>
            </w:r>
          </w:p>
        </w:tc>
        <w:tc>
          <w:tcPr>
            <w:tcW w:type="dxa" w:w="1728"/>
          </w:tcPr>
          <w:p>
            <w:r>
              <w:t>شبنم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Saray9999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9199**4**9</w:t>
            </w:r>
          </w:p>
        </w:tc>
        <w:tc>
          <w:tcPr>
            <w:tcW w:type="dxa" w:w="1728"/>
          </w:tcPr>
          <w:p>
            <w:r>
              <w:t>F..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Fchp8313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919*3*4*2*</w:t>
            </w:r>
          </w:p>
        </w:tc>
        <w:tc>
          <w:tcPr>
            <w:tcW w:type="dxa" w:w="1728"/>
          </w:tcPr>
          <w:p>
            <w:r>
              <w:t>Sogol 소골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thisisogolll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9221**07**</w:t>
            </w:r>
          </w:p>
        </w:tc>
        <w:tc>
          <w:tcPr>
            <w:tcW w:type="dxa" w:w="1728"/>
          </w:tcPr>
          <w:p>
            <w:r>
              <w:t>_.BŘM._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Brave_mh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93*44*9017</w:t>
            </w:r>
          </w:p>
        </w:tc>
        <w:tc>
          <w:tcPr>
            <w:tcW w:type="dxa" w:w="1728"/>
          </w:tcPr>
          <w:p>
            <w:r>
              <w:t>bahonar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SomayehBahonar1364136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93*9*191**</w:t>
            </w:r>
          </w:p>
        </w:tc>
        <w:tc>
          <w:tcPr>
            <w:tcW w:type="dxa" w:w="1728"/>
          </w:tcPr>
          <w:p>
            <w:r>
              <w:t>hadi vira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921923***3</w:t>
            </w:r>
          </w:p>
        </w:tc>
        <w:tc>
          <w:tcPr>
            <w:tcW w:type="dxa" w:w="1728"/>
          </w:tcPr>
          <w:p>
            <w:r>
              <w:t>°PESAR KHOB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bad_boy_reza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93****1*07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Ftmpi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913241491*</w:t>
            </w:r>
          </w:p>
        </w:tc>
        <w:tc>
          <w:tcPr>
            <w:tcW w:type="dxa" w:w="1728"/>
          </w:tcPr>
          <w:p>
            <w:r>
              <w:t>رز سفید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93**701*42</w:t>
            </w:r>
          </w:p>
        </w:tc>
        <w:tc>
          <w:tcPr>
            <w:tcW w:type="dxa" w:w="1728"/>
          </w:tcPr>
          <w:p>
            <w:r>
              <w:t>ma$oud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MN9723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902*32*729</w:t>
            </w:r>
          </w:p>
        </w:tc>
        <w:tc>
          <w:tcPr>
            <w:tcW w:type="dxa" w:w="1728"/>
          </w:tcPr>
          <w:p>
            <w:r>
              <w:t>اخلاقی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Marziyehakhlaghi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913*01*7*2</w:t>
            </w:r>
          </w:p>
        </w:tc>
        <w:tc>
          <w:tcPr>
            <w:tcW w:type="dxa" w:w="1728"/>
          </w:tcPr>
          <w:p>
            <w:r>
              <w:t>【﻿♠𝑴𝒋☠️】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mj_mazhari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9134***93*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Shahreavazmusic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93*7*97297</w:t>
            </w:r>
          </w:p>
        </w:tc>
        <w:tc>
          <w:tcPr>
            <w:tcW w:type="dxa" w:w="1728"/>
          </w:tcPr>
          <w:p>
            <w:r>
              <w:t>احمدرضا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9373**2***</w:t>
            </w:r>
          </w:p>
        </w:tc>
        <w:tc>
          <w:tcPr>
            <w:tcW w:type="dxa" w:w="1728"/>
          </w:tcPr>
          <w:p>
            <w:r>
              <w:t>Aref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FURY_AK_47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9192701**7</w:t>
            </w:r>
          </w:p>
        </w:tc>
        <w:tc>
          <w:tcPr>
            <w:tcW w:type="dxa" w:w="1728"/>
          </w:tcPr>
          <w:p>
            <w:r>
              <w:t>😜da----sh😜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937*70*9**</w:t>
            </w:r>
          </w:p>
        </w:tc>
        <w:tc>
          <w:tcPr>
            <w:tcW w:type="dxa" w:w="1728"/>
          </w:tcPr>
          <w:p>
            <w:r>
              <w:t>David</w:t>
            </w:r>
          </w:p>
        </w:tc>
        <w:tc>
          <w:tcPr>
            <w:tcW w:type="dxa" w:w="1728"/>
          </w:tcPr>
          <w:p>
            <w:r>
              <w:t>Bekam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9171*11902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Agah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93*9932093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Behnamgh1366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911*343337</w:t>
            </w:r>
          </w:p>
        </w:tc>
        <w:tc>
          <w:tcPr>
            <w:tcW w:type="dxa" w:w="1728"/>
          </w:tcPr>
          <w:p>
            <w:r>
              <w:t>فهیمه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93**13*373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Mmbarkhor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93*4*71*21</w:t>
            </w:r>
          </w:p>
        </w:tc>
        <w:tc>
          <w:tcPr>
            <w:tcW w:type="dxa" w:w="1728"/>
          </w:tcPr>
          <w:p>
            <w:r>
              <w:t>میلاد</w:t>
            </w:r>
          </w:p>
        </w:tc>
        <w:tc>
          <w:tcPr>
            <w:tcW w:type="dxa" w:w="1728"/>
          </w:tcPr>
          <w:p>
            <w:r>
              <w:t>:::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93*7104*41</w:t>
            </w:r>
          </w:p>
        </w:tc>
        <w:tc>
          <w:tcPr>
            <w:tcW w:type="dxa" w:w="1728"/>
          </w:tcPr>
          <w:p>
            <w:r>
              <w:t>J.mokhtari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S75mokhtari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9132*0**27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91311*4*47</w:t>
            </w:r>
          </w:p>
        </w:tc>
        <w:tc>
          <w:tcPr>
            <w:tcW w:type="dxa" w:w="1728"/>
          </w:tcPr>
          <w:p>
            <w:r>
              <w:t>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Fari4747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9017*30*22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Rrzarahmani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903*379*34</w:t>
            </w:r>
          </w:p>
        </w:tc>
        <w:tc>
          <w:tcPr>
            <w:tcW w:type="dxa" w:w="1728"/>
          </w:tcPr>
          <w:p>
            <w:r>
              <w:t>as.bey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Asmnbeyy999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93*7*11*21</w:t>
            </w:r>
          </w:p>
        </w:tc>
        <w:tc>
          <w:tcPr>
            <w:tcW w:type="dxa" w:w="1728"/>
          </w:tcPr>
          <w:p>
            <w:r>
              <w:t>آسمان</w:t>
            </w:r>
          </w:p>
        </w:tc>
        <w:tc>
          <w:tcPr>
            <w:tcW w:type="dxa" w:w="1728"/>
          </w:tcPr>
          <w:p>
            <w:r>
              <w:t>آبی</w:t>
            </w:r>
          </w:p>
        </w:tc>
        <w:tc>
          <w:tcPr>
            <w:tcW w:type="dxa" w:w="1728"/>
          </w:tcPr>
          <w:p>
            <w:r>
              <w:t>Sog123456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93*3***174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Armoon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9120421*9*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>
              <w:t>Milani</w:t>
            </w:r>
          </w:p>
        </w:tc>
        <w:tc>
          <w:tcPr>
            <w:tcW w:type="dxa" w:w="1728"/>
          </w:tcPr>
          <w:p>
            <w:r>
              <w:t>masood_milani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93*97*203*</w:t>
            </w:r>
          </w:p>
        </w:tc>
        <w:tc>
          <w:tcPr>
            <w:tcW w:type="dxa" w:w="1728"/>
          </w:tcPr>
          <w:p>
            <w:r>
              <w:t>P.gh.g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9217*2*077</w:t>
            </w:r>
          </w:p>
        </w:tc>
        <w:tc>
          <w:tcPr>
            <w:tcW w:type="dxa" w:w="1728"/>
          </w:tcPr>
          <w:p>
            <w:r>
              <w:t>شرکت یوتاب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envoy_youtab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9171*3734*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>
              <w:t>Astane_tahamol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933*031919</w:t>
            </w:r>
          </w:p>
        </w:tc>
        <w:tc>
          <w:tcPr>
            <w:tcW w:type="dxa" w:w="1728"/>
          </w:tcPr>
          <w:p>
            <w:r>
              <w:t>amir020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amirperfumery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91*913**9*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>
              <w:t>عباسی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922*0*7*09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Amir_mg644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93*133**42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Mojtababdi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93**4**4*9</w:t>
            </w:r>
          </w:p>
        </w:tc>
        <w:tc>
          <w:tcPr>
            <w:tcW w:type="dxa" w:w="1728"/>
          </w:tcPr>
          <w:p>
            <w:r>
              <w:t>˙·٠•●♥ Ƹ̵̡Ӝ̵̨̄Ʒḳḯṅḡḟḁṝṧḧḁḓ Ƹ̵̡Ӝ̵̨̄Ʒ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Kingfarshad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937173*419</w:t>
            </w:r>
          </w:p>
        </w:tc>
        <w:tc>
          <w:tcPr>
            <w:tcW w:type="dxa" w:w="1728"/>
          </w:tcPr>
          <w:p>
            <w:r>
              <w:t>𝚜𝚊𝚎𝚎𝚍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90307*93**</w:t>
            </w:r>
          </w:p>
        </w:tc>
        <w:tc>
          <w:tcPr>
            <w:tcW w:type="dxa" w:w="1728"/>
          </w:tcPr>
          <w:p>
            <w:r>
              <w:t>مجتبی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Mojtabsyas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9124*029*1</w:t>
            </w:r>
          </w:p>
        </w:tc>
        <w:tc>
          <w:tcPr>
            <w:tcW w:type="dxa" w:w="1728"/>
          </w:tcPr>
          <w:p>
            <w:r>
              <w:t>محمد طاها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  <w:tr>
        <w:tc>
          <w:tcPr>
            <w:tcW w:type="dxa" w:w="1728"/>
          </w:tcPr>
          <w:p>
            <w:r>
              <w:t>933979*337</w:t>
            </w:r>
          </w:p>
        </w:tc>
        <w:tc>
          <w:tcPr>
            <w:tcW w:type="dxa" w:w="1728"/>
          </w:tcPr>
          <w:p>
            <w:r>
              <w:t>♪♫•*¨*•.¸¸❤MOH@M@D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Mohammad108r</w:t>
            </w:r>
          </w:p>
        </w:tc>
        <w:tc>
          <w:tcPr>
            <w:tcW w:type="dxa" w:w="1728"/>
          </w:tcPr>
          <w:p>
            <w:r>
              <w:t>𖧟❰‌🇮🇷❱𖧟𝐇𝐀𝐌𝐃𝐄𝐋𝐀𝐍༗࿆‌👑⃟▽🍷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‌༗࿆‌⃟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