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گپ كنكوريا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گپ كنكوريا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9177712340</w:t>
            </w:r>
          </w:p>
        </w:tc>
        <w:tc>
          <w:tcPr>
            <w:tcW w:type="dxa" w:w="1728"/>
          </w:tcPr>
          <w:p>
            <w:r>
              <w:t>Farzaneh 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farzaneh_37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937***1240</w:t>
            </w:r>
          </w:p>
        </w:tc>
        <w:tc>
          <w:tcPr>
            <w:tcW w:type="dxa" w:w="1728"/>
          </w:tcPr>
          <w:p>
            <w:r>
              <w:t>Amirreza</w:t>
            </w:r>
          </w:p>
        </w:tc>
        <w:tc>
          <w:tcPr>
            <w:tcW w:type="dxa" w:w="1728"/>
          </w:tcPr>
          <w:p>
            <w:r>
              <w:t>Riyazat</w:t>
            </w:r>
          </w:p>
        </w:tc>
        <w:tc>
          <w:tcPr>
            <w:tcW w:type="dxa" w:w="1728"/>
          </w:tcPr>
          <w:p>
            <w:r>
              <w:t>Amir77almasqadir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9141*3372*</w:t>
            </w:r>
          </w:p>
        </w:tc>
        <w:tc>
          <w:tcPr>
            <w:tcW w:type="dxa" w:w="1728"/>
          </w:tcPr>
          <w:p>
            <w:r>
              <w:t>محمدى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Mohamady11336633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9373*42903</w:t>
            </w:r>
          </w:p>
        </w:tc>
        <w:tc>
          <w:tcPr>
            <w:tcW w:type="dxa" w:w="1728"/>
          </w:tcPr>
          <w:p>
            <w:r>
              <w:t>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91*340*903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9902*24013</w:t>
            </w:r>
          </w:p>
        </w:tc>
        <w:tc>
          <w:tcPr>
            <w:tcW w:type="dxa" w:w="1728"/>
          </w:tcPr>
          <w:p>
            <w:r>
              <w:t>Mahdi.A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M_Aeineh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914*42*799</w:t>
            </w:r>
          </w:p>
        </w:tc>
        <w:tc>
          <w:tcPr>
            <w:tcW w:type="dxa" w:w="1728"/>
          </w:tcPr>
          <w:p>
            <w:r>
              <w:t>. 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hossein_rahimi1380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91*0*2*443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Mamadrezaeshghiij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939*12*703</w:t>
            </w:r>
          </w:p>
        </w:tc>
        <w:tc>
          <w:tcPr>
            <w:tcW w:type="dxa" w:w="1728"/>
          </w:tcPr>
          <w:p>
            <w:r>
              <w:t>Elmira</w:t>
            </w:r>
          </w:p>
        </w:tc>
        <w:tc>
          <w:tcPr>
            <w:tcW w:type="dxa" w:w="1728"/>
          </w:tcPr>
          <w:p>
            <w:r>
              <w:t>Elmira🐥♠️🐥</w:t>
            </w:r>
          </w:p>
        </w:tc>
        <w:tc>
          <w:tcPr>
            <w:tcW w:type="dxa" w:w="1728"/>
          </w:tcPr>
          <w:p>
            <w:r>
              <w:t>Elmira8703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93*4103434</w:t>
            </w:r>
          </w:p>
        </w:tc>
        <w:tc>
          <w:tcPr>
            <w:tcW w:type="dxa" w:w="1728"/>
          </w:tcPr>
          <w:p>
            <w:r>
              <w:t>تات</w:t>
            </w:r>
          </w:p>
        </w:tc>
        <w:tc>
          <w:tcPr>
            <w:tcW w:type="dxa" w:w="1728"/>
          </w:tcPr>
          <w:p>
            <w:r>
              <w:t>حصاری</w:t>
            </w:r>
          </w:p>
        </w:tc>
        <w:tc>
          <w:tcPr>
            <w:tcW w:type="dxa" w:w="1728"/>
          </w:tcPr>
          <w:p>
            <w:r>
              <w:t>Tat_hessari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910979433*</w:t>
            </w:r>
          </w:p>
        </w:tc>
        <w:tc>
          <w:tcPr>
            <w:tcW w:type="dxa" w:w="1728"/>
          </w:tcPr>
          <w:p>
            <w:r>
              <w:t>نجیب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933*2*30*7</w:t>
            </w:r>
          </w:p>
        </w:tc>
        <w:tc>
          <w:tcPr>
            <w:tcW w:type="dxa" w:w="1728"/>
          </w:tcPr>
          <w:p>
            <w:r>
              <w:t>a_m_i_r_m_m_d_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amirmmdW_3067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914744***2</w:t>
            </w:r>
          </w:p>
        </w:tc>
        <w:tc>
          <w:tcPr>
            <w:tcW w:type="dxa" w:w="1728"/>
          </w:tcPr>
          <w:p>
            <w:r>
              <w:t>ᴀʟɪʀᴇᴢᴀ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Alirez_10a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9374*4*02*</w:t>
            </w:r>
          </w:p>
        </w:tc>
        <w:tc>
          <w:tcPr>
            <w:tcW w:type="dxa" w:w="1728"/>
          </w:tcPr>
          <w:p>
            <w:r>
              <w:t>الناز</w:t>
            </w:r>
          </w:p>
        </w:tc>
        <w:tc>
          <w:tcPr>
            <w:tcW w:type="dxa" w:w="1728"/>
          </w:tcPr>
          <w:p>
            <w:r>
              <w:t>نظری</w:t>
            </w:r>
          </w:p>
        </w:tc>
        <w:tc>
          <w:tcPr>
            <w:tcW w:type="dxa" w:w="1728"/>
          </w:tcPr>
          <w:p>
            <w:r>
              <w:t>Elnaz_nazari78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912**27032</w:t>
            </w:r>
          </w:p>
        </w:tc>
        <w:tc>
          <w:tcPr>
            <w:tcW w:type="dxa" w:w="1728"/>
          </w:tcPr>
          <w:p>
            <w:r>
              <w:t>parvin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melina_2004_k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90*10**11*</w:t>
            </w:r>
          </w:p>
        </w:tc>
        <w:tc>
          <w:tcPr>
            <w:tcW w:type="dxa" w:w="1728"/>
          </w:tcPr>
          <w:p>
            <w:r>
              <w:t>𝚍𝚊𝚗𝚒ال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Danieal313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91*4012*07</w:t>
            </w:r>
          </w:p>
        </w:tc>
        <w:tc>
          <w:tcPr>
            <w:tcW w:type="dxa" w:w="1728"/>
          </w:tcPr>
          <w:p>
            <w:r>
              <w:t>◔͜͡◔imreezaa◔͜͡◔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Onetay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990473702*</w:t>
            </w:r>
          </w:p>
        </w:tc>
        <w:tc>
          <w:tcPr>
            <w:tcW w:type="dxa" w:w="1728"/>
          </w:tcPr>
          <w:p>
            <w:r>
              <w:t>Karin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9031312*7*</w:t>
            </w:r>
          </w:p>
        </w:tc>
        <w:tc>
          <w:tcPr>
            <w:tcW w:type="dxa" w:w="1728"/>
          </w:tcPr>
          <w:p>
            <w:r>
              <w:t>𖤹𝙼𝚑𝚛𝚋𖤹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mhrb_nr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93**99*733</w:t>
            </w:r>
          </w:p>
        </w:tc>
        <w:tc>
          <w:tcPr>
            <w:tcW w:type="dxa" w:w="1728"/>
          </w:tcPr>
          <w:p>
            <w:r>
              <w:t>Yasaman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Yasaamannn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91*2397422</w:t>
            </w:r>
          </w:p>
        </w:tc>
        <w:tc>
          <w:tcPr>
            <w:tcW w:type="dxa" w:w="1728"/>
          </w:tcPr>
          <w:p>
            <w:r>
              <w:t>هادی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9370247712</w:t>
            </w:r>
          </w:p>
        </w:tc>
        <w:tc>
          <w:tcPr>
            <w:tcW w:type="dxa" w:w="1728"/>
          </w:tcPr>
          <w:p>
            <w:r>
              <w:t>👑 🃏. .Şɪɲα.. 🃏 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Sina_moh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90292*2***</w:t>
            </w:r>
          </w:p>
        </w:tc>
        <w:tc>
          <w:tcPr>
            <w:tcW w:type="dxa" w:w="1728"/>
          </w:tcPr>
          <w:p>
            <w:r>
              <w:t>Arsalan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Arsalan9q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919034*332</w:t>
            </w:r>
          </w:p>
        </w:tc>
        <w:tc>
          <w:tcPr>
            <w:tcW w:type="dxa" w:w="1728"/>
          </w:tcPr>
          <w:p>
            <w:r>
              <w:t>Kiavash.S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Kia021vash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93***43*37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9224**7**3</w:t>
            </w:r>
          </w:p>
        </w:tc>
        <w:tc>
          <w:tcPr>
            <w:tcW w:type="dxa" w:w="1728"/>
          </w:tcPr>
          <w:p>
            <w:r>
              <w:t>Pico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alirezaghaleby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91240****0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-k-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911*1*4***</w:t>
            </w:r>
          </w:p>
        </w:tc>
        <w:tc>
          <w:tcPr>
            <w:tcW w:type="dxa" w:w="1728"/>
          </w:tcPr>
          <w:p>
            <w:r>
              <w:t>Hossein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f88Hossein88f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933*271093</w:t>
            </w:r>
          </w:p>
        </w:tc>
        <w:tc>
          <w:tcPr>
            <w:tcW w:type="dxa" w:w="1728"/>
          </w:tcPr>
          <w:p>
            <w:r>
              <w:t>donya ghaderi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ddd97ddd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91**07429*</w:t>
            </w:r>
          </w:p>
        </w:tc>
        <w:tc>
          <w:tcPr>
            <w:tcW w:type="dxa" w:w="1728"/>
          </w:tcPr>
          <w:p>
            <w:r>
              <w:t>S.R.S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REzAseyedy_99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914*442023</w:t>
            </w:r>
          </w:p>
        </w:tc>
        <w:tc>
          <w:tcPr>
            <w:tcW w:type="dxa" w:w="1728"/>
          </w:tcPr>
          <w:p>
            <w:r>
              <w:t>S.faramarzy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Clevergirl2001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930474*0**</w:t>
            </w:r>
          </w:p>
        </w:tc>
        <w:tc>
          <w:tcPr>
            <w:tcW w:type="dxa" w:w="1728"/>
          </w:tcPr>
          <w:p>
            <w:r>
              <w:t>•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Bshsjkskw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93**2910**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Hos_Karimi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9130734410</w:t>
            </w:r>
          </w:p>
        </w:tc>
        <w:tc>
          <w:tcPr>
            <w:tcW w:type="dxa" w:w="1728"/>
          </w:tcPr>
          <w:p>
            <w:r>
              <w:t>ｍａｈｄｉ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mahditg78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93*19190*1</w:t>
            </w:r>
          </w:p>
        </w:tc>
        <w:tc>
          <w:tcPr>
            <w:tcW w:type="dxa" w:w="1728"/>
          </w:tcPr>
          <w:p>
            <w:r>
              <w:t>payami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mohmmd_hp10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9191*1099*</w:t>
            </w:r>
          </w:p>
        </w:tc>
        <w:tc>
          <w:tcPr>
            <w:tcW w:type="dxa" w:w="1728"/>
          </w:tcPr>
          <w:p>
            <w:r>
              <w:t>fallahi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93*97173**</w:t>
            </w:r>
          </w:p>
        </w:tc>
        <w:tc>
          <w:tcPr>
            <w:tcW w:type="dxa" w:w="1728"/>
          </w:tcPr>
          <w:p>
            <w:r>
              <w:t>وحید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91324347*9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salary223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917***40**</w:t>
            </w:r>
          </w:p>
        </w:tc>
        <w:tc>
          <w:tcPr>
            <w:tcW w:type="dxa" w:w="1728"/>
          </w:tcPr>
          <w:p>
            <w:r>
              <w:t>سمیه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Somayeh_da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937*703902</w:t>
            </w:r>
          </w:p>
        </w:tc>
        <w:tc>
          <w:tcPr>
            <w:tcW w:type="dxa" w:w="1728"/>
          </w:tcPr>
          <w:p>
            <w:r>
              <w:t>خاله سعیده..09927549411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93**9*032*</w:t>
            </w:r>
          </w:p>
        </w:tc>
        <w:tc>
          <w:tcPr>
            <w:tcW w:type="dxa" w:w="1728"/>
          </w:tcPr>
          <w:p>
            <w:r>
              <w:t>بیتا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93004**9*7</w:t>
            </w:r>
          </w:p>
        </w:tc>
        <w:tc>
          <w:tcPr>
            <w:tcW w:type="dxa" w:w="1728"/>
          </w:tcPr>
          <w:p>
            <w:r>
              <w:t>shahrokh (: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Shahrokhyx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9027**7239</w:t>
            </w:r>
          </w:p>
        </w:tc>
        <w:tc>
          <w:tcPr>
            <w:tcW w:type="dxa" w:w="1728"/>
          </w:tcPr>
          <w:p>
            <w:r>
              <w:t>ŔĒŹĀ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Lucifer_Morning_Star_80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9144203*27</w:t>
            </w:r>
          </w:p>
        </w:tc>
        <w:tc>
          <w:tcPr>
            <w:tcW w:type="dxa" w:w="1728"/>
          </w:tcPr>
          <w:p>
            <w:r>
              <w:t>A-Taghizadeh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fanavaran_2215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9377*30340</w:t>
            </w:r>
          </w:p>
        </w:tc>
        <w:tc>
          <w:tcPr>
            <w:tcW w:type="dxa" w:w="1728"/>
          </w:tcPr>
          <w:p>
            <w:r>
              <w:t>MLK_AF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9172472402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Ayhan2003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9171111212</w:t>
            </w:r>
          </w:p>
        </w:tc>
        <w:tc>
          <w:tcPr>
            <w:tcW w:type="dxa" w:w="1728"/>
          </w:tcPr>
          <w:p>
            <w:r>
              <w:t>@li 12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93*2***2*1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>
              <w:t>Mehraji</w:t>
            </w:r>
          </w:p>
        </w:tc>
        <w:tc>
          <w:tcPr>
            <w:tcW w:type="dxa" w:w="1728"/>
          </w:tcPr>
          <w:p>
            <w:r>
              <w:t>AminMehraji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91*9****7*</w:t>
            </w:r>
          </w:p>
        </w:tc>
        <w:tc>
          <w:tcPr>
            <w:tcW w:type="dxa" w:w="1728"/>
          </w:tcPr>
          <w:p>
            <w:r>
              <w:t>Kamrani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k1a3m8r2ani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9221*0494*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Taj12ashg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9027**10*9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naderi33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9149*1747*</w:t>
            </w:r>
          </w:p>
        </w:tc>
        <w:tc>
          <w:tcPr>
            <w:tcW w:type="dxa" w:w="1728"/>
          </w:tcPr>
          <w:p>
            <w:r>
              <w:t>چاوشین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javanmardkgade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933*11224*</w:t>
            </w:r>
          </w:p>
        </w:tc>
        <w:tc>
          <w:tcPr>
            <w:tcW w:type="dxa" w:w="1728"/>
          </w:tcPr>
          <w:p>
            <w:r>
              <w:t>Amir.t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Amir07009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93749**704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>
              <w:t>Firoozi</w:t>
            </w:r>
          </w:p>
        </w:tc>
        <w:tc>
          <w:tcPr>
            <w:tcW w:type="dxa" w:w="1728"/>
          </w:tcPr>
          <w:p>
            <w:r>
              <w:t>Firoozi20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93*143*0*1</w:t>
            </w:r>
          </w:p>
        </w:tc>
        <w:tc>
          <w:tcPr>
            <w:tcW w:type="dxa" w:w="1728"/>
          </w:tcPr>
          <w:p>
            <w:r>
              <w:t>صداوى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9117**01*4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alireza_esmaielpoor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939*90923*</w:t>
            </w:r>
          </w:p>
        </w:tc>
        <w:tc>
          <w:tcPr>
            <w:tcW w:type="dxa" w:w="1728"/>
          </w:tcPr>
          <w:p>
            <w:r>
              <w:t>Maedeh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Maedeh757981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90173*12**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Adlug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93*19**390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914*92**20</w:t>
            </w:r>
          </w:p>
        </w:tc>
        <w:tc>
          <w:tcPr>
            <w:tcW w:type="dxa" w:w="1728"/>
          </w:tcPr>
          <w:p>
            <w:r>
              <w:t>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Badansaz19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91*4*02**0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P_4554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9214**27*1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Cetab12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913*1*0717</w:t>
            </w:r>
          </w:p>
        </w:tc>
        <w:tc>
          <w:tcPr>
            <w:tcW w:type="dxa" w:w="1728"/>
          </w:tcPr>
          <w:p>
            <w:r>
              <w:t>..S..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93*7*44*3*</w:t>
            </w:r>
          </w:p>
        </w:tc>
        <w:tc>
          <w:tcPr>
            <w:tcW w:type="dxa" w:w="1728"/>
          </w:tcPr>
          <w:p>
            <w:r>
              <w:t>آقای خاص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Sardarwatn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9104**1230</w:t>
            </w:r>
          </w:p>
        </w:tc>
        <w:tc>
          <w:tcPr>
            <w:tcW w:type="dxa" w:w="1728"/>
          </w:tcPr>
          <w:p>
            <w:r>
              <w:t>badboy:(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9123017303</w:t>
            </w:r>
          </w:p>
        </w:tc>
        <w:tc>
          <w:tcPr>
            <w:tcW w:type="dxa" w:w="1728"/>
          </w:tcPr>
          <w:p>
            <w:r>
              <w:t>Mrm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917*931*2*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Mjrdrdrdr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914**1933*</w:t>
            </w:r>
          </w:p>
        </w:tc>
        <w:tc>
          <w:tcPr>
            <w:tcW w:type="dxa" w:w="1728"/>
          </w:tcPr>
          <w:p>
            <w:r>
              <w:t>o</w:t>
            </w:r>
          </w:p>
        </w:tc>
        <w:tc>
          <w:tcPr>
            <w:tcW w:type="dxa" w:w="1728"/>
          </w:tcPr>
          <w:p>
            <w:r>
              <w:t>oops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902*7023**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Fateh_fc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914*31*299</w:t>
            </w:r>
          </w:p>
        </w:tc>
        <w:tc>
          <w:tcPr>
            <w:tcW w:type="dxa" w:w="1728"/>
          </w:tcPr>
          <w:p>
            <w:r>
              <w:t>*_M_a_h_d_i_*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Mahdighadimi0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93**129207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kolyze_izadi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9190394*79</w:t>
            </w:r>
          </w:p>
        </w:tc>
        <w:tc>
          <w:tcPr>
            <w:tcW w:type="dxa" w:w="1728"/>
          </w:tcPr>
          <w:p>
            <w:r>
              <w:t>𝕵𝕬𝕳𝕰𝕽𝕰𝕳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alef_alef_7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933432***3</w:t>
            </w:r>
          </w:p>
        </w:tc>
        <w:tc>
          <w:tcPr>
            <w:tcW w:type="dxa" w:w="1728"/>
          </w:tcPr>
          <w:p>
            <w:r>
              <w:t>《♡(@li)♡》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Ali_Ramezani19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93920**124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91224*33*3</w:t>
            </w:r>
          </w:p>
        </w:tc>
        <w:tc>
          <w:tcPr>
            <w:tcW w:type="dxa" w:w="1728"/>
          </w:tcPr>
          <w:p>
            <w:r>
              <w:t>F.jahanian(mousavi)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93***479*1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alishabaniiiii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92243942*2</w:t>
            </w:r>
          </w:p>
        </w:tc>
        <w:tc>
          <w:tcPr>
            <w:tcW w:type="dxa" w:w="1728"/>
          </w:tcPr>
          <w:p>
            <w:r>
              <w:t>Zohre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Suho1991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93317**042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AMIRRZAMORADI59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93727**2*7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Midwife6994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  <w:tr>
        <w:tc>
          <w:tcPr>
            <w:tcW w:type="dxa" w:w="1728"/>
          </w:tcPr>
          <w:p>
            <w:r>
              <w:t>91*70**407</w:t>
            </w:r>
          </w:p>
        </w:tc>
        <w:tc>
          <w:tcPr>
            <w:tcW w:type="dxa" w:w="1728"/>
          </w:tcPr>
          <w:p>
            <w:r>
              <w:t>Amir sheykh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Karasvdao</w:t>
            </w:r>
          </w:p>
        </w:tc>
        <w:tc>
          <w:tcPr>
            <w:tcW w:type="dxa" w:w="1728"/>
          </w:tcPr>
          <w:p>
            <w:r>
              <w:t>گپ كنكوريا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گپ كنكوريا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