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گوهر فلات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گوهر فلات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9193**4***</w:t>
            </w:r>
          </w:p>
        </w:tc>
        <w:tc>
          <w:tcPr>
            <w:tcW w:type="dxa" w:w="1728"/>
          </w:tcPr>
          <w:p>
            <w:r>
              <w:t>Seyd mousa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Seydmusa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9334910392</w:t>
            </w:r>
          </w:p>
        </w:tc>
        <w:tc>
          <w:tcPr>
            <w:tcW w:type="dxa" w:w="1728"/>
          </w:tcPr>
          <w:p>
            <w:r>
              <w:t>آرش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Hajalizadehh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93**43129*</w:t>
            </w:r>
          </w:p>
        </w:tc>
        <w:tc>
          <w:tcPr>
            <w:tcW w:type="dxa" w:w="1728"/>
          </w:tcPr>
          <w:p>
            <w:r>
              <w:t>🍁 🌹 siyavash 🍃 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siyavashh31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9123212729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Niazi</w:t>
            </w:r>
          </w:p>
        </w:tc>
        <w:tc>
          <w:tcPr>
            <w:tcW w:type="dxa" w:w="1728"/>
          </w:tcPr>
          <w:p>
            <w:r>
              <w:t>Farhadniazi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91*44*4397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9101*72127</w:t>
            </w:r>
          </w:p>
        </w:tc>
        <w:tc>
          <w:tcPr>
            <w:tcW w:type="dxa" w:w="1728"/>
          </w:tcPr>
          <w:p>
            <w:r>
              <w:t>ابوالفضل</w:t>
            </w:r>
          </w:p>
        </w:tc>
        <w:tc>
          <w:tcPr>
            <w:tcW w:type="dxa" w:w="1728"/>
          </w:tcPr>
          <w:p>
            <w:r>
              <w:t>بانی</w:t>
            </w:r>
          </w:p>
        </w:tc>
        <w:tc>
          <w:tcPr>
            <w:tcW w:type="dxa" w:w="1728"/>
          </w:tcPr>
          <w:p>
            <w:r>
              <w:t>a_bani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9121*91117</w:t>
            </w:r>
          </w:p>
        </w:tc>
        <w:tc>
          <w:tcPr>
            <w:tcW w:type="dxa" w:w="1728"/>
          </w:tcPr>
          <w:p>
            <w:r>
              <w:t>a chehrazi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atabak_ch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939******0</w:t>
            </w:r>
          </w:p>
        </w:tc>
        <w:tc>
          <w:tcPr>
            <w:tcW w:type="dxa" w:w="1728"/>
          </w:tcPr>
          <w:p>
            <w:r>
              <w:t>یاعلی مدد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angoshtarsarajanat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9193097703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912**1*97*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adamas1989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9102*92391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MostafaEBRaHimY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91*110971*</w:t>
            </w:r>
          </w:p>
        </w:tc>
        <w:tc>
          <w:tcPr>
            <w:tcW w:type="dxa" w:w="1728"/>
          </w:tcPr>
          <w:p>
            <w:r>
              <w:t>Izadi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93*3904**3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91**123937</w:t>
            </w:r>
          </w:p>
        </w:tc>
        <w:tc>
          <w:tcPr>
            <w:tcW w:type="dxa" w:w="1728"/>
          </w:tcPr>
          <w:p>
            <w:r>
              <w:t>Bagheri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93*222**7*</w:t>
            </w:r>
          </w:p>
        </w:tc>
        <w:tc>
          <w:tcPr>
            <w:tcW w:type="dxa" w:w="1728"/>
          </w:tcPr>
          <w:p>
            <w:r>
              <w:t>یحیی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Rrrr99oy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9113742199</w:t>
            </w:r>
          </w:p>
        </w:tc>
        <w:tc>
          <w:tcPr>
            <w:tcW w:type="dxa" w:w="1728"/>
          </w:tcPr>
          <w:p>
            <w:r>
              <w:t>Fatehi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rezafatehi_org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91*7*****0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Oftadeh</w:t>
            </w:r>
          </w:p>
        </w:tc>
        <w:tc>
          <w:tcPr>
            <w:tcW w:type="dxa" w:w="1728"/>
          </w:tcPr>
          <w:p>
            <w:r>
              <w:t>Saeid0ftadeh61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912123*709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quary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9213**9*73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Seyednoor</w:t>
            </w:r>
          </w:p>
        </w:tc>
        <w:tc>
          <w:tcPr>
            <w:tcW w:type="dxa" w:w="1728"/>
          </w:tcPr>
          <w:p>
            <w:r>
              <w:t>seyednoor9495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990*1*44*1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913**0****</w:t>
            </w:r>
          </w:p>
        </w:tc>
        <w:tc>
          <w:tcPr>
            <w:tcW w:type="dxa" w:w="1728"/>
          </w:tcPr>
          <w:p>
            <w:r>
              <w:t>R.m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rm13701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91**729*90</w:t>
            </w:r>
          </w:p>
        </w:tc>
        <w:tc>
          <w:tcPr>
            <w:tcW w:type="dxa" w:w="1728"/>
          </w:tcPr>
          <w:p>
            <w:r>
              <w:t>یعقوب</w:t>
            </w:r>
          </w:p>
        </w:tc>
        <w:tc>
          <w:tcPr>
            <w:tcW w:type="dxa" w:w="1728"/>
          </w:tcPr>
          <w:p>
            <w:r>
              <w:t>رحمانی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914*2*9921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90341**431</w:t>
            </w:r>
          </w:p>
        </w:tc>
        <w:tc>
          <w:tcPr>
            <w:tcW w:type="dxa" w:w="1728"/>
          </w:tcPr>
          <w:p>
            <w:r>
              <w:t>باقری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911****0**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>
              <w:t>rad</w:t>
            </w:r>
          </w:p>
        </w:tc>
        <w:tc>
          <w:tcPr>
            <w:tcW w:type="dxa" w:w="1728"/>
          </w:tcPr>
          <w:p>
            <w:r>
              <w:t>radshahram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914319**44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حیدری</w:t>
            </w:r>
          </w:p>
        </w:tc>
        <w:tc>
          <w:tcPr>
            <w:tcW w:type="dxa" w:w="1728"/>
          </w:tcPr>
          <w:p>
            <w:r>
              <w:t>alirezaheidari51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9144009739</w:t>
            </w:r>
          </w:p>
        </w:tc>
        <w:tc>
          <w:tcPr>
            <w:tcW w:type="dxa" w:w="1728"/>
          </w:tcPr>
          <w:p>
            <w:r>
              <w:t>علا</w:t>
            </w:r>
          </w:p>
        </w:tc>
        <w:tc>
          <w:tcPr>
            <w:tcW w:type="dxa" w:w="1728"/>
          </w:tcPr>
          <w:p>
            <w:r>
              <w:t>Aas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93**3**0*9</w:t>
            </w:r>
          </w:p>
        </w:tc>
        <w:tc>
          <w:tcPr>
            <w:tcW w:type="dxa" w:w="1728"/>
          </w:tcPr>
          <w:p>
            <w:r>
              <w:t>✔️mostafa✔️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9122**4*2*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madadihamid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9012**9*07</w:t>
            </w:r>
          </w:p>
        </w:tc>
        <w:tc>
          <w:tcPr>
            <w:tcW w:type="dxa" w:w="1728"/>
          </w:tcPr>
          <w:p>
            <w:r>
              <w:t>Hh</w:t>
            </w:r>
          </w:p>
        </w:tc>
        <w:tc>
          <w:tcPr>
            <w:tcW w:type="dxa" w:w="1728"/>
          </w:tcPr>
          <w:p>
            <w:r>
              <w:t>Gg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9143*371**</w:t>
            </w:r>
          </w:p>
        </w:tc>
        <w:tc>
          <w:tcPr>
            <w:tcW w:type="dxa" w:w="1728"/>
          </w:tcPr>
          <w:p>
            <w:r>
              <w:t>بهشت</w:t>
            </w:r>
          </w:p>
        </w:tc>
        <w:tc>
          <w:tcPr>
            <w:tcW w:type="dxa" w:w="1728"/>
          </w:tcPr>
          <w:p>
            <w:r>
              <w:t>بهشت</w:t>
            </w:r>
          </w:p>
        </w:tc>
        <w:tc>
          <w:tcPr>
            <w:tcW w:type="dxa" w:w="1728"/>
          </w:tcPr>
          <w:p>
            <w:r>
              <w:t>بهشت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919**01***</w:t>
            </w:r>
          </w:p>
        </w:tc>
        <w:tc>
          <w:tcPr>
            <w:tcW w:type="dxa" w:w="1728"/>
          </w:tcPr>
          <w:p>
            <w:r>
              <w:t>Fatme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O_fatme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91*101317*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912423207*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912*9024*3</w:t>
            </w:r>
          </w:p>
        </w:tc>
        <w:tc>
          <w:tcPr>
            <w:tcW w:type="dxa" w:w="1728"/>
          </w:tcPr>
          <w:p>
            <w:r>
              <w:t>rasol</w:t>
            </w:r>
          </w:p>
        </w:tc>
        <w:tc>
          <w:tcPr>
            <w:tcW w:type="dxa" w:w="1728"/>
          </w:tcPr>
          <w:p>
            <w:r>
              <w:t>farhadi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91*0093721</w:t>
            </w:r>
          </w:p>
        </w:tc>
        <w:tc>
          <w:tcPr>
            <w:tcW w:type="dxa" w:w="1728"/>
          </w:tcPr>
          <w:p>
            <w:r>
              <w:t>پوریا</w:t>
            </w:r>
          </w:p>
        </w:tc>
        <w:tc>
          <w:tcPr>
            <w:tcW w:type="dxa" w:w="1728"/>
          </w:tcPr>
          <w:p>
            <w:r>
              <w:t>پوریا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9119*0**2*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fardin1095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93014971*1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SHAHRYARi</w:t>
            </w:r>
          </w:p>
        </w:tc>
        <w:tc>
          <w:tcPr>
            <w:tcW w:type="dxa" w:w="1728"/>
          </w:tcPr>
          <w:p>
            <w:r>
              <w:t>rezakootak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91227017*4</w:t>
            </w:r>
          </w:p>
        </w:tc>
        <w:tc>
          <w:tcPr>
            <w:tcW w:type="dxa" w:w="1728"/>
          </w:tcPr>
          <w:p>
            <w:r>
              <w:t>A.S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9122*39*77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911*93202*</w:t>
            </w:r>
          </w:p>
        </w:tc>
        <w:tc>
          <w:tcPr>
            <w:tcW w:type="dxa" w:w="1728"/>
          </w:tcPr>
          <w:p>
            <w:r>
              <w:t>ارمین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goharenab2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9141*22037</w:t>
            </w:r>
          </w:p>
        </w:tc>
        <w:tc>
          <w:tcPr>
            <w:tcW w:type="dxa" w:w="1728"/>
          </w:tcPr>
          <w:p>
            <w:r>
              <w:t>Dr.A_N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Akbar_nikt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91****0223</w:t>
            </w:r>
          </w:p>
        </w:tc>
        <w:tc>
          <w:tcPr>
            <w:tcW w:type="dxa" w:w="1728"/>
          </w:tcPr>
          <w:p>
            <w:r>
              <w:t>kiumars</w:t>
            </w:r>
          </w:p>
        </w:tc>
        <w:tc>
          <w:tcPr>
            <w:tcW w:type="dxa" w:w="1728"/>
          </w:tcPr>
          <w:p>
            <w:r>
              <w:t>aliabadi</w:t>
            </w:r>
          </w:p>
        </w:tc>
        <w:tc>
          <w:tcPr>
            <w:tcW w:type="dxa" w:w="1728"/>
          </w:tcPr>
          <w:p>
            <w:r>
              <w:t>Kiumars_09188660223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91*00**174</w:t>
            </w:r>
          </w:p>
        </w:tc>
        <w:tc>
          <w:tcPr>
            <w:tcW w:type="dxa" w:w="1728"/>
          </w:tcPr>
          <w:p>
            <w:r>
              <w:t>تو دلم یه شمع روشنه.</w:t>
            </w:r>
          </w:p>
        </w:tc>
        <w:tc>
          <w:tcPr>
            <w:tcW w:type="dxa" w:w="1728"/>
          </w:tcPr>
          <w:p>
            <w:r>
              <w:t>🖤</w:t>
            </w:r>
          </w:p>
        </w:tc>
        <w:tc>
          <w:tcPr>
            <w:tcW w:type="dxa" w:w="1728"/>
          </w:tcPr>
          <w:p>
            <w:r>
              <w:t>mohamad8174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9121***2**</w:t>
            </w:r>
          </w:p>
        </w:tc>
        <w:tc>
          <w:tcPr>
            <w:tcW w:type="dxa" w:w="1728"/>
          </w:tcPr>
          <w:p>
            <w:r>
              <w:t>Mr.hatami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Mrhatamii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93*4123*33</w:t>
            </w:r>
          </w:p>
        </w:tc>
        <w:tc>
          <w:tcPr>
            <w:tcW w:type="dxa" w:w="1728"/>
          </w:tcPr>
          <w:p>
            <w:r>
              <w:t>ʍԹɧʍԾԾԺ ❦❦❦A❦❦❦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Emerald1979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912*7*7**0</w:t>
            </w:r>
          </w:p>
        </w:tc>
        <w:tc>
          <w:tcPr>
            <w:tcW w:type="dxa" w:w="1728"/>
          </w:tcPr>
          <w:p>
            <w:r>
              <w:t>Hamed 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vakilkhabiri1986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9121129947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Ebadmohammadvali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9131404104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J Sadr</w:t>
            </w:r>
          </w:p>
        </w:tc>
        <w:tc>
          <w:tcPr>
            <w:tcW w:type="dxa" w:w="1728"/>
          </w:tcPr>
          <w:p>
            <w:r>
              <w:t>rezasadr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913**21779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>
              <w:t>عظیمی</w:t>
            </w:r>
          </w:p>
        </w:tc>
        <w:tc>
          <w:tcPr>
            <w:tcW w:type="dxa" w:w="1728"/>
          </w:tcPr>
          <w:p>
            <w:r>
              <w:t>Azimi5858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9121*73*01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Joolaee</w:t>
            </w:r>
          </w:p>
        </w:tc>
        <w:tc>
          <w:tcPr>
            <w:tcW w:type="dxa" w:w="1728"/>
          </w:tcPr>
          <w:p>
            <w:r>
              <w:t>mohammadjoolaee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911*397**2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91**093*11</w:t>
            </w:r>
          </w:p>
        </w:tc>
        <w:tc>
          <w:tcPr>
            <w:tcW w:type="dxa" w:w="1728"/>
          </w:tcPr>
          <w:p>
            <w:r>
              <w:t>املاک پارسیان .(رامشک)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9394*37*17</w:t>
            </w:r>
          </w:p>
        </w:tc>
        <w:tc>
          <w:tcPr>
            <w:tcW w:type="dxa" w:w="1728"/>
          </w:tcPr>
          <w:p>
            <w:r>
              <w:t>Alireza ghanbari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Ghanbary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9123**324*</w:t>
            </w:r>
          </w:p>
        </w:tc>
        <w:tc>
          <w:tcPr>
            <w:tcW w:type="dxa" w:w="1728"/>
          </w:tcPr>
          <w:p>
            <w:r>
              <w:t>Persian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Di1amonndd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91203092*0</w:t>
            </w:r>
          </w:p>
        </w:tc>
        <w:tc>
          <w:tcPr>
            <w:tcW w:type="dxa" w:w="1728"/>
          </w:tcPr>
          <w:p>
            <w:r>
              <w:t>Pourya.r.n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Pouryarn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93*37*274*</w:t>
            </w:r>
          </w:p>
        </w:tc>
        <w:tc>
          <w:tcPr>
            <w:tcW w:type="dxa" w:w="1728"/>
          </w:tcPr>
          <w:p>
            <w:r>
              <w:t>ح 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91274***01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>
              <w:t>عبداله</w:t>
            </w:r>
          </w:p>
        </w:tc>
        <w:tc>
          <w:tcPr>
            <w:tcW w:type="dxa" w:w="1728"/>
          </w:tcPr>
          <w:p>
            <w:r>
              <w:t>elahe_abdellah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91202019*7</w:t>
            </w:r>
          </w:p>
        </w:tc>
        <w:tc>
          <w:tcPr>
            <w:tcW w:type="dxa" w:w="1728"/>
          </w:tcPr>
          <w:p>
            <w:r>
              <w:t>vh</w:t>
            </w:r>
          </w:p>
        </w:tc>
        <w:tc>
          <w:tcPr>
            <w:tcW w:type="dxa" w:w="1728"/>
          </w:tcPr>
          <w:p>
            <w:r>
              <w:t>_sh</w:t>
            </w:r>
          </w:p>
        </w:tc>
        <w:tc>
          <w:tcPr>
            <w:tcW w:type="dxa" w:w="1728"/>
          </w:tcPr>
          <w:p>
            <w:r>
              <w:t>va_sh_1361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912299402*</w:t>
            </w:r>
          </w:p>
        </w:tc>
        <w:tc>
          <w:tcPr>
            <w:tcW w:type="dxa" w:w="1728"/>
          </w:tcPr>
          <w:p>
            <w:r>
              <w:t>Dr.</w:t>
            </w:r>
          </w:p>
        </w:tc>
        <w:tc>
          <w:tcPr>
            <w:tcW w:type="dxa" w:w="1728"/>
          </w:tcPr>
          <w:p>
            <w:r>
              <w:t>Mohammadzadeh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91933*93*3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>
              <w:t>حسنی</w:t>
            </w:r>
          </w:p>
        </w:tc>
        <w:tc>
          <w:tcPr>
            <w:tcW w:type="dxa" w:w="1728"/>
          </w:tcPr>
          <w:p>
            <w:r>
              <w:t>MH4602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91*9*479*3</w:t>
            </w:r>
          </w:p>
        </w:tc>
        <w:tc>
          <w:tcPr>
            <w:tcW w:type="dxa" w:w="1728"/>
          </w:tcPr>
          <w:p>
            <w:r>
              <w:t>قلمی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Ghl1977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9017212110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Soheilziiia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9141*00*32</w:t>
            </w:r>
          </w:p>
        </w:tc>
        <w:tc>
          <w:tcPr>
            <w:tcW w:type="dxa" w:w="1728"/>
          </w:tcPr>
          <w:p>
            <w:r>
              <w:t>خالد</w:t>
            </w:r>
          </w:p>
        </w:tc>
        <w:tc>
          <w:tcPr>
            <w:tcW w:type="dxa" w:w="1728"/>
          </w:tcPr>
          <w:p>
            <w:r>
              <w:t>چوپانی</w:t>
            </w:r>
          </w:p>
        </w:tc>
        <w:tc>
          <w:tcPr>
            <w:tcW w:type="dxa" w:w="1728"/>
          </w:tcPr>
          <w:p>
            <w:r>
              <w:t>Khalichoupan632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91*44**47*</w:t>
            </w:r>
          </w:p>
        </w:tc>
        <w:tc>
          <w:tcPr>
            <w:tcW w:type="dxa" w:w="1728"/>
          </w:tcPr>
          <w:p>
            <w:r>
              <w:t>Novin goharr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Modir_novin_gohar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91*9270103</w:t>
            </w:r>
          </w:p>
        </w:tc>
        <w:tc>
          <w:tcPr>
            <w:tcW w:type="dxa" w:w="1728"/>
          </w:tcPr>
          <w:p>
            <w:r>
              <w:t>IranRaf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Raf4u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91*331*303</w:t>
            </w:r>
          </w:p>
        </w:tc>
        <w:tc>
          <w:tcPr>
            <w:tcW w:type="dxa" w:w="1728"/>
          </w:tcPr>
          <w:p>
            <w:r>
              <w:t>فقط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SmailQ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9023192*00</w:t>
            </w:r>
          </w:p>
        </w:tc>
        <w:tc>
          <w:tcPr>
            <w:tcW w:type="dxa" w:w="1728"/>
          </w:tcPr>
          <w:p>
            <w:r>
              <w:t>مدیر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WillRock2020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9332304011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Amirhossein_ga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912**7**99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Mirhosseinian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9123*7*320</w:t>
            </w:r>
          </w:p>
        </w:tc>
        <w:tc>
          <w:tcPr>
            <w:tcW w:type="dxa" w:w="1728"/>
          </w:tcPr>
          <w:p>
            <w:r>
              <w:t>HOMAYON.A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PARTIANGOLD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912740*371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Makhdomi</w:t>
            </w:r>
          </w:p>
        </w:tc>
        <w:tc>
          <w:tcPr>
            <w:tcW w:type="dxa" w:w="1728"/>
          </w:tcPr>
          <w:p>
            <w:r>
              <w:t>Alimakhdumi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93*2902*07</w:t>
            </w:r>
          </w:p>
        </w:tc>
        <w:tc>
          <w:tcPr>
            <w:tcW w:type="dxa" w:w="1728"/>
          </w:tcPr>
          <w:p>
            <w:r>
              <w:t>😘😘😘😘😘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Shahjahan1374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91933****9</w:t>
            </w:r>
          </w:p>
        </w:tc>
        <w:tc>
          <w:tcPr>
            <w:tcW w:type="dxa" w:w="1728"/>
          </w:tcPr>
          <w:p>
            <w:r>
              <w:t>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Shahjahany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91***4*442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norouzi(CÎNAR)</w:t>
            </w:r>
          </w:p>
        </w:tc>
        <w:tc>
          <w:tcPr>
            <w:tcW w:type="dxa" w:w="1728"/>
          </w:tcPr>
          <w:p>
            <w:r>
              <w:t>anorouzi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9304*014*9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ALIKHALEGHI1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939*9*0779</w:t>
            </w:r>
          </w:p>
        </w:tc>
        <w:tc>
          <w:tcPr>
            <w:tcW w:type="dxa" w:w="1728"/>
          </w:tcPr>
          <w:p>
            <w:r>
              <w:t>goharsang</w:t>
            </w:r>
          </w:p>
        </w:tc>
        <w:tc>
          <w:tcPr>
            <w:tcW w:type="dxa" w:w="1728"/>
          </w:tcPr>
          <w:p>
            <w:r>
              <w:t>gheimati</w:t>
            </w:r>
          </w:p>
        </w:tc>
        <w:tc>
          <w:tcPr>
            <w:tcW w:type="dxa" w:w="1728"/>
          </w:tcPr>
          <w:p>
            <w:r>
              <w:t>hossintamizkar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9119*29*47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cdibay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9131*39*4*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  <w:tr>
        <w:tc>
          <w:tcPr>
            <w:tcW w:type="dxa" w:w="1728"/>
          </w:tcPr>
          <w:p>
            <w:r>
              <w:t>9901***342</w:t>
            </w:r>
          </w:p>
        </w:tc>
        <w:tc>
          <w:tcPr>
            <w:tcW w:type="dxa" w:w="1728"/>
          </w:tcPr>
          <w:p>
            <w:r>
              <w:t>seyed morteza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abedi_seyedmorteza</w:t>
            </w:r>
          </w:p>
        </w:tc>
        <w:tc>
          <w:tcPr>
            <w:tcW w:type="dxa" w:w="1728"/>
          </w:tcPr>
          <w:p>
            <w:r>
              <w:t>گوهر فلات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گوهر فلات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