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گنج درون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گنج درون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912190**07</w:t>
            </w:r>
          </w:p>
        </w:tc>
        <w:tc>
          <w:tcPr>
            <w:tcW w:type="dxa" w:w="1728"/>
          </w:tcPr>
          <w:p>
            <w:r>
              <w:t>Moosavi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919*79*12*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ROenika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91*7**07**</w:t>
            </w:r>
          </w:p>
        </w:tc>
        <w:tc>
          <w:tcPr>
            <w:tcW w:type="dxa" w:w="1728"/>
          </w:tcPr>
          <w:p>
            <w:r>
              <w:t>الهی</w:t>
            </w:r>
          </w:p>
        </w:tc>
        <w:tc>
          <w:tcPr>
            <w:tcW w:type="dxa" w:w="1728"/>
          </w:tcPr>
          <w:p>
            <w:r>
              <w:t>الهی من لی غیرک</w:t>
            </w:r>
          </w:p>
        </w:tc>
        <w:tc>
          <w:tcPr>
            <w:tcW w:type="dxa" w:w="1728"/>
          </w:tcPr>
          <w:p>
            <w:r>
              <w:t>MmmF9495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9307317472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>
              <w:t>Kave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93*1**7377</w:t>
            </w:r>
          </w:p>
        </w:tc>
        <w:tc>
          <w:tcPr>
            <w:tcW w:type="dxa" w:w="1728"/>
          </w:tcPr>
          <w:p>
            <w:r>
              <w:t>Monireh</w:t>
            </w:r>
          </w:p>
        </w:tc>
        <w:tc>
          <w:tcPr>
            <w:tcW w:type="dxa" w:w="1728"/>
          </w:tcPr>
          <w:p>
            <w:r>
              <w:t>Mohaddes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917332*29*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Mshn62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93*44*0*07</w:t>
            </w:r>
          </w:p>
        </w:tc>
        <w:tc>
          <w:tcPr>
            <w:tcW w:type="dxa" w:w="1728"/>
          </w:tcPr>
          <w:p>
            <w:r>
              <w:t>مرضیه</w:t>
            </w:r>
          </w:p>
        </w:tc>
        <w:tc>
          <w:tcPr>
            <w:tcW w:type="dxa" w:w="1728"/>
          </w:tcPr>
          <w:p>
            <w:r>
              <w:t>پورحکاک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9030933**7</w:t>
            </w:r>
          </w:p>
        </w:tc>
        <w:tc>
          <w:tcPr>
            <w:tcW w:type="dxa" w:w="1728"/>
          </w:tcPr>
          <w:p>
            <w:r>
              <w:t>کربلایی بهروز نجفی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919123**19</w:t>
            </w:r>
          </w:p>
        </w:tc>
        <w:tc>
          <w:tcPr>
            <w:tcW w:type="dxa" w:w="1728"/>
          </w:tcPr>
          <w:p>
            <w:r>
              <w:t>ارغوان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9104*07049</w:t>
            </w:r>
          </w:p>
        </w:tc>
        <w:tc>
          <w:tcPr>
            <w:tcW w:type="dxa" w:w="1728"/>
          </w:tcPr>
          <w:p>
            <w:r>
              <w:t>فیروزه</w:t>
            </w:r>
          </w:p>
        </w:tc>
        <w:tc>
          <w:tcPr>
            <w:tcW w:type="dxa" w:w="1728"/>
          </w:tcPr>
          <w:p>
            <w:r>
              <w:t>چلنگری</w:t>
            </w:r>
          </w:p>
        </w:tc>
        <w:tc>
          <w:tcPr>
            <w:tcW w:type="dxa" w:w="1728"/>
          </w:tcPr>
          <w:p>
            <w:r>
              <w:t>Firoozehchelangari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9131*3*1*9</w:t>
            </w:r>
          </w:p>
        </w:tc>
        <w:tc>
          <w:tcPr>
            <w:tcW w:type="dxa" w:w="1728"/>
          </w:tcPr>
          <w:p>
            <w:r>
              <w:t>mohammad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Fazeli_Gadisheh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91144*497*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Khanom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930*7*9912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Zahrakarimi12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91***13734</w:t>
            </w:r>
          </w:p>
        </w:tc>
        <w:tc>
          <w:tcPr>
            <w:tcW w:type="dxa" w:w="1728"/>
          </w:tcPr>
          <w:p>
            <w:r>
              <w:t>Asma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radvinsamin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912327*290</w:t>
            </w:r>
          </w:p>
        </w:tc>
        <w:tc>
          <w:tcPr>
            <w:tcW w:type="dxa" w:w="1728"/>
          </w:tcPr>
          <w:p>
            <w:r>
              <w:t>وکیل الهام</w:t>
            </w:r>
          </w:p>
        </w:tc>
        <w:tc>
          <w:tcPr>
            <w:tcW w:type="dxa" w:w="1728"/>
          </w:tcPr>
          <w:p>
            <w:r>
              <w:t>عبدالصمدی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93799*791*</w:t>
            </w:r>
          </w:p>
        </w:tc>
        <w:tc>
          <w:tcPr>
            <w:tcW w:type="dxa" w:w="1728"/>
          </w:tcPr>
          <w:p>
            <w:r>
              <w:t>Fahimeh ghassemi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9109239*07</w:t>
            </w:r>
          </w:p>
        </w:tc>
        <w:tc>
          <w:tcPr>
            <w:tcW w:type="dxa" w:w="1728"/>
          </w:tcPr>
          <w:p>
            <w:r>
              <w:t>khode ben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Ben_hastam_da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911272794*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9122090*24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910**22*4*</w:t>
            </w:r>
          </w:p>
        </w:tc>
        <w:tc>
          <w:tcPr>
            <w:tcW w:type="dxa" w:w="1728"/>
          </w:tcPr>
          <w:p>
            <w:r>
              <w:t>Mohadeseh@M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9133**3**0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Parseian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9124773*44</w:t>
            </w:r>
          </w:p>
        </w:tc>
        <w:tc>
          <w:tcPr>
            <w:tcW w:type="dxa" w:w="1728"/>
          </w:tcPr>
          <w:p>
            <w:r>
              <w:t>خانم کبیری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Parsa2758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91230349*7</w:t>
            </w:r>
          </w:p>
        </w:tc>
        <w:tc>
          <w:tcPr>
            <w:tcW w:type="dxa" w:w="1728"/>
          </w:tcPr>
          <w:p>
            <w:r>
              <w:t>Parisa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parisakazem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91913*39**</w:t>
            </w:r>
          </w:p>
        </w:tc>
        <w:tc>
          <w:tcPr>
            <w:tcW w:type="dxa" w:w="1728"/>
          </w:tcPr>
          <w:p>
            <w:r>
              <w:t>Nafiseh.</w:t>
            </w:r>
          </w:p>
        </w:tc>
        <w:tc>
          <w:tcPr>
            <w:tcW w:type="dxa" w:w="1728"/>
          </w:tcPr>
          <w:p>
            <w:r>
              <w:t>Dolatmahd</w:t>
            </w:r>
          </w:p>
        </w:tc>
        <w:tc>
          <w:tcPr>
            <w:tcW w:type="dxa" w:w="1728"/>
          </w:tcPr>
          <w:p>
            <w:r>
              <w:t>dolatmahd1362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91020*141*</w:t>
            </w:r>
          </w:p>
        </w:tc>
        <w:tc>
          <w:tcPr>
            <w:tcW w:type="dxa" w:w="1728"/>
          </w:tcPr>
          <w:p>
            <w:r>
              <w:t>Samira Gholipour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91240424*2</w:t>
            </w:r>
          </w:p>
        </w:tc>
        <w:tc>
          <w:tcPr>
            <w:tcW w:type="dxa" w:w="1728"/>
          </w:tcPr>
          <w:p>
            <w:r>
              <w:t>Akram</w:t>
            </w:r>
          </w:p>
        </w:tc>
        <w:tc>
          <w:tcPr>
            <w:tcW w:type="dxa" w:w="1728"/>
          </w:tcPr>
          <w:p>
            <w:r>
              <w:t>Roustaeiyan</w:t>
            </w:r>
          </w:p>
        </w:tc>
        <w:tc>
          <w:tcPr>
            <w:tcW w:type="dxa" w:w="1728"/>
          </w:tcPr>
          <w:p>
            <w:r>
              <w:t>Akramrostaian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9133*213*2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Rohipanah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91*920**23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tohidy_1991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93*32*3397</w:t>
            </w:r>
          </w:p>
        </w:tc>
        <w:tc>
          <w:tcPr>
            <w:tcW w:type="dxa" w:w="1728"/>
          </w:tcPr>
          <w:p>
            <w:r>
              <w:t>Azar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9193*93**4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Roghie1356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9127939940</w:t>
            </w:r>
          </w:p>
        </w:tc>
        <w:tc>
          <w:tcPr>
            <w:tcW w:type="dxa" w:w="1728"/>
          </w:tcPr>
          <w:p>
            <w:r>
              <w:t>پروانه حیدری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93**9102*3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9339137***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91409143**</w:t>
            </w:r>
          </w:p>
        </w:tc>
        <w:tc>
          <w:tcPr>
            <w:tcW w:type="dxa" w:w="1728"/>
          </w:tcPr>
          <w:p>
            <w:r>
              <w:t>شیطون بلا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9129*32429</w:t>
            </w:r>
          </w:p>
        </w:tc>
        <w:tc>
          <w:tcPr>
            <w:tcW w:type="dxa" w:w="1728"/>
          </w:tcPr>
          <w:p>
            <w:r>
              <w:t>Dandelion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noory_67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9134*1*02*</w:t>
            </w:r>
          </w:p>
        </w:tc>
        <w:tc>
          <w:tcPr>
            <w:tcW w:type="dxa" w:w="1728"/>
          </w:tcPr>
          <w:p>
            <w:r>
              <w:t>Akram Abouei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91929*9120</w:t>
            </w:r>
          </w:p>
        </w:tc>
        <w:tc>
          <w:tcPr>
            <w:tcW w:type="dxa" w:w="1728"/>
          </w:tcPr>
          <w:p>
            <w:r>
              <w:t>Shahnaz</w:t>
            </w:r>
          </w:p>
        </w:tc>
        <w:tc>
          <w:tcPr>
            <w:tcW w:type="dxa" w:w="1728"/>
          </w:tcPr>
          <w:p>
            <w:r>
              <w:t>Oveisi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9199*3**9*</w:t>
            </w:r>
          </w:p>
        </w:tc>
        <w:tc>
          <w:tcPr>
            <w:tcW w:type="dxa" w:w="1728"/>
          </w:tcPr>
          <w:p>
            <w:r>
              <w:t>ⓕⓔⓡⓔⓢⓗⓣⓔⓗ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9127*129*3</w:t>
            </w:r>
          </w:p>
        </w:tc>
        <w:tc>
          <w:tcPr>
            <w:tcW w:type="dxa" w:w="1728"/>
          </w:tcPr>
          <w:p>
            <w:r>
              <w:t>Fariba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9132*71309</w:t>
            </w:r>
          </w:p>
        </w:tc>
        <w:tc>
          <w:tcPr>
            <w:tcW w:type="dxa" w:w="1728"/>
          </w:tcPr>
          <w:p>
            <w:r>
              <w:t>LiLi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LDMeybodi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93*9***203</w:t>
            </w:r>
          </w:p>
        </w:tc>
        <w:tc>
          <w:tcPr>
            <w:tcW w:type="dxa" w:w="1728"/>
          </w:tcPr>
          <w:p>
            <w:r>
              <w:t>❤ R.A 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91371****4</w:t>
            </w:r>
          </w:p>
        </w:tc>
        <w:tc>
          <w:tcPr>
            <w:tcW w:type="dxa" w:w="1728"/>
          </w:tcPr>
          <w:p>
            <w:r>
              <w:t>مرجان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9134*427*9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9194033279</w:t>
            </w:r>
          </w:p>
        </w:tc>
        <w:tc>
          <w:tcPr>
            <w:tcW w:type="dxa" w:w="1728"/>
          </w:tcPr>
          <w:p>
            <w:r>
              <w:t>Simaimandar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9137772*21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Zareian</w:t>
            </w:r>
          </w:p>
        </w:tc>
        <w:tc>
          <w:tcPr>
            <w:tcW w:type="dxa" w:w="1728"/>
          </w:tcPr>
          <w:p>
            <w:r>
              <w:t>Zzareian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93*43*79**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912***170*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>
              <w:t>Mirsane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930124034*</w:t>
            </w:r>
          </w:p>
        </w:tc>
        <w:tc>
          <w:tcPr>
            <w:tcW w:type="dxa" w:w="1728"/>
          </w:tcPr>
          <w:p>
            <w:r>
              <w:t>Kati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Katitaroot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933*927***</w:t>
            </w:r>
          </w:p>
        </w:tc>
        <w:tc>
          <w:tcPr>
            <w:tcW w:type="dxa" w:w="1728"/>
          </w:tcPr>
          <w:p>
            <w:r>
              <w:t>Name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Mahoriii_11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91**11*774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Shirinshtr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91*1**0722</w:t>
            </w:r>
          </w:p>
        </w:tc>
        <w:tc>
          <w:tcPr>
            <w:tcW w:type="dxa" w:w="1728"/>
          </w:tcPr>
          <w:p>
            <w:r>
              <w:t>Nastaran</w:t>
            </w:r>
          </w:p>
        </w:tc>
        <w:tc>
          <w:tcPr>
            <w:tcW w:type="dxa" w:w="1728"/>
          </w:tcPr>
          <w:p>
            <w:r>
              <w:t>Gholibeyk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912742490*</w:t>
            </w:r>
          </w:p>
        </w:tc>
        <w:tc>
          <w:tcPr>
            <w:tcW w:type="dxa" w:w="1728"/>
          </w:tcPr>
          <w:p>
            <w:r>
              <w:t>sara♾️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9379*10***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Esmaili</w:t>
            </w:r>
          </w:p>
        </w:tc>
        <w:tc>
          <w:tcPr>
            <w:tcW w:type="dxa" w:w="1728"/>
          </w:tcPr>
          <w:p>
            <w:r>
              <w:t>elhamesmaili1396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91394322*7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m_r_s_a_dmohyadini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93*2***099</w:t>
            </w:r>
          </w:p>
        </w:tc>
        <w:tc>
          <w:tcPr>
            <w:tcW w:type="dxa" w:w="1728"/>
          </w:tcPr>
          <w:p>
            <w:r>
              <w:t>***mahdieh***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Mahdieh_drgh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93*3*91270</w:t>
            </w:r>
          </w:p>
        </w:tc>
        <w:tc>
          <w:tcPr>
            <w:tcW w:type="dxa" w:w="1728"/>
          </w:tcPr>
          <w:p>
            <w:r>
              <w:t>عشق یعنی بابا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913*399400</w:t>
            </w:r>
          </w:p>
        </w:tc>
        <w:tc>
          <w:tcPr>
            <w:tcW w:type="dxa" w:w="1728"/>
          </w:tcPr>
          <w:p>
            <w:r>
              <w:t>F.Mousavi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Fsmm93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91*332970*</w:t>
            </w:r>
          </w:p>
        </w:tc>
        <w:tc>
          <w:tcPr>
            <w:tcW w:type="dxa" w:w="1728"/>
          </w:tcPr>
          <w:p>
            <w:r>
              <w:t>Setareh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93*4222102</w:t>
            </w:r>
          </w:p>
        </w:tc>
        <w:tc>
          <w:tcPr>
            <w:tcW w:type="dxa" w:w="1728"/>
          </w:tcPr>
          <w:p>
            <w:r>
              <w:t>یا مهدی ادرکنی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913273*4*9</w:t>
            </w:r>
          </w:p>
        </w:tc>
        <w:tc>
          <w:tcPr>
            <w:tcW w:type="dxa" w:w="1728"/>
          </w:tcPr>
          <w:p>
            <w:r>
              <w:t>Hε∂ïε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910379***2</w:t>
            </w:r>
          </w:p>
        </w:tc>
        <w:tc>
          <w:tcPr>
            <w:tcW w:type="dxa" w:w="1728"/>
          </w:tcPr>
          <w:p>
            <w:r>
              <w:t>♪♫•*¨*•.¸¸S¸.•*¨*•♫♪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s1375_0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91*4090142</w:t>
            </w:r>
          </w:p>
        </w:tc>
        <w:tc>
          <w:tcPr>
            <w:tcW w:type="dxa" w:w="1728"/>
          </w:tcPr>
          <w:p>
            <w:r>
              <w:t>◔͜͡◔ (¯`✿.¸(¯`’♥.امیرعلی.♥’´¯)¸.✿ ‘´¯)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Amirrjja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9127930*79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Aboukazemi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91179201*4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sina_janaw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93*0**4*34</w:t>
            </w:r>
          </w:p>
        </w:tc>
        <w:tc>
          <w:tcPr>
            <w:tcW w:type="dxa" w:w="1728"/>
          </w:tcPr>
          <w:p>
            <w:r>
              <w:t>Sodi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939972002*</w:t>
            </w:r>
          </w:p>
        </w:tc>
        <w:tc>
          <w:tcPr>
            <w:tcW w:type="dxa" w:w="1728"/>
          </w:tcPr>
          <w:p>
            <w:r>
              <w:t>Ramisa9297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913**41902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93304*447*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Ahmadi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91*44*0932</w:t>
            </w:r>
          </w:p>
        </w:tc>
        <w:tc>
          <w:tcPr>
            <w:tcW w:type="dxa" w:w="1728"/>
          </w:tcPr>
          <w:p>
            <w:r>
              <w:t>سوگند ابراهیمی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sogandebrahimy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91943***3*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>
              <w:t>alaleg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913*4*49*9</w:t>
            </w:r>
          </w:p>
        </w:tc>
        <w:tc>
          <w:tcPr>
            <w:tcW w:type="dxa" w:w="1728"/>
          </w:tcPr>
          <w:p>
            <w:r>
              <w:t>صدیقه</w:t>
            </w:r>
          </w:p>
        </w:tc>
        <w:tc>
          <w:tcPr>
            <w:tcW w:type="dxa" w:w="1728"/>
          </w:tcPr>
          <w:p>
            <w:r>
              <w:t>ریسی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9131*139*7</w:t>
            </w:r>
          </w:p>
        </w:tc>
        <w:tc>
          <w:tcPr>
            <w:tcW w:type="dxa" w:w="1728"/>
          </w:tcPr>
          <w:p>
            <w:r>
              <w:t>setareh</w:t>
            </w:r>
          </w:p>
        </w:tc>
        <w:tc>
          <w:tcPr>
            <w:tcW w:type="dxa" w:w="1728"/>
          </w:tcPr>
          <w:p>
            <w:r>
              <w:t>raeisi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91249*721*</w:t>
            </w:r>
          </w:p>
        </w:tc>
        <w:tc>
          <w:tcPr>
            <w:tcW w:type="dxa" w:w="1728"/>
          </w:tcPr>
          <w:p>
            <w:r>
              <w:t>Mahboobe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912*4**41*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Fatemeh56191634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912**4*03*</w:t>
            </w:r>
          </w:p>
        </w:tc>
        <w:tc>
          <w:tcPr>
            <w:tcW w:type="dxa" w:w="1728"/>
          </w:tcPr>
          <w:p>
            <w:r>
              <w:t>Fateme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912*9373*9</w:t>
            </w:r>
          </w:p>
        </w:tc>
        <w:tc>
          <w:tcPr>
            <w:tcW w:type="dxa" w:w="1728"/>
          </w:tcPr>
          <w:p>
            <w:r>
              <w:t>ش.م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9139*9*93*</w:t>
            </w:r>
          </w:p>
        </w:tc>
        <w:tc>
          <w:tcPr>
            <w:tcW w:type="dxa" w:w="1728"/>
          </w:tcPr>
          <w:p>
            <w:r>
              <w:t>Marzis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marziss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9027904919</w:t>
            </w:r>
          </w:p>
        </w:tc>
        <w:tc>
          <w:tcPr>
            <w:tcW w:type="dxa" w:w="1728"/>
          </w:tcPr>
          <w:p>
            <w:r>
              <w:t>یوسف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9902233771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Jamali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  <w:tr>
        <w:tc>
          <w:tcPr>
            <w:tcW w:type="dxa" w:w="1728"/>
          </w:tcPr>
          <w:p>
            <w:r>
              <w:t>9133*13*02</w:t>
            </w:r>
          </w:p>
        </w:tc>
        <w:tc>
          <w:tcPr>
            <w:tcW w:type="dxa" w:w="1728"/>
          </w:tcPr>
          <w:p>
            <w:r>
              <w:t>Ela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Ela6210</w:t>
            </w:r>
          </w:p>
        </w:tc>
        <w:tc>
          <w:tcPr>
            <w:tcW w:type="dxa" w:w="1728"/>
          </w:tcPr>
          <w:p>
            <w:r>
              <w:t>💎گنج درون🎁🔑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گنج درون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