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کنکوری دومینو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کنکوری دومینو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990**7**10</w:t>
            </w:r>
          </w:p>
        </w:tc>
        <w:tc>
          <w:tcPr>
            <w:tcW w:type="dxa" w:w="1728"/>
          </w:tcPr>
          <w:p>
            <w:r>
              <w:t>Ali habibi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9142174740</w:t>
            </w:r>
          </w:p>
        </w:tc>
        <w:tc>
          <w:tcPr>
            <w:tcW w:type="dxa" w:w="1728"/>
          </w:tcPr>
          <w:p>
            <w:r>
              <w:t>Sevill</w:t>
            </w:r>
          </w:p>
        </w:tc>
        <w:tc>
          <w:tcPr>
            <w:tcW w:type="dxa" w:w="1728"/>
          </w:tcPr>
          <w:p>
            <w:r>
              <w:t>:-P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9333*133*7</w:t>
            </w:r>
          </w:p>
        </w:tc>
        <w:tc>
          <w:tcPr>
            <w:tcW w:type="dxa" w:w="1728"/>
          </w:tcPr>
          <w:p>
            <w:r>
              <w:t>nrgs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NargesA4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93**3*271*</w:t>
            </w:r>
          </w:p>
        </w:tc>
        <w:tc>
          <w:tcPr>
            <w:tcW w:type="dxa" w:w="1728"/>
          </w:tcPr>
          <w:p>
            <w:r>
              <w:t>Azam</w:t>
            </w:r>
          </w:p>
        </w:tc>
        <w:tc>
          <w:tcPr>
            <w:tcW w:type="dxa" w:w="1728"/>
          </w:tcPr>
          <w:p>
            <w:r>
              <w:t>Moradi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93***14*97</w:t>
            </w:r>
          </w:p>
        </w:tc>
        <w:tc>
          <w:tcPr>
            <w:tcW w:type="dxa" w:w="1728"/>
          </w:tcPr>
          <w:p>
            <w:r>
              <w:t>Hoseini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jal3596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91*9***799</w:t>
            </w:r>
          </w:p>
        </w:tc>
        <w:tc>
          <w:tcPr>
            <w:tcW w:type="dxa" w:w="1728"/>
          </w:tcPr>
          <w:p>
            <w:r>
              <w:t>Aeyan</w:t>
            </w:r>
          </w:p>
        </w:tc>
        <w:tc>
          <w:tcPr>
            <w:tcW w:type="dxa" w:w="1728"/>
          </w:tcPr>
          <w:p>
            <w:r>
              <w:t>computer</w:t>
            </w:r>
          </w:p>
        </w:tc>
        <w:tc>
          <w:tcPr>
            <w:tcW w:type="dxa" w:w="1728"/>
          </w:tcPr>
          <w:p>
            <w:r>
              <w:t>aeyancomputer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933941*339</w:t>
            </w:r>
          </w:p>
        </w:tc>
        <w:tc>
          <w:tcPr>
            <w:tcW w:type="dxa" w:w="1728"/>
          </w:tcPr>
          <w:p>
            <w:r>
              <w:t>👤.......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91*9137073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313</w:t>
            </w:r>
          </w:p>
        </w:tc>
        <w:tc>
          <w:tcPr>
            <w:tcW w:type="dxa" w:w="1728"/>
          </w:tcPr>
          <w:p>
            <w:r>
              <w:t>mostafa5527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9907*1277*</w:t>
            </w:r>
          </w:p>
        </w:tc>
        <w:tc>
          <w:tcPr>
            <w:tcW w:type="dxa" w:w="1728"/>
          </w:tcPr>
          <w:p>
            <w:r>
              <w:t>•°•°•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Arash0230_s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91**9*413*</w:t>
            </w:r>
          </w:p>
        </w:tc>
        <w:tc>
          <w:tcPr>
            <w:tcW w:type="dxa" w:w="1728"/>
          </w:tcPr>
          <w:p>
            <w:r>
              <w:t>53573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912*141404</w:t>
            </w:r>
          </w:p>
        </w:tc>
        <w:tc>
          <w:tcPr>
            <w:tcW w:type="dxa" w:w="1728"/>
          </w:tcPr>
          <w:p>
            <w:r>
              <w:t>HOSEIN</w:t>
            </w:r>
          </w:p>
        </w:tc>
        <w:tc>
          <w:tcPr>
            <w:tcW w:type="dxa" w:w="1728"/>
          </w:tcPr>
          <w:p>
            <w:r>
              <w:t>FN</w:t>
            </w:r>
          </w:p>
        </w:tc>
        <w:tc>
          <w:tcPr>
            <w:tcW w:type="dxa" w:w="1728"/>
          </w:tcPr>
          <w:p>
            <w:r>
              <w:t>Hoseinfn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937432**00</w:t>
            </w:r>
          </w:p>
        </w:tc>
        <w:tc>
          <w:tcPr>
            <w:tcW w:type="dxa" w:w="1728"/>
          </w:tcPr>
          <w:p>
            <w:r>
              <w:t>حمیدرضا م (حرم)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9193*920*1</w:t>
            </w:r>
          </w:p>
        </w:tc>
        <w:tc>
          <w:tcPr>
            <w:tcW w:type="dxa" w:w="1728"/>
          </w:tcPr>
          <w:p>
            <w:r>
              <w:t>♡ღαяʏαღ♡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Miss_maryam_1381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911713**1*</w:t>
            </w:r>
          </w:p>
        </w:tc>
        <w:tc>
          <w:tcPr>
            <w:tcW w:type="dxa" w:w="1728"/>
          </w:tcPr>
          <w:p>
            <w:r>
              <w:t>محمد هادی</w:t>
            </w:r>
          </w:p>
        </w:tc>
        <w:tc>
          <w:tcPr>
            <w:tcW w:type="dxa" w:w="1728"/>
          </w:tcPr>
          <w:p>
            <w:r>
              <w:t>ابراهیمی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91*290*201</w:t>
            </w:r>
          </w:p>
        </w:tc>
        <w:tc>
          <w:tcPr>
            <w:tcW w:type="dxa" w:w="1728"/>
          </w:tcPr>
          <w:p>
            <w:r>
              <w:t>😝😝😝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937011734*</w:t>
            </w:r>
          </w:p>
        </w:tc>
        <w:tc>
          <w:tcPr>
            <w:tcW w:type="dxa" w:w="1728"/>
          </w:tcPr>
          <w:p>
            <w:r>
              <w:t>AmirMahdi</w:t>
            </w:r>
          </w:p>
        </w:tc>
        <w:tc>
          <w:tcPr>
            <w:tcW w:type="dxa" w:w="1728"/>
          </w:tcPr>
          <w:p>
            <w:r>
              <w:t>Kazemi</w:t>
            </w:r>
          </w:p>
        </w:tc>
        <w:tc>
          <w:tcPr>
            <w:tcW w:type="dxa" w:w="1728"/>
          </w:tcPr>
          <w:p>
            <w:r>
              <w:t>A_M_kazemi_1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93**3*10*1</w:t>
            </w:r>
          </w:p>
        </w:tc>
        <w:tc>
          <w:tcPr>
            <w:tcW w:type="dxa" w:w="1728"/>
          </w:tcPr>
          <w:p>
            <w:r>
              <w:t>مصطفی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Mosiii88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9014*33***</w:t>
            </w:r>
          </w:p>
        </w:tc>
        <w:tc>
          <w:tcPr>
            <w:tcW w:type="dxa" w:w="1728"/>
          </w:tcPr>
          <w:p>
            <w:r>
              <w:t>:)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Bjvfo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91*407233*</w:t>
            </w:r>
          </w:p>
        </w:tc>
        <w:tc>
          <w:tcPr>
            <w:tcW w:type="dxa" w:w="1728"/>
          </w:tcPr>
          <w:p>
            <w:r>
              <w:t>samira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samira2936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9141**7042</w:t>
            </w:r>
          </w:p>
        </w:tc>
        <w:tc>
          <w:tcPr>
            <w:tcW w:type="dxa" w:w="1728"/>
          </w:tcPr>
          <w:p>
            <w:r>
              <w:t>Akbar 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903923004*</w:t>
            </w:r>
          </w:p>
        </w:tc>
        <w:tc>
          <w:tcPr>
            <w:tcW w:type="dxa" w:w="1728"/>
          </w:tcPr>
          <w:p>
            <w:r>
              <w:t>یاسین</w:t>
            </w:r>
          </w:p>
        </w:tc>
        <w:tc>
          <w:tcPr>
            <w:tcW w:type="dxa" w:w="1728"/>
          </w:tcPr>
          <w:p>
            <w:r>
              <w:t>خضری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91907193*0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Meytii_ma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903*7*92**</w:t>
            </w:r>
          </w:p>
        </w:tc>
        <w:tc>
          <w:tcPr>
            <w:tcW w:type="dxa" w:w="1728"/>
          </w:tcPr>
          <w:p>
            <w:r>
              <w:t>hadis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Hooseinjafare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93**0*9230</w:t>
            </w:r>
          </w:p>
        </w:tc>
        <w:tc>
          <w:tcPr>
            <w:tcW w:type="dxa" w:w="1728"/>
          </w:tcPr>
          <w:p>
            <w:r>
              <w:t>asad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asssadhagggi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91191*1071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محمدی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933*944*3*</w:t>
            </w:r>
          </w:p>
        </w:tc>
        <w:tc>
          <w:tcPr>
            <w:tcW w:type="dxa" w:w="1728"/>
          </w:tcPr>
          <w:p>
            <w:r>
              <w:t>مهدیار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93021*4293</w:t>
            </w:r>
          </w:p>
        </w:tc>
        <w:tc>
          <w:tcPr>
            <w:tcW w:type="dxa" w:w="1728"/>
          </w:tcPr>
          <w:p>
            <w:r>
              <w:t>**Hediwh**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imhediwh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91*43102**</w:t>
            </w:r>
          </w:p>
        </w:tc>
        <w:tc>
          <w:tcPr>
            <w:tcW w:type="dxa" w:w="1728"/>
          </w:tcPr>
          <w:p>
            <w:r>
              <w:t>M.H.R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9031117*9*</w:t>
            </w:r>
          </w:p>
        </w:tc>
        <w:tc>
          <w:tcPr>
            <w:tcW w:type="dxa" w:w="1728"/>
          </w:tcPr>
          <w:p>
            <w:r>
              <w:t>???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Alii654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9307****70</w:t>
            </w:r>
          </w:p>
        </w:tc>
        <w:tc>
          <w:tcPr>
            <w:tcW w:type="dxa" w:w="1728"/>
          </w:tcPr>
          <w:p>
            <w:r>
              <w:t>____________</w:t>
            </w:r>
          </w:p>
        </w:tc>
        <w:tc>
          <w:tcPr>
            <w:tcW w:type="dxa" w:w="1728"/>
          </w:tcPr>
          <w:p>
            <w:r>
              <w:t>_________</w:t>
            </w:r>
          </w:p>
        </w:tc>
        <w:tc>
          <w:tcPr>
            <w:tcW w:type="dxa" w:w="1728"/>
          </w:tcPr>
          <w:p>
            <w:r>
              <w:t>shahtab80M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9331790042</w:t>
            </w:r>
          </w:p>
        </w:tc>
        <w:tc>
          <w:tcPr>
            <w:tcW w:type="dxa" w:w="1728"/>
          </w:tcPr>
          <w:p>
            <w:r>
              <w:t>سانی</w:t>
            </w:r>
          </w:p>
        </w:tc>
        <w:tc>
          <w:tcPr>
            <w:tcW w:type="dxa" w:w="1728"/>
          </w:tcPr>
          <w:p>
            <w:r>
              <w:t>1357</w:t>
            </w:r>
          </w:p>
        </w:tc>
        <w:tc>
          <w:tcPr>
            <w:tcW w:type="dxa" w:w="1728"/>
          </w:tcPr>
          <w:p>
            <w:r>
              <w:t>SANI_ABBASI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93*1700122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Maboodi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930*21*417</w:t>
            </w:r>
          </w:p>
        </w:tc>
        <w:tc>
          <w:tcPr>
            <w:tcW w:type="dxa" w:w="1728"/>
          </w:tcPr>
          <w:p>
            <w:r>
              <w:t>?‍♀️v,B?‍♀️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9131414717</w:t>
            </w:r>
          </w:p>
        </w:tc>
        <w:tc>
          <w:tcPr>
            <w:tcW w:type="dxa" w:w="1728"/>
          </w:tcPr>
          <w:p>
            <w:r>
              <w:t>منصور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Ghotbi007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91*43**109</w:t>
            </w:r>
          </w:p>
        </w:tc>
        <w:tc>
          <w:tcPr>
            <w:tcW w:type="dxa" w:w="1728"/>
          </w:tcPr>
          <w:p>
            <w:r>
              <w:t>zahraii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zahraii_kz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9127*3*9**</w:t>
            </w:r>
          </w:p>
        </w:tc>
        <w:tc>
          <w:tcPr>
            <w:tcW w:type="dxa" w:w="1728"/>
          </w:tcPr>
          <w:p>
            <w:r>
              <w:t>یا زهرا(س)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93*2**4723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9330*99934</w:t>
            </w:r>
          </w:p>
        </w:tc>
        <w:tc>
          <w:tcPr>
            <w:tcW w:type="dxa" w:w="1728"/>
          </w:tcPr>
          <w:p>
            <w:r>
              <w:t>NN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913*420*90</w:t>
            </w:r>
          </w:p>
        </w:tc>
        <w:tc>
          <w:tcPr>
            <w:tcW w:type="dxa" w:w="1728"/>
          </w:tcPr>
          <w:p>
            <w:r>
              <w:t>یاعلی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914479*23*</w:t>
            </w:r>
          </w:p>
        </w:tc>
        <w:tc>
          <w:tcPr>
            <w:tcW w:type="dxa" w:w="1728"/>
          </w:tcPr>
          <w:p>
            <w:r>
              <w:t>عادل</w:t>
            </w:r>
          </w:p>
        </w:tc>
        <w:tc>
          <w:tcPr>
            <w:tcW w:type="dxa" w:w="1728"/>
          </w:tcPr>
          <w:p>
            <w:r>
              <w:t>ازادی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9137747027</w:t>
            </w:r>
          </w:p>
        </w:tc>
        <w:tc>
          <w:tcPr>
            <w:tcW w:type="dxa" w:w="1728"/>
          </w:tcPr>
          <w:p>
            <w:r>
              <w:t>بیخیال عشق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9303439332</w:t>
            </w:r>
          </w:p>
        </w:tc>
        <w:tc>
          <w:tcPr>
            <w:tcW w:type="dxa" w:w="1728"/>
          </w:tcPr>
          <w:p>
            <w:r>
              <w:t>💤💤💤💤💤💤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914*774**0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991*39*341</w:t>
            </w:r>
          </w:p>
        </w:tc>
        <w:tc>
          <w:tcPr>
            <w:tcW w:type="dxa" w:w="1728"/>
          </w:tcPr>
          <w:p>
            <w:r>
              <w:t>KARIMI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Karimi9840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930*230179</w:t>
            </w:r>
          </w:p>
        </w:tc>
        <w:tc>
          <w:tcPr>
            <w:tcW w:type="dxa" w:w="1728"/>
          </w:tcPr>
          <w:p>
            <w:r>
              <w:t>ksra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914*79*97*</w:t>
            </w:r>
          </w:p>
        </w:tc>
        <w:tc>
          <w:tcPr>
            <w:tcW w:type="dxa" w:w="1728"/>
          </w:tcPr>
          <w:p>
            <w:r>
              <w:t>(#RAMI#)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ASHZ88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9901****2*</w:t>
            </w:r>
          </w:p>
        </w:tc>
        <w:tc>
          <w:tcPr>
            <w:tcW w:type="dxa" w:w="1728"/>
          </w:tcPr>
          <w:p>
            <w:r>
              <w:t>𝒉𝒂𝒏𝒊𝒆𝒉🦋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hwnigh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919374744*</w:t>
            </w:r>
          </w:p>
        </w:tc>
        <w:tc>
          <w:tcPr>
            <w:tcW w:type="dxa" w:w="1728"/>
          </w:tcPr>
          <w:p>
            <w:r>
              <w:t>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yas19877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93*9*004*7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Tajik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919223*47*</w:t>
            </w:r>
          </w:p>
        </w:tc>
        <w:tc>
          <w:tcPr>
            <w:tcW w:type="dxa" w:w="1728"/>
          </w:tcPr>
          <w:p>
            <w:r>
              <w:t>@</w:t>
            </w:r>
          </w:p>
        </w:tc>
        <w:tc>
          <w:tcPr>
            <w:tcW w:type="dxa" w:w="1728"/>
          </w:tcPr>
          <w:p>
            <w:r>
              <w:t>احمدزاده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91**07*141</w:t>
            </w:r>
          </w:p>
        </w:tc>
        <w:tc>
          <w:tcPr>
            <w:tcW w:type="dxa" w:w="1728"/>
          </w:tcPr>
          <w:p>
            <w:r>
              <w:t>AmirReza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amirreza_en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93***71774</w:t>
            </w:r>
          </w:p>
        </w:tc>
        <w:tc>
          <w:tcPr>
            <w:tcW w:type="dxa" w:w="1728"/>
          </w:tcPr>
          <w:p>
            <w:r>
              <w:t>Saffar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saffar1369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93*1*29*22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91*993*044</w:t>
            </w:r>
          </w:p>
        </w:tc>
        <w:tc>
          <w:tcPr>
            <w:tcW w:type="dxa" w:w="1728"/>
          </w:tcPr>
          <w:p>
            <w:r>
              <w:t>آراد</w:t>
            </w:r>
          </w:p>
        </w:tc>
        <w:tc>
          <w:tcPr>
            <w:tcW w:type="dxa" w:w="1728"/>
          </w:tcPr>
          <w:p>
            <w:r>
              <w:t>ریسی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9133*9*00*</w:t>
            </w:r>
          </w:p>
        </w:tc>
        <w:tc>
          <w:tcPr>
            <w:tcW w:type="dxa" w:w="1728"/>
          </w:tcPr>
          <w:p>
            <w:r>
              <w:t>مرتضی</w:t>
            </w:r>
          </w:p>
        </w:tc>
        <w:tc>
          <w:tcPr>
            <w:tcW w:type="dxa" w:w="1728"/>
          </w:tcPr>
          <w:p>
            <w:r>
              <w:t>صادقی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93*13*101*</w:t>
            </w:r>
          </w:p>
        </w:tc>
        <w:tc>
          <w:tcPr>
            <w:tcW w:type="dxa" w:w="1728"/>
          </w:tcPr>
          <w:p>
            <w:r>
              <w:t>Doostdar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ADoost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93*9404*7*</w:t>
            </w:r>
          </w:p>
        </w:tc>
        <w:tc>
          <w:tcPr>
            <w:tcW w:type="dxa" w:w="1728"/>
          </w:tcPr>
          <w:p>
            <w:r>
              <w:t>عبدالزهرا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9142*49***</w:t>
            </w:r>
          </w:p>
        </w:tc>
        <w:tc>
          <w:tcPr>
            <w:tcW w:type="dxa" w:w="1728"/>
          </w:tcPr>
          <w:p>
            <w:r>
              <w:t>کسایی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9372*0**9*</w:t>
            </w:r>
          </w:p>
        </w:tc>
        <w:tc>
          <w:tcPr>
            <w:tcW w:type="dxa" w:w="1728"/>
          </w:tcPr>
          <w:p>
            <w:r>
              <w:t>Amir.m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Amirrrr123455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93307401*1</w:t>
            </w:r>
          </w:p>
        </w:tc>
        <w:tc>
          <w:tcPr>
            <w:tcW w:type="dxa" w:w="1728"/>
          </w:tcPr>
          <w:p>
            <w:r>
              <w:t>Bi nam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mahdi_farsi2023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921441*313</w:t>
            </w:r>
          </w:p>
        </w:tc>
        <w:tc>
          <w:tcPr>
            <w:tcW w:type="dxa" w:w="1728"/>
          </w:tcPr>
          <w:p>
            <w:r>
              <w:t>zeynab</w:t>
            </w:r>
          </w:p>
        </w:tc>
        <w:tc>
          <w:tcPr>
            <w:tcW w:type="dxa" w:w="1728"/>
          </w:tcPr>
          <w:p>
            <w:r>
              <w:t>parto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919934*4*1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Pooria1389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930***1*40</w:t>
            </w:r>
          </w:p>
        </w:tc>
        <w:tc>
          <w:tcPr>
            <w:tcW w:type="dxa" w:w="1728"/>
          </w:tcPr>
          <w:p>
            <w:r>
              <w:t>یا صاحب الزمان ادرکنی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919**40924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Maryam_Ch1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9373*913**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Omidpalang12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93931*3*41</w:t>
            </w:r>
          </w:p>
        </w:tc>
        <w:tc>
          <w:tcPr>
            <w:tcW w:type="dxa" w:w="1728"/>
          </w:tcPr>
          <w:p>
            <w:r>
              <w:t>My name is...😕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9024733133</w:t>
            </w:r>
          </w:p>
        </w:tc>
        <w:tc>
          <w:tcPr>
            <w:tcW w:type="dxa" w:w="1728"/>
          </w:tcPr>
          <w:p>
            <w:r>
              <w:t>محمد حسین</w:t>
            </w:r>
          </w:p>
        </w:tc>
        <w:tc>
          <w:tcPr>
            <w:tcW w:type="dxa" w:w="1728"/>
          </w:tcPr>
          <w:p>
            <w:r>
              <w:t>کیوانلو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91**292*9*</w:t>
            </w:r>
          </w:p>
        </w:tc>
        <w:tc>
          <w:tcPr>
            <w:tcW w:type="dxa" w:w="1728"/>
          </w:tcPr>
          <w:p>
            <w:r>
              <w:t>❤محمد کدخدائی 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mobin2898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91**274947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>
              <w:t>طهامی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9337*29**9</w:t>
            </w:r>
          </w:p>
        </w:tc>
        <w:tc>
          <w:tcPr>
            <w:tcW w:type="dxa" w:w="1728"/>
          </w:tcPr>
          <w:p>
            <w:r>
              <w:t>Mobin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OHFOHD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912**22*73</w:t>
            </w:r>
          </w:p>
        </w:tc>
        <w:tc>
          <w:tcPr>
            <w:tcW w:type="dxa" w:w="1728"/>
          </w:tcPr>
          <w:p>
            <w:r>
              <w:t>Hoseyn</w:t>
            </w:r>
          </w:p>
        </w:tc>
        <w:tc>
          <w:tcPr>
            <w:tcW w:type="dxa" w:w="1728"/>
          </w:tcPr>
          <w:p>
            <w:r>
              <w:t>fadakar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9917*41*19</w:t>
            </w:r>
          </w:p>
        </w:tc>
        <w:tc>
          <w:tcPr>
            <w:tcW w:type="dxa" w:w="1728"/>
          </w:tcPr>
          <w:p>
            <w:r>
              <w:t>مبین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9301*2**7*</w:t>
            </w:r>
          </w:p>
        </w:tc>
        <w:tc>
          <w:tcPr>
            <w:tcW w:type="dxa" w:w="1728"/>
          </w:tcPr>
          <w:p>
            <w:r>
              <w:t>Erfan.mg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Erfan_g83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9212**0**3</w:t>
            </w:r>
          </w:p>
        </w:tc>
        <w:tc>
          <w:tcPr>
            <w:tcW w:type="dxa" w:w="1728"/>
          </w:tcPr>
          <w:p>
            <w:r>
              <w:t>یا قائم آل محمد</w:t>
            </w:r>
          </w:p>
        </w:tc>
        <w:tc>
          <w:tcPr>
            <w:tcW w:type="dxa" w:w="1728"/>
          </w:tcPr>
          <w:p>
            <w:r>
              <w:t>عج</w:t>
            </w:r>
          </w:p>
        </w:tc>
        <w:tc>
          <w:tcPr>
            <w:tcW w:type="dxa" w:w="1728"/>
          </w:tcPr>
          <w:p>
            <w:r>
              <w:t>Bachshandeh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9333**31*0</w:t>
            </w:r>
          </w:p>
        </w:tc>
        <w:tc>
          <w:tcPr>
            <w:tcW w:type="dxa" w:w="1728"/>
          </w:tcPr>
          <w:p>
            <w:r>
              <w:t>Mobina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mobi2006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933*7994**</w:t>
            </w:r>
          </w:p>
        </w:tc>
        <w:tc>
          <w:tcPr>
            <w:tcW w:type="dxa" w:w="1728"/>
          </w:tcPr>
          <w:p>
            <w:r>
              <w:t>&amp;.Hedi.&amp;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My_heart_p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9010723*24</w:t>
            </w:r>
          </w:p>
        </w:tc>
        <w:tc>
          <w:tcPr>
            <w:tcW w:type="dxa" w:w="1728"/>
          </w:tcPr>
          <w:p>
            <w:r>
              <w:t>Alireza🥀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alireza_golverdy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91*4*0*1**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Asdnea</w:t>
            </w:r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91**03*24*</w:t>
            </w:r>
          </w:p>
        </w:tc>
        <w:tc>
          <w:tcPr>
            <w:tcW w:type="dxa" w:w="1728"/>
          </w:tcPr>
          <w:p>
            <w:r>
              <w:t>Amirrmohamad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  <w:tr>
        <w:tc>
          <w:tcPr>
            <w:tcW w:type="dxa" w:w="1728"/>
          </w:tcPr>
          <w:p>
            <w:r>
              <w:t>922*1**49*</w:t>
            </w:r>
          </w:p>
        </w:tc>
        <w:tc>
          <w:tcPr>
            <w:tcW w:type="dxa" w:w="1728"/>
          </w:tcPr>
          <w:p>
            <w:r>
              <w:t>˙·٠•●♥طاها♥●•٠·˙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کنکوری دومینو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کنکوری دومینو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