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کبوتران مسافتی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کبوتران مسافتی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93*4*39030</w:t>
            </w:r>
          </w:p>
        </w:tc>
        <w:tc>
          <w:tcPr>
            <w:tcW w:type="dxa" w:w="1728"/>
          </w:tcPr>
          <w:p>
            <w:r>
              <w:t>Mah/:k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903**10132</w:t>
            </w:r>
          </w:p>
        </w:tc>
        <w:tc>
          <w:tcPr>
            <w:tcW w:type="dxa" w:w="1728"/>
          </w:tcPr>
          <w:p>
            <w:r>
              <w:t>««««««❤️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pppppplp123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93**0*2002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901704*099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930724409*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913*339*47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abbas8018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91*993391*</w:t>
            </w:r>
          </w:p>
        </w:tc>
        <w:tc>
          <w:tcPr>
            <w:tcW w:type="dxa" w:w="1728"/>
          </w:tcPr>
          <w:p>
            <w:r>
              <w:t>پیمان</w:t>
            </w:r>
          </w:p>
        </w:tc>
        <w:tc>
          <w:tcPr>
            <w:tcW w:type="dxa" w:w="1728"/>
          </w:tcPr>
          <w:p>
            <w:r>
              <w:t>رضائی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901090400*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Gaamii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902317*3*7</w:t>
            </w:r>
          </w:p>
        </w:tc>
        <w:tc>
          <w:tcPr>
            <w:tcW w:type="dxa" w:w="1728"/>
          </w:tcPr>
          <w:p>
            <w:r>
              <w:t>🎀هـ℘ــَ͜✿ٰٰ‌ᬼـانـؒ℘ـیـَ͜✿ٰٰ‌ᬼـه🎀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93*2*90*07</w:t>
            </w:r>
          </w:p>
        </w:tc>
        <w:tc>
          <w:tcPr>
            <w:tcW w:type="dxa" w:w="1728"/>
          </w:tcPr>
          <w:p>
            <w:r>
              <w:t>@li</w:t>
            </w:r>
          </w:p>
        </w:tc>
        <w:tc>
          <w:tcPr>
            <w:tcW w:type="dxa" w:w="1728"/>
          </w:tcPr>
          <w:p>
            <w:r>
              <w:t>Ghani🔵</w:t>
            </w:r>
          </w:p>
        </w:tc>
        <w:tc>
          <w:tcPr>
            <w:tcW w:type="dxa" w:w="1728"/>
          </w:tcPr>
          <w:p>
            <w:r>
              <w:t>Alirezaghani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937797*1*0</w:t>
            </w:r>
          </w:p>
        </w:tc>
        <w:tc>
          <w:tcPr>
            <w:tcW w:type="dxa" w:w="1728"/>
          </w:tcPr>
          <w:p>
            <w:r>
              <w:t>💖ⓢⓐⓔⓔⓓ💖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Saeid5150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9914*74*17</w:t>
            </w:r>
          </w:p>
        </w:tc>
        <w:tc>
          <w:tcPr>
            <w:tcW w:type="dxa" w:w="1728"/>
          </w:tcPr>
          <w:p>
            <w:r>
              <w:t>Aslan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91*7014219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Ahmad555r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93*9*1*4*3</w:t>
            </w:r>
          </w:p>
        </w:tc>
        <w:tc>
          <w:tcPr>
            <w:tcW w:type="dxa" w:w="1728"/>
          </w:tcPr>
          <w:p>
            <w:r>
              <w:t>::::؛؛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91**09721*</w:t>
            </w:r>
          </w:p>
        </w:tc>
        <w:tc>
          <w:tcPr>
            <w:tcW w:type="dxa" w:w="1728"/>
          </w:tcPr>
          <w:p>
            <w:r>
              <w:t>طوفان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933**472*1</w:t>
            </w:r>
          </w:p>
        </w:tc>
        <w:tc>
          <w:tcPr>
            <w:tcW w:type="dxa" w:w="1728"/>
          </w:tcPr>
          <w:p>
            <w:r>
              <w:t>~~&gt;&lt;~~&gt;💖 علیرضا 💖&lt;~~&gt;&lt;~~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Alirezas6890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93*3***14*</w:t>
            </w:r>
          </w:p>
        </w:tc>
        <w:tc>
          <w:tcPr>
            <w:tcW w:type="dxa" w:w="1728"/>
          </w:tcPr>
          <w:p>
            <w:r>
              <w:t>محمد 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Mohamadkarimi1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9371*7410*</w:t>
            </w:r>
          </w:p>
        </w:tc>
        <w:tc>
          <w:tcPr>
            <w:tcW w:type="dxa" w:w="1728"/>
          </w:tcPr>
          <w:p>
            <w:r>
              <w:t>khaled 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Khaled_hosseini13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93***319*2</w:t>
            </w:r>
          </w:p>
        </w:tc>
        <w:tc>
          <w:tcPr>
            <w:tcW w:type="dxa" w:w="1728"/>
          </w:tcPr>
          <w:p>
            <w:r>
              <w:t>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Aaaaamaad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9399**24*3</w:t>
            </w:r>
          </w:p>
        </w:tc>
        <w:tc>
          <w:tcPr>
            <w:tcW w:type="dxa" w:w="1728"/>
          </w:tcPr>
          <w:p>
            <w:r>
              <w:t>یاسر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91***92124</w:t>
            </w:r>
          </w:p>
        </w:tc>
        <w:tc>
          <w:tcPr>
            <w:tcW w:type="dxa" w:w="1728"/>
          </w:tcPr>
          <w:p>
            <w:r>
              <w:t>علیزضانیکخواه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912*2*3*29</w:t>
            </w:r>
          </w:p>
        </w:tc>
        <w:tc>
          <w:tcPr>
            <w:tcW w:type="dxa" w:w="1728"/>
          </w:tcPr>
          <w:p>
            <w:r>
              <w:t>Golparvar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9031772022</w:t>
            </w:r>
          </w:p>
        </w:tc>
        <w:tc>
          <w:tcPr>
            <w:tcW w:type="dxa" w:w="1728"/>
          </w:tcPr>
          <w:p>
            <w:r>
              <w:t>––––•(-• 4 ṃṓḧḁṃḁḓ ṝḙẑḁ 4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91**31***1</w:t>
            </w:r>
          </w:p>
        </w:tc>
        <w:tc>
          <w:tcPr>
            <w:tcW w:type="dxa" w:w="1728"/>
          </w:tcPr>
          <w:p>
            <w:r>
              <w:t>𝐀 𝐁 𝐀 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Abasabasimoghadam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93*3**73*0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933344001*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>
              <w:t>Mahdiiranjbar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93*277*013</w:t>
            </w:r>
          </w:p>
        </w:tc>
        <w:tc>
          <w:tcPr>
            <w:tcW w:type="dxa" w:w="1728"/>
          </w:tcPr>
          <w:p>
            <w:r>
              <w:t>5013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9121100090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ahmadrezanb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914*2*04*2</w:t>
            </w:r>
          </w:p>
        </w:tc>
        <w:tc>
          <w:tcPr>
            <w:tcW w:type="dxa" w:w="1728"/>
          </w:tcPr>
          <w:p>
            <w:r>
              <w:t>Mohammad zare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Zare77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93033*10*3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9123900749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902**91**2</w:t>
            </w:r>
          </w:p>
        </w:tc>
        <w:tc>
          <w:tcPr>
            <w:tcW w:type="dxa" w:w="1728"/>
          </w:tcPr>
          <w:p>
            <w:r>
              <w:t>مهران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Mehran1380h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9131074*32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93*31*1413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Harry198564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93*21*1**3</w:t>
            </w:r>
          </w:p>
        </w:tc>
        <w:tc>
          <w:tcPr>
            <w:tcW w:type="dxa" w:w="1728"/>
          </w:tcPr>
          <w:p>
            <w:r>
              <w:t>Grh</w:t>
            </w:r>
          </w:p>
        </w:tc>
        <w:tc>
          <w:tcPr>
            <w:tcW w:type="dxa" w:w="1728"/>
          </w:tcPr>
          <w:p>
            <w:r>
              <w:t>Afg</w:t>
            </w:r>
          </w:p>
        </w:tc>
        <w:tc>
          <w:tcPr>
            <w:tcW w:type="dxa" w:w="1728"/>
          </w:tcPr>
          <w:p>
            <w:r>
              <w:t>Rh936afg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91*93***34</w:t>
            </w:r>
          </w:p>
        </w:tc>
        <w:tc>
          <w:tcPr>
            <w:tcW w:type="dxa" w:w="1728"/>
          </w:tcPr>
          <w:p>
            <w:r>
              <w:t>فریبرز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Moradyyyyyy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933043*342</w:t>
            </w:r>
          </w:p>
        </w:tc>
        <w:tc>
          <w:tcPr>
            <w:tcW w:type="dxa" w:w="1728"/>
          </w:tcPr>
          <w:p>
            <w:r>
              <w:t>امیگ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9119**077*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bakeri</w:t>
            </w:r>
          </w:p>
        </w:tc>
        <w:tc>
          <w:tcPr>
            <w:tcW w:type="dxa" w:w="1728"/>
          </w:tcPr>
          <w:p>
            <w:r>
              <w:t>Bakeri_amir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933***0317</w:t>
            </w:r>
          </w:p>
        </w:tc>
        <w:tc>
          <w:tcPr>
            <w:tcW w:type="dxa" w:w="1728"/>
          </w:tcPr>
          <w:p>
            <w:r>
              <w:t>Mansur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93***03004</w:t>
            </w:r>
          </w:p>
        </w:tc>
        <w:tc>
          <w:tcPr>
            <w:tcW w:type="dxa" w:w="1728"/>
          </w:tcPr>
          <w:p>
            <w:r>
              <w:t>◄♥♥ ۰۪۫O۪۫۰۰۪۫M۪۫۰۰۪۫I۪۫۰۰۪۫D۪۫۰ ♥♥►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91000**7*0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Alis13766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933*9314**</w:t>
            </w:r>
          </w:p>
        </w:tc>
        <w:tc>
          <w:tcPr>
            <w:tcW w:type="dxa" w:w="1728"/>
          </w:tcPr>
          <w:p>
            <w:r>
              <w:t>mehrab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DAVOOD13788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9027930**4</w:t>
            </w:r>
          </w:p>
        </w:tc>
        <w:tc>
          <w:tcPr>
            <w:tcW w:type="dxa" w:w="1728"/>
          </w:tcPr>
          <w:p>
            <w:r>
              <w:t>{امیر}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Zmkvmn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91***71420</w:t>
            </w:r>
          </w:p>
        </w:tc>
        <w:tc>
          <w:tcPr>
            <w:tcW w:type="dxa" w:w="1728"/>
          </w:tcPr>
          <w:p>
            <w:r>
              <w:t>?? انتظار تا انتقام ...??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Sajahd345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901*9***32</w:t>
            </w:r>
          </w:p>
        </w:tc>
        <w:tc>
          <w:tcPr>
            <w:tcW w:type="dxa" w:w="1728"/>
          </w:tcPr>
          <w:p>
            <w:r>
              <w:t>خوشش بیاد خودش میاد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Falakkkkkoin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90**937*31</w:t>
            </w:r>
          </w:p>
        </w:tc>
        <w:tc>
          <w:tcPr>
            <w:tcW w:type="dxa" w:w="1728"/>
          </w:tcPr>
          <w:p>
            <w:r>
              <w:t>$ali$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Ali000668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912***0***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Silvari</w:t>
            </w:r>
          </w:p>
        </w:tc>
        <w:tc>
          <w:tcPr>
            <w:tcW w:type="dxa" w:w="1728"/>
          </w:tcPr>
          <w:p>
            <w:r>
              <w:t>Rezasilvari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93*497*72*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93*1**93*7</w:t>
            </w:r>
          </w:p>
        </w:tc>
        <w:tc>
          <w:tcPr>
            <w:tcW w:type="dxa" w:w="1728"/>
          </w:tcPr>
          <w:p>
            <w:r>
              <w:t>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Imandartoomi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91*0*130**</w:t>
            </w:r>
          </w:p>
        </w:tc>
        <w:tc>
          <w:tcPr>
            <w:tcW w:type="dxa" w:w="1728"/>
          </w:tcPr>
          <w:p>
            <w:r>
              <w:t>محـًًًٜٜـٍٍٍۘۘۘـٜٜٜٜ✮℘ـʘ͜͡✮ٍٍٍٍٜـٍٍٍٜ٘ٗـٍٍٜۘۘـٍٍٍۘۘۘد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Alone_m_sadra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937*04*744</w:t>
            </w:r>
          </w:p>
        </w:tc>
        <w:tc>
          <w:tcPr>
            <w:tcW w:type="dxa" w:w="1728"/>
          </w:tcPr>
          <w:p>
            <w:r>
              <w:t>u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91*00*4227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jaf_ari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901**09*39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914*4390*0</w:t>
            </w:r>
          </w:p>
        </w:tc>
        <w:tc>
          <w:tcPr>
            <w:tcW w:type="dxa" w:w="1728"/>
          </w:tcPr>
          <w:p>
            <w:r>
              <w:t>Pablo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Turkoglanp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91*4093349</w:t>
            </w:r>
          </w:p>
        </w:tc>
        <w:tc>
          <w:tcPr>
            <w:tcW w:type="dxa" w:w="1728"/>
          </w:tcPr>
          <w:p>
            <w:r>
              <w:t>👑mohamadreza👑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mohamaaad_reza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9391**903*</w:t>
            </w:r>
          </w:p>
        </w:tc>
        <w:tc>
          <w:tcPr>
            <w:tcW w:type="dxa" w:w="1728"/>
          </w:tcPr>
          <w:p>
            <w:r>
              <w:t>استخدام و کاریابی بیرجند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Kar_afarin02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91444*9322</w:t>
            </w:r>
          </w:p>
        </w:tc>
        <w:tc>
          <w:tcPr>
            <w:tcW w:type="dxa" w:w="1728"/>
          </w:tcPr>
          <w:p>
            <w:r>
              <w:t>نقی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91*9342*49</w:t>
            </w:r>
          </w:p>
        </w:tc>
        <w:tc>
          <w:tcPr>
            <w:tcW w:type="dxa" w:w="1728"/>
          </w:tcPr>
          <w:p>
            <w:r>
              <w:t>m.b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9901*33*7*</w:t>
            </w:r>
          </w:p>
        </w:tc>
        <w:tc>
          <w:tcPr>
            <w:tcW w:type="dxa" w:w="1728"/>
          </w:tcPr>
          <w:p>
            <w:r>
              <w:t>《♢《akbar♤-</w:t>
            </w:r>
          </w:p>
        </w:tc>
        <w:tc>
          <w:tcPr>
            <w:tcW w:type="dxa" w:w="1728"/>
          </w:tcPr>
          <w:p>
            <w:r>
              <w:t>♤-Jaefari》♧》♡》</w:t>
            </w:r>
          </w:p>
        </w:tc>
        <w:tc>
          <w:tcPr>
            <w:tcW w:type="dxa" w:w="1728"/>
          </w:tcPr>
          <w:p>
            <w:r>
              <w:t>akbar_3578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937*9*4*97</w:t>
            </w:r>
          </w:p>
        </w:tc>
        <w:tc>
          <w:tcPr>
            <w:tcW w:type="dxa" w:w="1728"/>
          </w:tcPr>
          <w:p>
            <w:r>
              <w:t>✷ًًِِِِْْْْْْ͜͡✷ًِْْرضـ ۘ؁ٍٍٰٰٰٰٖٖٖٖٖٖۘۘۘۘ͜͡ـٍٍٍٍٍٰٰٰٰٖٖٖٖٖٖٖٖ͜͡</w:t>
            </w:r>
          </w:p>
        </w:tc>
        <w:tc>
          <w:tcPr>
            <w:tcW w:type="dxa" w:w="1728"/>
          </w:tcPr>
          <w:p>
            <w:r>
              <w:t>ـایوسـَٰٖٖٙೂೃـٖٖٜٜٜٖۗۗူـفی✷ًًِِِِْْْْْْ͜͡✷ًِْْ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93077907*4</w:t>
            </w:r>
          </w:p>
        </w:tc>
        <w:tc>
          <w:tcPr>
            <w:tcW w:type="dxa" w:w="1728"/>
          </w:tcPr>
          <w:p>
            <w:r>
              <w:t>@^^¡®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93**2**2**</w:t>
            </w:r>
          </w:p>
        </w:tc>
        <w:tc>
          <w:tcPr>
            <w:tcW w:type="dxa" w:w="1728"/>
          </w:tcPr>
          <w:p>
            <w:r>
              <w:t>87000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9103494*49</w:t>
            </w:r>
          </w:p>
        </w:tc>
        <w:tc>
          <w:tcPr>
            <w:tcW w:type="dxa" w:w="1728"/>
          </w:tcPr>
          <w:p>
            <w:r>
              <w:t>A.r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>
              <w:t>INTHENAIMOFGOD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937*017*07</w:t>
            </w:r>
          </w:p>
        </w:tc>
        <w:tc>
          <w:tcPr>
            <w:tcW w:type="dxa" w:w="1728"/>
          </w:tcPr>
          <w:p>
            <w:r>
              <w:t>.کاشی سازی سنتی عبدی گناباد بیدخت</w:t>
            </w:r>
          </w:p>
        </w:tc>
        <w:tc>
          <w:tcPr>
            <w:tcW w:type="dxa" w:w="1728"/>
          </w:tcPr>
          <w:p>
            <w:r>
              <w:t>ساخت انواع کاشی های هفت رنگی..تابلوهای سردرب کتیبه.. محراب..بقاع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91**71123*</w:t>
            </w:r>
          </w:p>
        </w:tc>
        <w:tc>
          <w:tcPr>
            <w:tcW w:type="dxa" w:w="1728"/>
          </w:tcPr>
          <w:p>
            <w:r>
              <w:t>اتوسرویس پایتخت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moslem_paytakht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930*137*1*</w:t>
            </w:r>
          </w:p>
        </w:tc>
        <w:tc>
          <w:tcPr>
            <w:tcW w:type="dxa" w:w="1728"/>
          </w:tcPr>
          <w:p>
            <w:r>
              <w:t>گمنام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Gomnam0511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9379**1427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Reza_k_59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9911*02**2</w:t>
            </w:r>
          </w:p>
        </w:tc>
        <w:tc>
          <w:tcPr>
            <w:tcW w:type="dxa" w:w="1728"/>
          </w:tcPr>
          <w:p>
            <w:r>
              <w:t>H_Abdolmohammadi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HAbdolmohammadi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93*9*39201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937019724*</w:t>
            </w:r>
          </w:p>
        </w:tc>
        <w:tc>
          <w:tcPr>
            <w:tcW w:type="dxa" w:w="1728"/>
          </w:tcPr>
          <w:p>
            <w:r>
              <w:t>(✿◠‿◠♥)(♥◠‿◠✿)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MohmmobHAzN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93**79**77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917420*2**</w:t>
            </w:r>
          </w:p>
        </w:tc>
        <w:tc>
          <w:tcPr>
            <w:tcW w:type="dxa" w:w="1728"/>
          </w:tcPr>
          <w:p>
            <w:r>
              <w:t>09174208286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9131*233*4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914*2**2**</w:t>
            </w:r>
          </w:p>
        </w:tc>
        <w:tc>
          <w:tcPr>
            <w:tcW w:type="dxa" w:w="1728"/>
          </w:tcPr>
          <w:p>
            <w:r>
              <w:t>...........????.........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93032**292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Emadreza74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90**7*77*9</w:t>
            </w:r>
          </w:p>
        </w:tc>
        <w:tc>
          <w:tcPr>
            <w:tcW w:type="dxa" w:w="1728"/>
          </w:tcPr>
          <w:p>
            <w:r>
              <w:t>&lt;&lt;ᗩᒐᖗ_m.b&gt;&gt;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ali_moayedi_80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9207*94974</w:t>
            </w:r>
          </w:p>
        </w:tc>
        <w:tc>
          <w:tcPr>
            <w:tcW w:type="dxa" w:w="1728"/>
          </w:tcPr>
          <w:p>
            <w:r>
              <w:t>Yo3ef</w:t>
            </w:r>
          </w:p>
        </w:tc>
        <w:tc>
          <w:tcPr>
            <w:tcW w:type="dxa" w:w="1728"/>
          </w:tcPr>
          <w:p>
            <w:r>
              <w:t>hakim</w:t>
            </w:r>
          </w:p>
        </w:tc>
        <w:tc>
          <w:tcPr>
            <w:tcW w:type="dxa" w:w="1728"/>
          </w:tcPr>
          <w:p>
            <w:r>
              <w:t>Hakim7272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9397409***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903214*733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Z3388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  <w:tr>
        <w:tc>
          <w:tcPr>
            <w:tcW w:type="dxa" w:w="1728"/>
          </w:tcPr>
          <w:p>
            <w:r>
              <w:t>91*7440449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ALiffffff0919</w:t>
            </w:r>
          </w:p>
        </w:tc>
        <w:tc>
          <w:tcPr>
            <w:tcW w:type="dxa" w:w="1728"/>
          </w:tcPr>
          <w:p>
            <w:r>
              <w:t>🏆گروه کبوتران مسافتی🏆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کبوتران مسافتی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