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کابینت کاران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کابینت کاران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91**709100</w:t>
            </w:r>
          </w:p>
        </w:tc>
        <w:tc>
          <w:tcPr>
            <w:tcW w:type="dxa" w:w="1728"/>
          </w:tcPr>
          <w:p>
            <w:r>
              <w:t>محمد جواد</w:t>
            </w:r>
          </w:p>
        </w:tc>
        <w:tc>
          <w:tcPr>
            <w:tcW w:type="dxa" w:w="1728"/>
          </w:tcPr>
          <w:p>
            <w:r>
              <w:t>رحماني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912037*43*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m_hd110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912*40*39*</w:t>
            </w:r>
          </w:p>
        </w:tc>
        <w:tc>
          <w:tcPr>
            <w:tcW w:type="dxa" w:w="1728"/>
          </w:tcPr>
          <w:p>
            <w:r>
              <w:t>rēzค</w:t>
            </w:r>
          </w:p>
        </w:tc>
        <w:tc>
          <w:tcPr>
            <w:tcW w:type="dxa" w:w="1728"/>
          </w:tcPr>
          <w:p>
            <w:r>
              <w:t>ipคk</w:t>
            </w:r>
          </w:p>
        </w:tc>
        <w:tc>
          <w:tcPr>
            <w:tcW w:type="dxa" w:w="1728"/>
          </w:tcPr>
          <w:p>
            <w:r>
              <w:t>Rezaipak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912**93202</w:t>
            </w:r>
          </w:p>
        </w:tc>
        <w:tc>
          <w:tcPr>
            <w:tcW w:type="dxa" w:w="1728"/>
          </w:tcPr>
          <w:p>
            <w:r>
              <w:t>علی آشفته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9139177792</w:t>
            </w:r>
          </w:p>
        </w:tc>
        <w:tc>
          <w:tcPr>
            <w:tcW w:type="dxa" w:w="1728"/>
          </w:tcPr>
          <w:p>
            <w:r>
              <w:t>پاپیروس</w:t>
            </w:r>
          </w:p>
        </w:tc>
        <w:tc>
          <w:tcPr>
            <w:tcW w:type="dxa" w:w="1728"/>
          </w:tcPr>
          <w:p>
            <w:r>
              <w:t>کلبه نصب کاغذی</w:t>
            </w:r>
          </w:p>
        </w:tc>
        <w:tc>
          <w:tcPr>
            <w:tcW w:type="dxa" w:w="1728"/>
          </w:tcPr>
          <w:p>
            <w:r>
              <w:t>Elia110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9114*793*2</w:t>
            </w:r>
          </w:p>
        </w:tc>
        <w:tc>
          <w:tcPr>
            <w:tcW w:type="dxa" w:w="1728"/>
          </w:tcPr>
          <w:p>
            <w:r>
              <w:t>Ms(کابینت مهدی)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M_saadati123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913*0*207*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Sbeke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933*94314*</w:t>
            </w:r>
          </w:p>
        </w:tc>
        <w:tc>
          <w:tcPr>
            <w:tcW w:type="dxa" w:w="1728"/>
          </w:tcPr>
          <w:p>
            <w:r>
              <w:t>designer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Ar6580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9123307303</w:t>
            </w:r>
          </w:p>
        </w:tc>
        <w:tc>
          <w:tcPr>
            <w:tcW w:type="dxa" w:w="1728"/>
          </w:tcPr>
          <w:p>
            <w:r>
              <w:t>D€€p w€b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Ghdrt65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92132****9</w:t>
            </w:r>
          </w:p>
        </w:tc>
        <w:tc>
          <w:tcPr>
            <w:tcW w:type="dxa" w:w="1728"/>
          </w:tcPr>
          <w:p>
            <w:r>
              <w:t>ṃṓṝṫḙẑḁ ẏṓṹṧḙḟḯ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shahrekagaz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9127992*10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>
              <w:t>Dashti</w:t>
            </w:r>
          </w:p>
        </w:tc>
        <w:tc>
          <w:tcPr>
            <w:tcW w:type="dxa" w:w="1728"/>
          </w:tcPr>
          <w:p>
            <w:r>
              <w:t>Jalal425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9121720402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Heb78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919*0*19*3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KabinetPershin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91*324*214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Barakchi</w:t>
            </w:r>
          </w:p>
        </w:tc>
        <w:tc>
          <w:tcPr>
            <w:tcW w:type="dxa" w:w="1728"/>
          </w:tcPr>
          <w:p>
            <w:r>
              <w:t>Saeedbarakchi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93**39****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Karimi_kitch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9122049*12</w:t>
            </w:r>
          </w:p>
        </w:tc>
        <w:tc>
          <w:tcPr>
            <w:tcW w:type="dxa" w:w="1728"/>
          </w:tcPr>
          <w:p>
            <w:r>
              <w:t>NADDAF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NADDAF_110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921*011312</w:t>
            </w:r>
          </w:p>
        </w:tc>
        <w:tc>
          <w:tcPr>
            <w:tcW w:type="dxa" w:w="1728"/>
          </w:tcPr>
          <w:p>
            <w:r>
              <w:t>˙·٠•●♥ڛؤݓــﮩ دلاڽ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Mehdz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93*17*1373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atilaxan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93**7*13*4</w:t>
            </w:r>
          </w:p>
        </w:tc>
        <w:tc>
          <w:tcPr>
            <w:tcW w:type="dxa" w:w="1728"/>
          </w:tcPr>
          <w:p>
            <w:r>
              <w:t>zahedi.asdecor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Asdecorat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91*332*374</w:t>
            </w:r>
          </w:p>
        </w:tc>
        <w:tc>
          <w:tcPr>
            <w:tcW w:type="dxa" w:w="1728"/>
          </w:tcPr>
          <w:p>
            <w:r>
              <w:t>Mahsoun</w:t>
            </w:r>
          </w:p>
        </w:tc>
        <w:tc>
          <w:tcPr>
            <w:tcW w:type="dxa" w:w="1728"/>
          </w:tcPr>
          <w:p>
            <w:r>
              <w:t>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91223*2209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morteza navaz</w:t>
            </w:r>
          </w:p>
        </w:tc>
        <w:tc>
          <w:tcPr>
            <w:tcW w:type="dxa" w:w="1728"/>
          </w:tcPr>
          <w:p>
            <w:r>
              <w:t>Ali_navaz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93**1301*7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Amir6275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911**991**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Gharai</w:t>
            </w:r>
          </w:p>
        </w:tc>
        <w:tc>
          <w:tcPr>
            <w:tcW w:type="dxa" w:w="1728"/>
          </w:tcPr>
          <w:p>
            <w:r>
              <w:t>Mojtabagharaii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912143**3*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A107373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9900194492</w:t>
            </w:r>
          </w:p>
        </w:tc>
        <w:tc>
          <w:tcPr>
            <w:tcW w:type="dxa" w:w="1728"/>
          </w:tcPr>
          <w:p>
            <w:r>
              <w:t>سردار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Sahrahki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93734**24*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93*021**3*</w:t>
            </w:r>
          </w:p>
        </w:tc>
        <w:tc>
          <w:tcPr>
            <w:tcW w:type="dxa" w:w="1728"/>
          </w:tcPr>
          <w:p>
            <w:r>
              <w:t>abdolkarim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93*2**91**</w:t>
            </w:r>
          </w:p>
        </w:tc>
        <w:tc>
          <w:tcPr>
            <w:tcW w:type="dxa" w:w="1728"/>
          </w:tcPr>
          <w:p>
            <w:r>
              <w:t>rasoul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rasoul_zo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9033*32304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93337921**</w:t>
            </w:r>
          </w:p>
        </w:tc>
        <w:tc>
          <w:tcPr>
            <w:tcW w:type="dxa" w:w="1728"/>
          </w:tcPr>
          <w:p>
            <w:r>
              <w:t>Amir..,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93*2909920</w:t>
            </w:r>
          </w:p>
        </w:tc>
        <w:tc>
          <w:tcPr>
            <w:tcW w:type="dxa" w:w="1728"/>
          </w:tcPr>
          <w:p>
            <w:r>
              <w:t>✰✰(¯`*•.ṃajid 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Majid641645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912103900*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930*343741</w:t>
            </w:r>
          </w:p>
        </w:tc>
        <w:tc>
          <w:tcPr>
            <w:tcW w:type="dxa" w:w="1728"/>
          </w:tcPr>
          <w:p>
            <w:r>
              <w:t>_________◇_______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Archite17110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912**7**23</w:t>
            </w:r>
          </w:p>
        </w:tc>
        <w:tc>
          <w:tcPr>
            <w:tcW w:type="dxa" w:w="1728"/>
          </w:tcPr>
          <w:p>
            <w:r>
              <w:t>Dezh</w:t>
            </w:r>
          </w:p>
        </w:tc>
        <w:tc>
          <w:tcPr>
            <w:tcW w:type="dxa" w:w="1728"/>
          </w:tcPr>
          <w:p>
            <w:r>
              <w:t>architects group</w:t>
            </w:r>
          </w:p>
        </w:tc>
        <w:tc>
          <w:tcPr>
            <w:tcW w:type="dxa" w:w="1728"/>
          </w:tcPr>
          <w:p>
            <w:r>
              <w:t>Dezh_Architect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9149130272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Hosseinifar</w:t>
            </w:r>
          </w:p>
        </w:tc>
        <w:tc>
          <w:tcPr>
            <w:tcW w:type="dxa" w:w="1728"/>
          </w:tcPr>
          <w:p>
            <w:r>
              <w:t>Yaserhosseinifar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91**117*0*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Ahossini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9123**794*</w:t>
            </w:r>
          </w:p>
        </w:tc>
        <w:tc>
          <w:tcPr>
            <w:tcW w:type="dxa" w:w="1728"/>
          </w:tcPr>
          <w:p>
            <w:r>
              <w:t>امیر نعیمی</w:t>
            </w:r>
          </w:p>
        </w:tc>
        <w:tc>
          <w:tcPr>
            <w:tcW w:type="dxa" w:w="1728"/>
          </w:tcPr>
          <w:p>
            <w:r>
              <w:t>09123857945</w:t>
            </w:r>
          </w:p>
        </w:tc>
        <w:tc>
          <w:tcPr>
            <w:tcW w:type="dxa" w:w="1728"/>
          </w:tcPr>
          <w:p>
            <w:r>
              <w:t>Amirnaimi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9123***1*0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Gholami</w:t>
            </w:r>
          </w:p>
        </w:tc>
        <w:tc>
          <w:tcPr>
            <w:tcW w:type="dxa" w:w="1728"/>
          </w:tcPr>
          <w:p>
            <w:r>
              <w:t>rezagholami6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9122*9410*</w:t>
            </w:r>
          </w:p>
        </w:tc>
        <w:tc>
          <w:tcPr>
            <w:tcW w:type="dxa" w:w="1728"/>
          </w:tcPr>
          <w:p>
            <w:r>
              <w:t>$X m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Tps303331082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9379**3301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Masjdii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912337*90*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seifi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91*0101*02</w:t>
            </w:r>
          </w:p>
        </w:tc>
        <w:tc>
          <w:tcPr>
            <w:tcW w:type="dxa" w:w="1728"/>
          </w:tcPr>
          <w:p>
            <w:r>
              <w:t>M.sa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Rtools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91*31**79*</w:t>
            </w:r>
          </w:p>
        </w:tc>
        <w:tc>
          <w:tcPr>
            <w:tcW w:type="dxa" w:w="1728"/>
          </w:tcPr>
          <w:p>
            <w:r>
              <w:t>نادر شاه 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9121041701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Zafari</w:t>
            </w:r>
          </w:p>
        </w:tc>
        <w:tc>
          <w:tcPr>
            <w:tcW w:type="dxa" w:w="1728"/>
          </w:tcPr>
          <w:p>
            <w:r>
              <w:t>Mhd_zafari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91270*2132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>
              <w:t>عابدی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91*20*393*</w:t>
            </w:r>
          </w:p>
        </w:tc>
        <w:tc>
          <w:tcPr>
            <w:tcW w:type="dxa" w:w="1728"/>
          </w:tcPr>
          <w:p>
            <w:r>
              <w:t>Masoud naseri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RadinDecor1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91220***1*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Ali8Sadeghi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990**04*7*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vanodesign1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90341013**</w:t>
            </w:r>
          </w:p>
        </w:tc>
        <w:tc>
          <w:tcPr>
            <w:tcW w:type="dxa" w:w="1728"/>
          </w:tcPr>
          <w:p>
            <w:r>
              <w:t>لوگان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Deldae1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912*72*303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930**0973*</w:t>
            </w:r>
          </w:p>
        </w:tc>
        <w:tc>
          <w:tcPr>
            <w:tcW w:type="dxa" w:w="1728"/>
          </w:tcPr>
          <w:p>
            <w:r>
              <w:t>Honare Memari Modern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SH3ART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91911*3*40</w:t>
            </w:r>
          </w:p>
        </w:tc>
        <w:tc>
          <w:tcPr>
            <w:tcW w:type="dxa" w:w="1728"/>
          </w:tcPr>
          <w:p>
            <w:r>
              <w:t>Mohammad.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933242***3</w:t>
            </w:r>
          </w:p>
        </w:tc>
        <w:tc>
          <w:tcPr>
            <w:tcW w:type="dxa" w:w="1728"/>
          </w:tcPr>
          <w:p>
            <w:r>
              <w:t>Pardis Sanat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linda_cabin_pv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919******0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>
              <w:t>Mh_m300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91222**729</w:t>
            </w:r>
          </w:p>
        </w:tc>
        <w:tc>
          <w:tcPr>
            <w:tcW w:type="dxa" w:w="1728"/>
          </w:tcPr>
          <w:p>
            <w:r>
              <w:t>ali akbar</w:t>
            </w:r>
          </w:p>
        </w:tc>
        <w:tc>
          <w:tcPr>
            <w:tcW w:type="dxa" w:w="1728"/>
          </w:tcPr>
          <w:p>
            <w:r>
              <w:t>gholami</w:t>
            </w:r>
          </w:p>
        </w:tc>
        <w:tc>
          <w:tcPr>
            <w:tcW w:type="dxa" w:w="1728"/>
          </w:tcPr>
          <w:p>
            <w:r>
              <w:t>Rugby7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9127799*00</w:t>
            </w:r>
          </w:p>
        </w:tc>
        <w:tc>
          <w:tcPr>
            <w:tcW w:type="dxa" w:w="1728"/>
          </w:tcPr>
          <w:p>
            <w:r>
              <w:t>Toomaj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Toomajwoodland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912**3*7*0</w:t>
            </w:r>
          </w:p>
        </w:tc>
        <w:tc>
          <w:tcPr>
            <w:tcW w:type="dxa" w:w="1728"/>
          </w:tcPr>
          <w:p>
            <w:r>
              <w:t>(✿◠‿◠♥)دکوراسیون کادونیاKA(♥◠‿◠✿)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Kadonia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91237**9*3</w:t>
            </w:r>
          </w:p>
        </w:tc>
        <w:tc>
          <w:tcPr>
            <w:tcW w:type="dxa" w:w="1728"/>
          </w:tcPr>
          <w:p>
            <w:r>
              <w:t>dazheb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modir_paytakht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93**344003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91*924471*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93***7*1**</w:t>
            </w:r>
          </w:p>
        </w:tc>
        <w:tc>
          <w:tcPr>
            <w:tcW w:type="dxa" w:w="1728"/>
          </w:tcPr>
          <w:p>
            <w:r>
              <w:t>طراح دکوراسیون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912*414**4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9191*0*402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93*7*7322*</w:t>
            </w:r>
          </w:p>
        </w:tc>
        <w:tc>
          <w:tcPr>
            <w:tcW w:type="dxa" w:w="1728"/>
          </w:tcPr>
          <w:p>
            <w:r>
              <w:t>Miss</w:t>
            </w:r>
          </w:p>
        </w:tc>
        <w:tc>
          <w:tcPr>
            <w:tcW w:type="dxa" w:w="1728"/>
          </w:tcPr>
          <w:p>
            <w:r>
              <w:t>Rahmannezhad</w:t>
            </w:r>
          </w:p>
        </w:tc>
        <w:tc>
          <w:tcPr>
            <w:tcW w:type="dxa" w:w="1728"/>
          </w:tcPr>
          <w:p>
            <w:r>
              <w:t>Goldendesing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9133021**7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93*101*133</w:t>
            </w:r>
          </w:p>
        </w:tc>
        <w:tc>
          <w:tcPr>
            <w:tcW w:type="dxa" w:w="1728"/>
          </w:tcPr>
          <w:p>
            <w:r>
              <w:t>Sacowood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sacowoodd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912122**94</w:t>
            </w:r>
          </w:p>
        </w:tc>
        <w:tc>
          <w:tcPr>
            <w:tcW w:type="dxa" w:w="1728"/>
          </w:tcPr>
          <w:p>
            <w:r>
              <w:t>محسن رجبی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9133097720</w:t>
            </w:r>
          </w:p>
        </w:tc>
        <w:tc>
          <w:tcPr>
            <w:tcW w:type="dxa" w:w="1728"/>
          </w:tcPr>
          <w:p>
            <w:r>
              <w:t>🌹 عشق ❤ کیهانی 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Montazeran_khas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910242**0*</w:t>
            </w:r>
          </w:p>
        </w:tc>
        <w:tc>
          <w:tcPr>
            <w:tcW w:type="dxa" w:w="1728"/>
          </w:tcPr>
          <w:p>
            <w:r>
              <w:t>r.pourebrahim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914*01*43*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91*0*41***</w:t>
            </w:r>
          </w:p>
        </w:tc>
        <w:tc>
          <w:tcPr>
            <w:tcW w:type="dxa" w:w="1728"/>
          </w:tcPr>
          <w:p>
            <w:r>
              <w:t>555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9399237090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دهقان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9113*17704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kavosi54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912**4*337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Alibakhshi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9124*0*70*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.D</w:t>
            </w:r>
          </w:p>
        </w:tc>
        <w:tc>
          <w:tcPr>
            <w:tcW w:type="dxa" w:w="1728"/>
          </w:tcPr>
          <w:p>
            <w:r>
              <w:t>art_hmm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91219***73</w:t>
            </w:r>
          </w:p>
        </w:tc>
        <w:tc>
          <w:tcPr>
            <w:tcW w:type="dxa" w:w="1728"/>
          </w:tcPr>
          <w:p>
            <w:r>
              <w:t>Behrad</w:t>
            </w:r>
          </w:p>
        </w:tc>
        <w:tc>
          <w:tcPr>
            <w:tcW w:type="dxa" w:w="1728"/>
          </w:tcPr>
          <w:p>
            <w:r>
              <w:t>Jalali</w:t>
            </w:r>
          </w:p>
        </w:tc>
        <w:tc>
          <w:tcPr>
            <w:tcW w:type="dxa" w:w="1728"/>
          </w:tcPr>
          <w:p>
            <w:r>
              <w:t>behradjalalii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912243**09</w:t>
            </w:r>
          </w:p>
        </w:tc>
        <w:tc>
          <w:tcPr>
            <w:tcW w:type="dxa" w:w="1728"/>
          </w:tcPr>
          <w:p>
            <w:r>
              <w:t>Shahrooz</w:t>
            </w:r>
          </w:p>
        </w:tc>
        <w:tc>
          <w:tcPr>
            <w:tcW w:type="dxa" w:w="1728"/>
          </w:tcPr>
          <w:p>
            <w:r>
              <w:t>Kishani</w:t>
            </w:r>
          </w:p>
        </w:tc>
        <w:tc>
          <w:tcPr>
            <w:tcW w:type="dxa" w:w="1728"/>
          </w:tcPr>
          <w:p>
            <w:r>
              <w:t>shahroz62kish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912*049*42</w:t>
            </w:r>
          </w:p>
        </w:tc>
        <w:tc>
          <w:tcPr>
            <w:tcW w:type="dxa" w:w="1728"/>
          </w:tcPr>
          <w:p>
            <w:r>
              <w:t>ஜhelnaஜ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914392*3*1</w:t>
            </w:r>
          </w:p>
        </w:tc>
        <w:tc>
          <w:tcPr>
            <w:tcW w:type="dxa" w:w="1728"/>
          </w:tcPr>
          <w:p>
            <w:r>
              <w:t>Virasel Ads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virasel_ads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  <w:tr>
        <w:tc>
          <w:tcPr>
            <w:tcW w:type="dxa" w:w="1728"/>
          </w:tcPr>
          <w:p>
            <w:r>
              <w:t>9139700402</w:t>
            </w:r>
          </w:p>
        </w:tc>
        <w:tc>
          <w:tcPr>
            <w:tcW w:type="dxa" w:w="1728"/>
          </w:tcPr>
          <w:p>
            <w:r>
              <w:t>طاها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کابینت کاران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کابینت کاران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