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نقشه‌برداری آپسیس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نقشه‌برداری آپسیس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913941*3**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rdezh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91344*04**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armin_s92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919337*037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Khani</w:t>
            </w:r>
          </w:p>
        </w:tc>
        <w:tc>
          <w:tcPr>
            <w:tcW w:type="dxa" w:w="1728"/>
          </w:tcPr>
          <w:p>
            <w:r>
              <w:t>Babix32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9134****79</w:t>
            </w:r>
          </w:p>
        </w:tc>
        <w:tc>
          <w:tcPr>
            <w:tcW w:type="dxa" w:w="1728"/>
          </w:tcPr>
          <w:p>
            <w:r>
              <w:t>Mafar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Mjdfrm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91777*4*0*</w:t>
            </w:r>
          </w:p>
        </w:tc>
        <w:tc>
          <w:tcPr>
            <w:tcW w:type="dxa" w:w="1728"/>
          </w:tcPr>
          <w:p>
            <w:r>
              <w:t>غلامرضا</w:t>
            </w:r>
          </w:p>
        </w:tc>
        <w:tc>
          <w:tcPr>
            <w:tcW w:type="dxa" w:w="1728"/>
          </w:tcPr>
          <w:p>
            <w:r>
              <w:t>سبزی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91*74*4730</w:t>
            </w:r>
          </w:p>
        </w:tc>
        <w:tc>
          <w:tcPr>
            <w:tcW w:type="dxa" w:w="1728"/>
          </w:tcPr>
          <w:p>
            <w:r>
              <w:t>.•♫•♬•ⓢⓐⓜ ⓢⓐⓛⓐⓡ ⓝⓞⓤⓡⓘ•♬•♫•.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Samnouri_music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93*4137***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میری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912*141*74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Norouzi</w:t>
            </w:r>
          </w:p>
        </w:tc>
        <w:tc>
          <w:tcPr>
            <w:tcW w:type="dxa" w:w="1728"/>
          </w:tcPr>
          <w:p>
            <w:r>
              <w:t>Moh1Norouzi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933*0*47*9</w:t>
            </w:r>
          </w:p>
        </w:tc>
        <w:tc>
          <w:tcPr>
            <w:tcW w:type="dxa" w:w="1728"/>
          </w:tcPr>
          <w:p>
            <w:r>
              <w:t>Zolan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Geopey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939*43***1</w:t>
            </w:r>
          </w:p>
        </w:tc>
        <w:tc>
          <w:tcPr>
            <w:tcW w:type="dxa" w:w="1728"/>
          </w:tcPr>
          <w:p>
            <w:r>
              <w:t>yasin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yasin_m1998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93***47293</w:t>
            </w:r>
          </w:p>
        </w:tc>
        <w:tc>
          <w:tcPr>
            <w:tcW w:type="dxa" w:w="1728"/>
          </w:tcPr>
          <w:p>
            <w:r>
              <w:t>Ahmadreza</w:t>
            </w:r>
          </w:p>
        </w:tc>
        <w:tc>
          <w:tcPr>
            <w:tcW w:type="dxa" w:w="1728"/>
          </w:tcPr>
          <w:p>
            <w:r>
              <w:t>Ghadimi🐾</w:t>
            </w:r>
          </w:p>
        </w:tc>
        <w:tc>
          <w:tcPr>
            <w:tcW w:type="dxa" w:w="1728"/>
          </w:tcPr>
          <w:p>
            <w:r>
              <w:t>MrReZaa1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9399479707</w:t>
            </w:r>
          </w:p>
        </w:tc>
        <w:tc>
          <w:tcPr>
            <w:tcW w:type="dxa" w:w="1728"/>
          </w:tcPr>
          <w:p>
            <w:r>
              <w:t>رضا شیخ عالی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Nnnn788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91279730*2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Amanzadeh</w:t>
            </w:r>
          </w:p>
        </w:tc>
        <w:tc>
          <w:tcPr>
            <w:tcW w:type="dxa" w:w="1728"/>
          </w:tcPr>
          <w:p>
            <w:r>
              <w:t>MiladAmanzadeh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912394721*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9141*4*0*1</w:t>
            </w:r>
          </w:p>
        </w:tc>
        <w:tc>
          <w:tcPr>
            <w:tcW w:type="dxa" w:w="1728"/>
          </w:tcPr>
          <w:p>
            <w:r>
              <w:t>Azad</w:t>
            </w:r>
          </w:p>
        </w:tc>
        <w:tc>
          <w:tcPr>
            <w:tcW w:type="dxa" w:w="1728"/>
          </w:tcPr>
          <w:p>
            <w:r>
              <w:t>Ghaderi</w:t>
            </w:r>
          </w:p>
        </w:tc>
        <w:tc>
          <w:tcPr>
            <w:tcW w:type="dxa" w:w="1728"/>
          </w:tcPr>
          <w:p>
            <w:r>
              <w:t>Azadghaderi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9122*0*119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Biglarnia</w:t>
            </w:r>
          </w:p>
        </w:tc>
        <w:tc>
          <w:tcPr>
            <w:tcW w:type="dxa" w:w="1728"/>
          </w:tcPr>
          <w:p>
            <w:r>
              <w:t>Hossein_biglarnia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93*9977434</w:t>
            </w:r>
          </w:p>
        </w:tc>
        <w:tc>
          <w:tcPr>
            <w:tcW w:type="dxa" w:w="1728"/>
          </w:tcPr>
          <w:p>
            <w:r>
              <w:t>Mozhdeh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mozhde_leather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9139*24122</w:t>
            </w:r>
          </w:p>
        </w:tc>
        <w:tc>
          <w:tcPr>
            <w:tcW w:type="dxa" w:w="1728"/>
          </w:tcPr>
          <w:p>
            <w:r>
              <w:t>𝓜𝓮𝓱𝓭𝓲 𝓩𝓪𝓶𝓪𝓷𝓲 𝓕.𝓡.𝓓</w:t>
            </w:r>
          </w:p>
        </w:tc>
        <w:tc>
          <w:tcPr>
            <w:tcW w:type="dxa" w:w="1728"/>
          </w:tcPr>
          <w:p>
            <w:r>
              <w:t>༺ مهدی زمانی ༻</w:t>
            </w:r>
          </w:p>
        </w:tc>
        <w:tc>
          <w:tcPr>
            <w:tcW w:type="dxa" w:w="1728"/>
          </w:tcPr>
          <w:p>
            <w:r>
              <w:t>zamani4122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930*22299*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mreza199574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9120214***</w:t>
            </w:r>
          </w:p>
        </w:tc>
        <w:tc>
          <w:tcPr>
            <w:tcW w:type="dxa" w:w="1728"/>
          </w:tcPr>
          <w:p>
            <w:r>
              <w:t>Donya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9902772027</w:t>
            </w:r>
          </w:p>
        </w:tc>
        <w:tc>
          <w:tcPr>
            <w:tcW w:type="dxa" w:w="1728"/>
          </w:tcPr>
          <w:p>
            <w:r>
              <w:t>Pouya🦴NTZ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pouyantz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912**41*94</w:t>
            </w:r>
          </w:p>
        </w:tc>
        <w:tc>
          <w:tcPr>
            <w:tcW w:type="dxa" w:w="1728"/>
          </w:tcPr>
          <w:p>
            <w:r>
              <w:t>said</w:t>
            </w:r>
          </w:p>
        </w:tc>
        <w:tc>
          <w:tcPr>
            <w:tcW w:type="dxa" w:w="1728"/>
          </w:tcPr>
          <w:p>
            <w:r>
              <w:t>tabatabaee</w:t>
            </w:r>
          </w:p>
        </w:tc>
        <w:tc>
          <w:tcPr>
            <w:tcW w:type="dxa" w:w="1728"/>
          </w:tcPr>
          <w:p>
            <w:r>
              <w:t>saidtabatabaee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9193*9*0*4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Mahdiahmadigha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91*0139730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Sabetian</w:t>
            </w:r>
          </w:p>
        </w:tc>
        <w:tc>
          <w:tcPr>
            <w:tcW w:type="dxa" w:w="1728"/>
          </w:tcPr>
          <w:p>
            <w:r>
              <w:t>Rezasabetian94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91***32*0*</w:t>
            </w:r>
          </w:p>
        </w:tc>
        <w:tc>
          <w:tcPr>
            <w:tcW w:type="dxa" w:w="1728"/>
          </w:tcPr>
          <w:p>
            <w:r>
              <w:t>mj</w:t>
            </w:r>
          </w:p>
        </w:tc>
        <w:tc>
          <w:tcPr>
            <w:tcW w:type="dxa" w:w="1728"/>
          </w:tcPr>
          <w:p>
            <w:r>
              <w:t>جمالی</w:t>
            </w:r>
          </w:p>
        </w:tc>
        <w:tc>
          <w:tcPr>
            <w:tcW w:type="dxa" w:w="1728"/>
          </w:tcPr>
          <w:p>
            <w:r>
              <w:t>Jamali_mh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91*70**439</w:t>
            </w:r>
          </w:p>
        </w:tc>
        <w:tc>
          <w:tcPr>
            <w:tcW w:type="dxa" w:w="1728"/>
          </w:tcPr>
          <w:p>
            <w:r>
              <w:t>ılıll|̲̅̅●̲̅̅|̲̅̅=̲̅̅|̲̅̅●̲̅̅|llılıنقش نگاران توسعه ılıll|̲̅̅●̲̅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Ah_plan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912701**03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Sabzehee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91****3**3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دلفانی</w:t>
            </w:r>
          </w:p>
        </w:tc>
        <w:tc>
          <w:tcPr>
            <w:tcW w:type="dxa" w:w="1728"/>
          </w:tcPr>
          <w:p>
            <w:r>
              <w:t>delfan60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93*9471190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Milad_Rezaei044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93734127**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heydarea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93*2997**7</w:t>
            </w:r>
          </w:p>
        </w:tc>
        <w:tc>
          <w:tcPr>
            <w:tcW w:type="dxa" w:w="1728"/>
          </w:tcPr>
          <w:p>
            <w:r>
              <w:t>🍔🍟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Davood_gh72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91**39*2*0</w:t>
            </w:r>
          </w:p>
        </w:tc>
        <w:tc>
          <w:tcPr>
            <w:tcW w:type="dxa" w:w="1728"/>
          </w:tcPr>
          <w:p>
            <w:r>
              <w:t>Gholizadeh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91*9*71002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Safari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93*7*34***</w:t>
            </w:r>
          </w:p>
        </w:tc>
        <w:tc>
          <w:tcPr>
            <w:tcW w:type="dxa" w:w="1728"/>
          </w:tcPr>
          <w:p>
            <w:r>
              <w:t>ن</w:t>
            </w:r>
          </w:p>
        </w:tc>
        <w:tc>
          <w:tcPr>
            <w:tcW w:type="dxa" w:w="1728"/>
          </w:tcPr>
          <w:p>
            <w:r>
              <w:t>ی</w:t>
            </w:r>
          </w:p>
        </w:tc>
        <w:tc>
          <w:tcPr>
            <w:tcW w:type="dxa" w:w="1728"/>
          </w:tcPr>
          <w:p>
            <w:r>
              <w:t>Peyman71azari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93*40*2423</w:t>
            </w:r>
          </w:p>
        </w:tc>
        <w:tc>
          <w:tcPr>
            <w:tcW w:type="dxa" w:w="1728"/>
          </w:tcPr>
          <w:p>
            <w:r>
              <w:t>Parissa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912**402*2</w:t>
            </w:r>
          </w:p>
        </w:tc>
        <w:tc>
          <w:tcPr>
            <w:tcW w:type="dxa" w:w="1728"/>
          </w:tcPr>
          <w:p>
            <w:r>
              <w:t>S.Ali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Persia_taleghan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912*34*3*7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Jebraeeli</w:t>
            </w:r>
          </w:p>
        </w:tc>
        <w:tc>
          <w:tcPr>
            <w:tcW w:type="dxa" w:w="1728"/>
          </w:tcPr>
          <w:p>
            <w:r>
              <w:t>vahidjebraeeli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9123*710*0</w:t>
            </w:r>
          </w:p>
        </w:tc>
        <w:tc>
          <w:tcPr>
            <w:tcW w:type="dxa" w:w="1728"/>
          </w:tcPr>
          <w:p>
            <w:r>
              <w:t>محمدعلی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scorpion1860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937120*493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91*1234*2*</w:t>
            </w:r>
          </w:p>
        </w:tc>
        <w:tc>
          <w:tcPr>
            <w:tcW w:type="dxa" w:w="1728"/>
          </w:tcPr>
          <w:p>
            <w:r>
              <w:t>B.N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TefFrench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9370137313</w:t>
            </w:r>
          </w:p>
        </w:tc>
        <w:tc>
          <w:tcPr>
            <w:tcW w:type="dxa" w:w="1728"/>
          </w:tcPr>
          <w:p>
            <w:r>
              <w:t>kiasat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zhekafkiasat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91737**313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912327*344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Vahdani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9113112341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Samyar95531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93*0147*93</w:t>
            </w:r>
          </w:p>
        </w:tc>
        <w:tc>
          <w:tcPr>
            <w:tcW w:type="dxa" w:w="1728"/>
          </w:tcPr>
          <w:p>
            <w:r>
              <w:t>AYDIN</w:t>
            </w:r>
          </w:p>
        </w:tc>
        <w:tc>
          <w:tcPr>
            <w:tcW w:type="dxa" w:w="1728"/>
          </w:tcPr>
          <w:p>
            <w:r>
              <w:t>CIVIL-IR7693</w:t>
            </w:r>
          </w:p>
        </w:tc>
        <w:tc>
          <w:tcPr>
            <w:tcW w:type="dxa" w:w="1728"/>
          </w:tcPr>
          <w:p>
            <w:r>
              <w:t>AYDINcIVILir7693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912443**3*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>
              <w:t>چشمی</w:t>
            </w:r>
          </w:p>
        </w:tc>
        <w:tc>
          <w:tcPr>
            <w:tcW w:type="dxa" w:w="1728"/>
          </w:tcPr>
          <w:p>
            <w:r>
              <w:t>Mohammadreza_ch2024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91*2*19337</w:t>
            </w:r>
          </w:p>
        </w:tc>
        <w:tc>
          <w:tcPr>
            <w:tcW w:type="dxa" w:w="1728"/>
          </w:tcPr>
          <w:p>
            <w:r>
              <w:t>Ho3ein</w:t>
            </w:r>
          </w:p>
        </w:tc>
        <w:tc>
          <w:tcPr>
            <w:tcW w:type="dxa" w:w="1728"/>
          </w:tcPr>
          <w:p>
            <w:r>
              <w:t>Sh7</w:t>
            </w:r>
          </w:p>
        </w:tc>
        <w:tc>
          <w:tcPr>
            <w:tcW w:type="dxa" w:w="1728"/>
          </w:tcPr>
          <w:p>
            <w:r>
              <w:t>Ho3einsharafi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91393*9744</w:t>
            </w:r>
          </w:p>
        </w:tc>
        <w:tc>
          <w:tcPr>
            <w:tcW w:type="dxa" w:w="1728"/>
          </w:tcPr>
          <w:p>
            <w:r>
              <w:t>Sima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simash1368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93**1*9*4*</w:t>
            </w:r>
          </w:p>
        </w:tc>
        <w:tc>
          <w:tcPr>
            <w:tcW w:type="dxa" w:w="1728"/>
          </w:tcPr>
          <w:p>
            <w:r>
              <w:t>عباس رسولپور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Shahrdarigivi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9127*99**9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Asadi</w:t>
            </w:r>
          </w:p>
        </w:tc>
        <w:tc>
          <w:tcPr>
            <w:tcW w:type="dxa" w:w="1728"/>
          </w:tcPr>
          <w:p>
            <w:r>
              <w:t>Majidasadi385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9394999109</w:t>
            </w:r>
          </w:p>
        </w:tc>
        <w:tc>
          <w:tcPr>
            <w:tcW w:type="dxa" w:w="1728"/>
          </w:tcPr>
          <w:p>
            <w:r>
              <w:t>M@P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917**3903*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Navidgooei</w:t>
            </w:r>
          </w:p>
        </w:tc>
        <w:tc>
          <w:tcPr>
            <w:tcW w:type="dxa" w:w="1728"/>
          </w:tcPr>
          <w:p>
            <w:r>
              <w:t>Alivid87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911**9*270</w:t>
            </w:r>
          </w:p>
        </w:tc>
        <w:tc>
          <w:tcPr>
            <w:tcW w:type="dxa" w:w="1728"/>
          </w:tcPr>
          <w:p>
            <w:r>
              <w:t>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sixwanteda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93*134249*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913*2437*4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Hamid3754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912*03*20*</w:t>
            </w:r>
          </w:p>
        </w:tc>
        <w:tc>
          <w:tcPr>
            <w:tcW w:type="dxa" w:w="1728"/>
          </w:tcPr>
          <w:p>
            <w:r>
              <w:t>مرتضی</w:t>
            </w:r>
          </w:p>
        </w:tc>
        <w:tc>
          <w:tcPr>
            <w:tcW w:type="dxa" w:w="1728"/>
          </w:tcPr>
          <w:p>
            <w:r>
              <w:t>شاهسوند</w:t>
            </w:r>
          </w:p>
        </w:tc>
        <w:tc>
          <w:tcPr>
            <w:tcW w:type="dxa" w:w="1728"/>
          </w:tcPr>
          <w:p>
            <w:r>
              <w:t>morteza1394arsham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933100**39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911*797339</w:t>
            </w:r>
          </w:p>
        </w:tc>
        <w:tc>
          <w:tcPr>
            <w:tcW w:type="dxa" w:w="1728"/>
          </w:tcPr>
          <w:p>
            <w:r>
              <w:t>Bita</w:t>
            </w:r>
          </w:p>
        </w:tc>
        <w:tc>
          <w:tcPr>
            <w:tcW w:type="dxa" w:w="1728"/>
          </w:tcPr>
          <w:p>
            <w:r>
              <w:t>Da</w:t>
            </w:r>
          </w:p>
        </w:tc>
        <w:tc>
          <w:tcPr>
            <w:tcW w:type="dxa" w:w="1728"/>
          </w:tcPr>
          <w:p>
            <w:r>
              <w:t>Bita710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93***00*94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vh_nss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91243*292*</w:t>
            </w:r>
          </w:p>
        </w:tc>
        <w:tc>
          <w:tcPr>
            <w:tcW w:type="dxa" w:w="1728"/>
          </w:tcPr>
          <w:p>
            <w:r>
              <w:t>Amir hossein</w:t>
            </w:r>
          </w:p>
        </w:tc>
        <w:tc>
          <w:tcPr>
            <w:tcW w:type="dxa" w:w="1728"/>
          </w:tcPr>
          <w:p>
            <w:r>
              <w:t>Shakeri</w:t>
            </w:r>
          </w:p>
        </w:tc>
        <w:tc>
          <w:tcPr>
            <w:tcW w:type="dxa" w:w="1728"/>
          </w:tcPr>
          <w:p>
            <w:r>
              <w:t>Amirshakeri1218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939**70344</w:t>
            </w:r>
          </w:p>
        </w:tc>
        <w:tc>
          <w:tcPr>
            <w:tcW w:type="dxa" w:w="1728"/>
          </w:tcPr>
          <w:p>
            <w:r>
              <w:t>.12o07vgfd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914*10*2*7</w:t>
            </w:r>
          </w:p>
        </w:tc>
        <w:tc>
          <w:tcPr>
            <w:tcW w:type="dxa" w:w="1728"/>
          </w:tcPr>
          <w:p>
            <w:r>
              <w:t>Surveying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91*00*949*</w:t>
            </w:r>
          </w:p>
        </w:tc>
        <w:tc>
          <w:tcPr>
            <w:tcW w:type="dxa" w:w="1728"/>
          </w:tcPr>
          <w:p>
            <w:r>
              <w:t>Salman</w:t>
            </w:r>
          </w:p>
        </w:tc>
        <w:tc>
          <w:tcPr>
            <w:tcW w:type="dxa" w:w="1728"/>
          </w:tcPr>
          <w:p>
            <w:r>
              <w:t>Heydari</w:t>
            </w:r>
          </w:p>
        </w:tc>
        <w:tc>
          <w:tcPr>
            <w:tcW w:type="dxa" w:w="1728"/>
          </w:tcPr>
          <w:p>
            <w:r>
              <w:t>Ssalman_HH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91*31*04*0</w:t>
            </w:r>
          </w:p>
        </w:tc>
        <w:tc>
          <w:tcPr>
            <w:tcW w:type="dxa" w:w="1728"/>
          </w:tcPr>
          <w:p>
            <w:r>
              <w:t>هادی ابوطالبی</w:t>
            </w:r>
          </w:p>
        </w:tc>
        <w:tc>
          <w:tcPr>
            <w:tcW w:type="dxa" w:w="1728"/>
          </w:tcPr>
          <w:p>
            <w:r>
              <w:t>🇮🇷</w:t>
            </w:r>
          </w:p>
        </w:tc>
        <w:tc>
          <w:tcPr>
            <w:tcW w:type="dxa" w:w="1728"/>
          </w:tcPr>
          <w:p>
            <w:r>
              <w:t>Hadi_Aboutalebi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9379499724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mooo1234321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91*3433491</w:t>
            </w:r>
          </w:p>
        </w:tc>
        <w:tc>
          <w:tcPr>
            <w:tcW w:type="dxa" w:w="1728"/>
          </w:tcPr>
          <w:p>
            <w:r>
              <w:t>همراه اول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Omranalvar2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93*2**12*2</w:t>
            </w:r>
          </w:p>
        </w:tc>
        <w:tc>
          <w:tcPr>
            <w:tcW w:type="dxa" w:w="1728"/>
          </w:tcPr>
          <w:p>
            <w:r>
              <w:t>mohamad 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939*104*30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Rezvani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93*7*40*74</w:t>
            </w:r>
          </w:p>
        </w:tc>
        <w:tc>
          <w:tcPr>
            <w:tcW w:type="dxa" w:w="1728"/>
          </w:tcPr>
          <w:p>
            <w:r>
              <w:t>M.R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9111*3*30*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91231*33**</w:t>
            </w:r>
          </w:p>
        </w:tc>
        <w:tc>
          <w:tcPr>
            <w:tcW w:type="dxa" w:w="1728"/>
          </w:tcPr>
          <w:p>
            <w:r>
              <w:t>kiarash</w:t>
            </w:r>
          </w:p>
        </w:tc>
        <w:tc>
          <w:tcPr>
            <w:tcW w:type="dxa" w:w="1728"/>
          </w:tcPr>
          <w:p>
            <w:r>
              <w:t>ghavidel</w:t>
            </w:r>
          </w:p>
        </w:tc>
        <w:tc>
          <w:tcPr>
            <w:tcW w:type="dxa" w:w="1728"/>
          </w:tcPr>
          <w:p>
            <w:r>
              <w:t>kiarash_ghavidel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91*3*39040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Jahangiri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90**094701</w:t>
            </w:r>
          </w:p>
        </w:tc>
        <w:tc>
          <w:tcPr>
            <w:tcW w:type="dxa" w:w="1728"/>
          </w:tcPr>
          <w:p>
            <w:r>
              <w:t>Mohammad Ali</w:t>
            </w:r>
          </w:p>
        </w:tc>
        <w:tc>
          <w:tcPr>
            <w:tcW w:type="dxa" w:w="1728"/>
          </w:tcPr>
          <w:p>
            <w:r>
              <w:t>Hossein zade</w:t>
            </w:r>
          </w:p>
        </w:tc>
        <w:tc>
          <w:tcPr>
            <w:tcW w:type="dxa" w:w="1728"/>
          </w:tcPr>
          <w:p>
            <w:r>
              <w:t>Hossein_zade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93*7724323</w:t>
            </w:r>
          </w:p>
        </w:tc>
        <w:tc>
          <w:tcPr>
            <w:tcW w:type="dxa" w:w="1728"/>
          </w:tcPr>
          <w:p>
            <w:r>
              <w:t>Pooyan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pooyan_lgh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93*3*22772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ESPc1369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930*3*147*</w:t>
            </w:r>
          </w:p>
        </w:tc>
        <w:tc>
          <w:tcPr>
            <w:tcW w:type="dxa" w:w="1728"/>
          </w:tcPr>
          <w:p>
            <w:r>
              <w:t>Λ௱ɪ尺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amir79kz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912**7**70</w:t>
            </w:r>
          </w:p>
        </w:tc>
        <w:tc>
          <w:tcPr>
            <w:tcW w:type="dxa" w:w="1728"/>
          </w:tcPr>
          <w:p>
            <w:r>
              <w:t>Shahab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Shahabparsii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91232*204*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Raeesi</w:t>
            </w:r>
          </w:p>
        </w:tc>
        <w:tc>
          <w:tcPr>
            <w:tcW w:type="dxa" w:w="1728"/>
          </w:tcPr>
          <w:p>
            <w:r>
              <w:t>Raeesi60</w:t>
            </w:r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91434**794</w:t>
            </w:r>
          </w:p>
        </w:tc>
        <w:tc>
          <w:tcPr>
            <w:tcW w:type="dxa" w:w="1728"/>
          </w:tcPr>
          <w:p>
            <w:r>
              <w:t>Hashemi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  <w:tr>
        <w:tc>
          <w:tcPr>
            <w:tcW w:type="dxa" w:w="1728"/>
          </w:tcPr>
          <w:p>
            <w:r>
              <w:t>922*0*2443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نقشه‌برداری آپسیس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نقشه‌برداری آپسیس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