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میکروتیک استاد مقدم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میکروتیک استاد مقدم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9143199327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Masoumi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93739379*9</w:t>
            </w:r>
          </w:p>
        </w:tc>
        <w:tc>
          <w:tcPr>
            <w:tcW w:type="dxa" w:w="1728"/>
          </w:tcPr>
          <w:p>
            <w:r>
              <w:t>Pe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pedramparsi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922149*9*3</w:t>
            </w:r>
          </w:p>
        </w:tc>
        <w:tc>
          <w:tcPr>
            <w:tcW w:type="dxa" w:w="1728"/>
          </w:tcPr>
          <w:p>
            <w:r>
              <w:t>Mhd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vhnmsi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93*939**20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Taghikhani</w:t>
            </w:r>
          </w:p>
        </w:tc>
        <w:tc>
          <w:tcPr>
            <w:tcW w:type="dxa" w:w="1728"/>
          </w:tcPr>
          <w:p>
            <w:r>
              <w:t>Amin_Reigns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9139307043</w:t>
            </w:r>
          </w:p>
        </w:tc>
        <w:tc>
          <w:tcPr>
            <w:tcW w:type="dxa" w:w="1728"/>
          </w:tcPr>
          <w:p>
            <w:r>
              <w:t>Mahdieh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91*333*02*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Askari</w:t>
            </w:r>
          </w:p>
        </w:tc>
        <w:tc>
          <w:tcPr>
            <w:tcW w:type="dxa" w:w="1728"/>
          </w:tcPr>
          <w:p>
            <w:r>
              <w:t>Hasan_Askari1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91*90*1*1*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VhMoradi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9133**07**</w:t>
            </w:r>
          </w:p>
        </w:tc>
        <w:tc>
          <w:tcPr>
            <w:tcW w:type="dxa" w:w="1728"/>
          </w:tcPr>
          <w:p>
            <w:r>
              <w:t>Sa</w:t>
            </w:r>
          </w:p>
        </w:tc>
        <w:tc>
          <w:tcPr>
            <w:tcW w:type="dxa" w:w="1728"/>
          </w:tcPr>
          <w:p>
            <w:r>
              <w:t>Eb</w:t>
            </w:r>
          </w:p>
        </w:tc>
        <w:tc>
          <w:tcPr>
            <w:tcW w:type="dxa" w:w="1728"/>
          </w:tcPr>
          <w:p>
            <w:r>
              <w:t>Saeb_keshavarz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93*22*04*0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Asadian Pakfar</w:t>
            </w:r>
          </w:p>
        </w:tc>
        <w:tc>
          <w:tcPr>
            <w:tcW w:type="dxa" w:w="1728"/>
          </w:tcPr>
          <w:p>
            <w:r>
              <w:t>Pacfar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93*4*207*4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>
              <w:t>Soleimani</w:t>
            </w:r>
          </w:p>
        </w:tc>
        <w:tc>
          <w:tcPr>
            <w:tcW w:type="dxa" w:w="1728"/>
          </w:tcPr>
          <w:p>
            <w:r>
              <w:t>Sinasoleimanim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9123*33*1*</w:t>
            </w:r>
          </w:p>
        </w:tc>
        <w:tc>
          <w:tcPr>
            <w:tcW w:type="dxa" w:w="1728"/>
          </w:tcPr>
          <w:p>
            <w:r>
              <w:t>Sasan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Saasaan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91944920**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Ghaffarpour</w:t>
            </w:r>
          </w:p>
        </w:tc>
        <w:tc>
          <w:tcPr>
            <w:tcW w:type="dxa" w:w="1728"/>
          </w:tcPr>
          <w:p>
            <w:r>
              <w:t>ipvoipiran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93*7739713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Mostafaho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912**20*97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911*000**0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Izadyar</w:t>
            </w:r>
          </w:p>
        </w:tc>
        <w:tc>
          <w:tcPr>
            <w:tcW w:type="dxa" w:w="1728"/>
          </w:tcPr>
          <w:p>
            <w:r>
              <w:t>izadyar1982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91***341**</w:t>
            </w:r>
          </w:p>
        </w:tc>
        <w:tc>
          <w:tcPr>
            <w:tcW w:type="dxa" w:w="1728"/>
          </w:tcPr>
          <w:p>
            <w:r>
              <w:t>𝐏𝐨𝐮𝐲𝐚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Mrnoboddy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9372497299</w:t>
            </w:r>
          </w:p>
        </w:tc>
        <w:tc>
          <w:tcPr>
            <w:tcW w:type="dxa" w:w="1728"/>
          </w:tcPr>
          <w:p>
            <w:r>
              <w:t>Amyar_Net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Amyar_Net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93****2244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9307370*0*</w:t>
            </w:r>
          </w:p>
        </w:tc>
        <w:tc>
          <w:tcPr>
            <w:tcW w:type="dxa" w:w="1728"/>
          </w:tcPr>
          <w:p>
            <w:r>
              <w:t>Arad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Arad2022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91*3201740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Saeedeslami20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9123*41*20</w:t>
            </w:r>
          </w:p>
        </w:tc>
        <w:tc>
          <w:tcPr>
            <w:tcW w:type="dxa" w:w="1728"/>
          </w:tcPr>
          <w:p>
            <w:r>
              <w:t>¿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>
              <w:t>Mehdibolookat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93**04**4*</w:t>
            </w:r>
          </w:p>
        </w:tc>
        <w:tc>
          <w:tcPr>
            <w:tcW w:type="dxa" w:w="1728"/>
          </w:tcPr>
          <w:p>
            <w:r>
              <w:t>LevelUp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Lalaoloooo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911*1*001*</w:t>
            </w:r>
          </w:p>
        </w:tc>
        <w:tc>
          <w:tcPr>
            <w:tcW w:type="dxa" w:w="1728"/>
          </w:tcPr>
          <w:p>
            <w:r>
              <w:t>Saeid 818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saeid_818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92237****1</w:t>
            </w:r>
          </w:p>
        </w:tc>
        <w:tc>
          <w:tcPr>
            <w:tcW w:type="dxa" w:w="1728"/>
          </w:tcPr>
          <w:p>
            <w:r>
              <w:t>AcoCom IT Services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Acocomm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913099*2*7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Amirali8257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9122099*72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EhsanLatifi1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91*7**0**2</w:t>
            </w:r>
          </w:p>
        </w:tc>
        <w:tc>
          <w:tcPr>
            <w:tcW w:type="dxa" w:w="1728"/>
          </w:tcPr>
          <w:p>
            <w:r>
              <w:t>Mashadlan.com</w:t>
            </w:r>
          </w:p>
        </w:tc>
        <w:tc>
          <w:tcPr>
            <w:tcW w:type="dxa" w:w="1728"/>
          </w:tcPr>
          <w:p>
            <w:r>
              <w:t>(Jafari)</w:t>
            </w:r>
          </w:p>
        </w:tc>
        <w:tc>
          <w:tcPr>
            <w:tcW w:type="dxa" w:w="1728"/>
          </w:tcPr>
          <w:p>
            <w:r>
              <w:t>Novinlan_Accounting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93*41*44*2</w:t>
            </w:r>
          </w:p>
        </w:tc>
        <w:tc>
          <w:tcPr>
            <w:tcW w:type="dxa" w:w="1728"/>
          </w:tcPr>
          <w:p>
            <w:r>
              <w:t>Sasan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sasanme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91**1**2*7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۰</w:t>
            </w:r>
          </w:p>
        </w:tc>
        <w:tc>
          <w:tcPr>
            <w:tcW w:type="dxa" w:w="1728"/>
          </w:tcPr>
          <w:p>
            <w:r>
              <w:t>computer_manager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9170**03*2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Masasdda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93*9290*0*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rezarf21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93*4*10*1*</w:t>
            </w:r>
          </w:p>
        </w:tc>
        <w:tc>
          <w:tcPr>
            <w:tcW w:type="dxa" w:w="1728"/>
          </w:tcPr>
          <w:p>
            <w:r>
              <w:t>Titi</w:t>
            </w:r>
          </w:p>
        </w:tc>
        <w:tc>
          <w:tcPr>
            <w:tcW w:type="dxa" w:w="1728"/>
          </w:tcPr>
          <w:p>
            <w:r>
              <w:t>Arf</w:t>
            </w:r>
          </w:p>
        </w:tc>
        <w:tc>
          <w:tcPr>
            <w:tcW w:type="dxa" w:w="1728"/>
          </w:tcPr>
          <w:p>
            <w:r>
              <w:t>Titi_Ashrafi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99039**7*1</w:t>
            </w:r>
          </w:p>
        </w:tc>
        <w:tc>
          <w:tcPr>
            <w:tcW w:type="dxa" w:w="1728"/>
          </w:tcPr>
          <w:p>
            <w:r>
              <w:t>نت تک</w:t>
            </w:r>
          </w:p>
        </w:tc>
        <w:tc>
          <w:tcPr>
            <w:tcW w:type="dxa" w:w="1728"/>
          </w:tcPr>
          <w:p>
            <w:r>
              <w:t>09903988751(نت تک)</w:t>
            </w:r>
          </w:p>
        </w:tc>
        <w:tc>
          <w:tcPr>
            <w:tcW w:type="dxa" w:w="1728"/>
          </w:tcPr>
          <w:p>
            <w:r>
              <w:t>rabiei_nettechsup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9179*9034*</w:t>
            </w:r>
          </w:p>
        </w:tc>
        <w:tc>
          <w:tcPr>
            <w:tcW w:type="dxa" w:w="1728"/>
          </w:tcPr>
          <w:p>
            <w:r>
              <w:t>سکوت!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hossien0096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912**92271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>
              <w:t>Tabaran</w:t>
            </w:r>
          </w:p>
        </w:tc>
        <w:tc>
          <w:tcPr>
            <w:tcW w:type="dxa" w:w="1728"/>
          </w:tcPr>
          <w:p>
            <w:r>
              <w:t>AzadTabaran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93*992*010</w:t>
            </w:r>
          </w:p>
        </w:tc>
        <w:tc>
          <w:tcPr>
            <w:tcW w:type="dxa" w:w="1728"/>
          </w:tcPr>
          <w:p>
            <w:r>
              <w:t>Farzin</w:t>
            </w:r>
          </w:p>
        </w:tc>
        <w:tc>
          <w:tcPr>
            <w:tcW w:type="dxa" w:w="1728"/>
          </w:tcPr>
          <w:p>
            <w:r>
              <w:t>Booyeh</w:t>
            </w:r>
          </w:p>
        </w:tc>
        <w:tc>
          <w:tcPr>
            <w:tcW w:type="dxa" w:w="1728"/>
          </w:tcPr>
          <w:p>
            <w:r>
              <w:t>FarzinBooyeh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912*2743*3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ErfanKafaei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9120*994**</w:t>
            </w:r>
          </w:p>
        </w:tc>
        <w:tc>
          <w:tcPr>
            <w:tcW w:type="dxa" w:w="1728"/>
          </w:tcPr>
          <w:p>
            <w:r>
              <w:t>Alr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91373*2*74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Karbasi</w:t>
            </w:r>
          </w:p>
        </w:tc>
        <w:tc>
          <w:tcPr>
            <w:tcW w:type="dxa" w:w="1728"/>
          </w:tcPr>
          <w:p>
            <w:r>
              <w:t>Amirhosseinkarbasi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93*7130407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babakhajian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91***9709*</w:t>
            </w:r>
          </w:p>
        </w:tc>
        <w:tc>
          <w:tcPr>
            <w:tcW w:type="dxa" w:w="1728"/>
          </w:tcPr>
          <w:p>
            <w:r>
              <w:t>Shabnam</w:t>
            </w:r>
          </w:p>
        </w:tc>
        <w:tc>
          <w:tcPr>
            <w:tcW w:type="dxa" w:w="1728"/>
          </w:tcPr>
          <w:p>
            <w:r>
              <w:t>Afshari</w:t>
            </w:r>
          </w:p>
        </w:tc>
        <w:tc>
          <w:tcPr>
            <w:tcW w:type="dxa" w:w="1728"/>
          </w:tcPr>
          <w:p>
            <w:r>
              <w:t>afshari_network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937**27097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Keramati</w:t>
            </w:r>
          </w:p>
        </w:tc>
        <w:tc>
          <w:tcPr>
            <w:tcW w:type="dxa" w:w="1728"/>
          </w:tcPr>
          <w:p>
            <w:r>
              <w:t>Mhd_keramati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91324*1***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Khodabakhsh</w:t>
            </w:r>
          </w:p>
        </w:tc>
        <w:tc>
          <w:tcPr>
            <w:tcW w:type="dxa" w:w="1728"/>
          </w:tcPr>
          <w:p>
            <w:r>
              <w:t>kerberos2023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93**11*40*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macipit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933*391719</w:t>
            </w:r>
          </w:p>
        </w:tc>
        <w:tc>
          <w:tcPr>
            <w:tcW w:type="dxa" w:w="1728"/>
          </w:tcPr>
          <w:p>
            <w:r>
              <w:t>Mahmood</w:t>
            </w:r>
          </w:p>
        </w:tc>
        <w:tc>
          <w:tcPr>
            <w:tcW w:type="dxa" w:w="1728"/>
          </w:tcPr>
          <w:p>
            <w:r>
              <w:t>Espandar</w:t>
            </w:r>
          </w:p>
        </w:tc>
        <w:tc>
          <w:tcPr>
            <w:tcW w:type="dxa" w:w="1728"/>
          </w:tcPr>
          <w:p>
            <w:r>
              <w:t>mahmoodespandar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91294*0320</w:t>
            </w:r>
          </w:p>
        </w:tc>
        <w:tc>
          <w:tcPr>
            <w:tcW w:type="dxa" w:w="1728"/>
          </w:tcPr>
          <w:p>
            <w:r>
              <w:t>Samrand</w:t>
            </w:r>
          </w:p>
        </w:tc>
        <w:tc>
          <w:tcPr>
            <w:tcW w:type="dxa" w:w="1728"/>
          </w:tcPr>
          <w:p>
            <w:r>
              <w:t>Dabbaghchi</w:t>
            </w:r>
          </w:p>
        </w:tc>
        <w:tc>
          <w:tcPr>
            <w:tcW w:type="dxa" w:w="1728"/>
          </w:tcPr>
          <w:p>
            <w:r>
              <w:t>Samrand_dabbaghchi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93*3714*72</w:t>
            </w:r>
          </w:p>
        </w:tc>
        <w:tc>
          <w:tcPr>
            <w:tcW w:type="dxa" w:w="1728"/>
          </w:tcPr>
          <w:p>
            <w:r>
              <w:t>Ālireża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SecuritK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93*334*711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>
              <w:t>Abdolahi</w:t>
            </w:r>
          </w:p>
        </w:tc>
        <w:tc>
          <w:tcPr>
            <w:tcW w:type="dxa" w:w="1728"/>
          </w:tcPr>
          <w:p>
            <w:r>
              <w:t>Behnam_abdl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9212*43*91</w:t>
            </w:r>
          </w:p>
        </w:tc>
        <w:tc>
          <w:tcPr>
            <w:tcW w:type="dxa" w:w="1728"/>
          </w:tcPr>
          <w:p>
            <w:r>
              <w:t>AM3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Cyber_Thrones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9193*91*20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93*4**9277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Tromideh</w:t>
            </w:r>
          </w:p>
        </w:tc>
        <w:tc>
          <w:tcPr>
            <w:tcW w:type="dxa" w:w="1728"/>
          </w:tcPr>
          <w:p>
            <w:r>
              <w:t>Tromideh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9392392*42</w:t>
            </w:r>
          </w:p>
        </w:tc>
        <w:tc>
          <w:tcPr>
            <w:tcW w:type="dxa" w:w="1728"/>
          </w:tcPr>
          <w:p>
            <w:r>
              <w:t>GKaveH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GKaveH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91*2*1*4**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Hasanbeigi</w:t>
            </w:r>
          </w:p>
        </w:tc>
        <w:tc>
          <w:tcPr>
            <w:tcW w:type="dxa" w:w="1728"/>
          </w:tcPr>
          <w:p>
            <w:r>
              <w:t>Ehsanhasanbeigi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91334**2**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Taj</w:t>
            </w:r>
          </w:p>
        </w:tc>
        <w:tc>
          <w:tcPr>
            <w:tcW w:type="dxa" w:w="1728"/>
          </w:tcPr>
          <w:p>
            <w:r>
              <w:t>H_taj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93**4*2**1</w:t>
            </w:r>
          </w:p>
        </w:tc>
        <w:tc>
          <w:tcPr>
            <w:tcW w:type="dxa" w:w="1728"/>
          </w:tcPr>
          <w:p>
            <w:r>
              <w:t>BiGBanG</w:t>
            </w:r>
          </w:p>
        </w:tc>
        <w:tc>
          <w:tcPr>
            <w:tcW w:type="dxa" w:w="1728"/>
          </w:tcPr>
          <w:p>
            <w:r>
              <w:t>POWER</w:t>
            </w:r>
          </w:p>
        </w:tc>
        <w:tc>
          <w:tcPr>
            <w:tcW w:type="dxa" w:w="1728"/>
          </w:tcPr>
          <w:p>
            <w:r>
              <w:t>HWBiGBanG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91917337**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HiADM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9120*3*139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sajad_biyabannavard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911991*111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Asterisk2020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93***32799</w:t>
            </w:r>
          </w:p>
        </w:tc>
        <w:tc>
          <w:tcPr>
            <w:tcW w:type="dxa" w:w="1728"/>
          </w:tcPr>
          <w:p>
            <w:r>
              <w:t>Rasoul</w:t>
            </w:r>
          </w:p>
        </w:tc>
        <w:tc>
          <w:tcPr>
            <w:tcW w:type="dxa" w:w="1728"/>
          </w:tcPr>
          <w:p>
            <w:r>
              <w:t>Ahmadzadeh</w:t>
            </w:r>
          </w:p>
        </w:tc>
        <w:tc>
          <w:tcPr>
            <w:tcW w:type="dxa" w:w="1728"/>
          </w:tcPr>
          <w:p>
            <w:r>
              <w:t>INECCTV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91244340**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morfinder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91***0*130</w:t>
            </w:r>
          </w:p>
        </w:tc>
        <w:tc>
          <w:tcPr>
            <w:tcW w:type="dxa" w:w="1728"/>
          </w:tcPr>
          <w:p>
            <w:r>
              <w:t>younes 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nouricccc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9132*222**</w:t>
            </w:r>
          </w:p>
        </w:tc>
        <w:tc>
          <w:tcPr>
            <w:tcW w:type="dxa" w:w="1728"/>
          </w:tcPr>
          <w:p>
            <w:r>
              <w:t>HR</w:t>
            </w:r>
          </w:p>
        </w:tc>
        <w:tc>
          <w:tcPr>
            <w:tcW w:type="dxa" w:w="1728"/>
          </w:tcPr>
          <w:p>
            <w:r>
              <w:t>Mirjalili</w:t>
            </w:r>
          </w:p>
        </w:tc>
        <w:tc>
          <w:tcPr>
            <w:tcW w:type="dxa" w:w="1728"/>
          </w:tcPr>
          <w:p>
            <w:r>
              <w:t>Hrmirjalili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93717*099*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91277***29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Hajian</w:t>
            </w:r>
          </w:p>
        </w:tc>
        <w:tc>
          <w:tcPr>
            <w:tcW w:type="dxa" w:w="1728"/>
          </w:tcPr>
          <w:p>
            <w:r>
              <w:t>babakhajianbahmani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9392***9**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Sadriniaa</w:t>
            </w:r>
          </w:p>
        </w:tc>
        <w:tc>
          <w:tcPr>
            <w:tcW w:type="dxa" w:w="1728"/>
          </w:tcPr>
          <w:p>
            <w:r>
              <w:t>reza_sadrinia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91233032**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mostafa_oghabi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9121223737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Ghahraman</w:t>
            </w:r>
          </w:p>
        </w:tc>
        <w:tc>
          <w:tcPr>
            <w:tcW w:type="dxa" w:w="1728"/>
          </w:tcPr>
          <w:p>
            <w:r>
              <w:t>hamid_ghahraman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912**703**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zgbabak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910*3**403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yazdani</w:t>
            </w:r>
          </w:p>
        </w:tc>
        <w:tc>
          <w:tcPr>
            <w:tcW w:type="dxa" w:w="1728"/>
          </w:tcPr>
          <w:p>
            <w:r>
              <w:t>sajjad_net323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93*477**1*</w:t>
            </w:r>
          </w:p>
        </w:tc>
        <w:tc>
          <w:tcPr>
            <w:tcW w:type="dxa" w:w="1728"/>
          </w:tcPr>
          <w:p>
            <w:r>
              <w:t>Tehrani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93**972014</w:t>
            </w:r>
          </w:p>
        </w:tc>
        <w:tc>
          <w:tcPr>
            <w:tcW w:type="dxa" w:w="1728"/>
          </w:tcPr>
          <w:p>
            <w:r>
              <w:t>hich</w:t>
            </w:r>
          </w:p>
        </w:tc>
        <w:tc>
          <w:tcPr>
            <w:tcW w:type="dxa" w:w="1728"/>
          </w:tcPr>
          <w:p>
            <w:r>
              <w:t>Men</w:t>
            </w:r>
          </w:p>
        </w:tc>
        <w:tc>
          <w:tcPr>
            <w:tcW w:type="dxa" w:w="1728"/>
          </w:tcPr>
          <w:p>
            <w:r>
              <w:t>AryazAsnaAmin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93*0**212*</w:t>
            </w:r>
          </w:p>
        </w:tc>
        <w:tc>
          <w:tcPr>
            <w:tcW w:type="dxa" w:w="1728"/>
          </w:tcPr>
          <w:p>
            <w:r>
              <w:t>Amirhossein $PRETON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AriaDeveloper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9120**0*47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>
              <w:t>saeedjafari93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937*290101</w:t>
            </w:r>
          </w:p>
        </w:tc>
        <w:tc>
          <w:tcPr>
            <w:tcW w:type="dxa" w:w="1728"/>
          </w:tcPr>
          <w:p>
            <w:r>
              <w:t>Ali.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Ali_majd68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9123997991</w:t>
            </w:r>
          </w:p>
        </w:tc>
        <w:tc>
          <w:tcPr>
            <w:tcW w:type="dxa" w:w="1728"/>
          </w:tcPr>
          <w:p>
            <w:r>
              <w:t>Kasra-Ap</w:t>
            </w:r>
          </w:p>
        </w:tc>
        <w:tc>
          <w:tcPr>
            <w:tcW w:type="dxa" w:w="1728"/>
          </w:tcPr>
          <w:p>
            <w:r>
              <w:t>71</w:t>
            </w:r>
          </w:p>
        </w:tc>
        <w:tc>
          <w:tcPr>
            <w:tcW w:type="dxa" w:w="1728"/>
          </w:tcPr>
          <w:p>
            <w:r>
              <w:t>kasraAp71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93*1247*1*</w:t>
            </w:r>
          </w:p>
        </w:tc>
        <w:tc>
          <w:tcPr>
            <w:tcW w:type="dxa" w:w="1728"/>
          </w:tcPr>
          <w:p>
            <w:r>
              <w:t>Mouna Atighi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912394*439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Ab</w:t>
            </w:r>
          </w:p>
        </w:tc>
        <w:tc>
          <w:tcPr>
            <w:tcW w:type="dxa" w:w="1728"/>
          </w:tcPr>
          <w:p>
            <w:r>
              <w:t>ehsanabdoli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912477*0**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Mastaba70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99*10*7714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AlirezaR0S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  <w:tr>
        <w:tc>
          <w:tcPr>
            <w:tcW w:type="dxa" w:w="1728"/>
          </w:tcPr>
          <w:p>
            <w:r>
              <w:t>930**4*7*0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Daie33😎</w:t>
            </w:r>
          </w:p>
        </w:tc>
        <w:tc>
          <w:tcPr>
            <w:tcW w:type="dxa" w:w="1728"/>
          </w:tcPr>
          <w:p>
            <w:r>
              <w:t>Alidaie33</w:t>
            </w:r>
          </w:p>
        </w:tc>
        <w:tc>
          <w:tcPr>
            <w:tcW w:type="dxa" w:w="1728"/>
          </w:tcPr>
          <w:p>
            <w:r>
              <w:t>گروه میکروتیک استاد مقدم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میکروتیک استاد مقدم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