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مشاوره و آموزش کنکور«فردای‌برتر»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مشاوره و آموزش کنکور«فردای‌برتر»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90*2130*79</w:t>
            </w:r>
          </w:p>
        </w:tc>
        <w:tc>
          <w:tcPr>
            <w:tcW w:type="dxa" w:w="1728"/>
          </w:tcPr>
          <w:p>
            <w:r>
              <w:t>Dr. Angel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S0001380M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9141*0177*</w:t>
            </w:r>
          </w:p>
        </w:tc>
        <w:tc>
          <w:tcPr>
            <w:tcW w:type="dxa" w:w="1728"/>
          </w:tcPr>
          <w:p>
            <w:r>
              <w:t>نرگس</w:t>
            </w:r>
          </w:p>
        </w:tc>
        <w:tc>
          <w:tcPr>
            <w:tcW w:type="dxa" w:w="1728"/>
          </w:tcPr>
          <w:p>
            <w:r>
              <w:t>تقی پور</w:t>
            </w:r>
          </w:p>
        </w:tc>
        <w:tc>
          <w:tcPr>
            <w:tcW w:type="dxa" w:w="1728"/>
          </w:tcPr>
          <w:p>
            <w:r>
              <w:t>ata_rasuly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91223**27*</w:t>
            </w:r>
          </w:p>
        </w:tc>
        <w:tc>
          <w:tcPr>
            <w:tcW w:type="dxa" w:w="1728"/>
          </w:tcPr>
          <w:p>
            <w:r>
              <w:t>toomaj</w:t>
            </w:r>
          </w:p>
        </w:tc>
        <w:tc>
          <w:tcPr>
            <w:tcW w:type="dxa" w:w="1728"/>
          </w:tcPr>
          <w:p>
            <w:r>
              <w:t>esmaeili</w:t>
            </w:r>
          </w:p>
        </w:tc>
        <w:tc>
          <w:tcPr>
            <w:tcW w:type="dxa" w:w="1728"/>
          </w:tcPr>
          <w:p>
            <w:r>
              <w:t>toomajs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93719*992*</w:t>
            </w:r>
          </w:p>
        </w:tc>
        <w:tc>
          <w:tcPr>
            <w:tcW w:type="dxa" w:w="1728"/>
          </w:tcPr>
          <w:p>
            <w:r>
              <w:t>a.m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Eydi_A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99197****9</w:t>
            </w:r>
          </w:p>
        </w:tc>
        <w:tc>
          <w:tcPr>
            <w:tcW w:type="dxa" w:w="1728"/>
          </w:tcPr>
          <w:p>
            <w:r>
              <w:t>☁️🐼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l975651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93***01*72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ranjbar</w:t>
            </w:r>
          </w:p>
        </w:tc>
        <w:tc>
          <w:tcPr>
            <w:tcW w:type="dxa" w:w="1728"/>
          </w:tcPr>
          <w:p>
            <w:r>
              <w:t>vahidranjbary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93*4741***</w:t>
            </w:r>
          </w:p>
        </w:tc>
        <w:tc>
          <w:tcPr>
            <w:tcW w:type="dxa" w:w="1728"/>
          </w:tcPr>
          <w:p>
            <w:r>
              <w:t>Isawhand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Sahand_delir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93*222*9**</w:t>
            </w:r>
          </w:p>
        </w:tc>
        <w:tc>
          <w:tcPr>
            <w:tcW w:type="dxa" w:w="1728"/>
          </w:tcPr>
          <w:p>
            <w:r>
              <w:t>ادمین گروه موسسات فرهنگی نور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noor_group_admin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919049*139</w:t>
            </w:r>
          </w:p>
        </w:tc>
        <w:tc>
          <w:tcPr>
            <w:tcW w:type="dxa" w:w="1728"/>
          </w:tcPr>
          <w:p>
            <w:r>
              <w:t>Seyyed_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Seyyed_sina_118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93*74**1**</w:t>
            </w:r>
          </w:p>
        </w:tc>
        <w:tc>
          <w:tcPr>
            <w:tcW w:type="dxa" w:w="1728"/>
          </w:tcPr>
          <w:p>
            <w:r>
              <w:t>Hassan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93*4*0390*</w:t>
            </w:r>
          </w:p>
        </w:tc>
        <w:tc>
          <w:tcPr>
            <w:tcW w:type="dxa" w:w="1728"/>
          </w:tcPr>
          <w:p>
            <w:r>
              <w:t>&lt; հՁร | รՁռ &gt;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vafaie_tabriz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902*24*10*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Norouzi</w:t>
            </w:r>
          </w:p>
        </w:tc>
        <w:tc>
          <w:tcPr>
            <w:tcW w:type="dxa" w:w="1728"/>
          </w:tcPr>
          <w:p>
            <w:r>
              <w:t>Sh_n_15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90141277**</w:t>
            </w:r>
          </w:p>
        </w:tc>
        <w:tc>
          <w:tcPr>
            <w:tcW w:type="dxa" w:w="1728"/>
          </w:tcPr>
          <w:p>
            <w:r>
              <w:t>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902**1***3</w:t>
            </w:r>
          </w:p>
        </w:tc>
        <w:tc>
          <w:tcPr>
            <w:tcW w:type="dxa" w:w="1728"/>
          </w:tcPr>
          <w:p>
            <w:r>
              <w:t>Yaser</w:t>
            </w:r>
          </w:p>
        </w:tc>
        <w:tc>
          <w:tcPr>
            <w:tcW w:type="dxa" w:w="1728"/>
          </w:tcPr>
          <w:p>
            <w:r>
              <w:t>Sarli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9142*4499*</w:t>
            </w:r>
          </w:p>
        </w:tc>
        <w:tc>
          <w:tcPr>
            <w:tcW w:type="dxa" w:w="1728"/>
          </w:tcPr>
          <w:p>
            <w:r>
              <w:t>P.m.m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93*290**23</w:t>
            </w:r>
          </w:p>
        </w:tc>
        <w:tc>
          <w:tcPr>
            <w:tcW w:type="dxa" w:w="1728"/>
          </w:tcPr>
          <w:p>
            <w:r>
              <w:t>H̸O̸O̸M̸A̸N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n704u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939*3*4**1</w:t>
            </w:r>
          </w:p>
        </w:tc>
        <w:tc>
          <w:tcPr>
            <w:tcW w:type="dxa" w:w="1728"/>
          </w:tcPr>
          <w:p>
            <w:r>
              <w:t>Bahman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bahman_esmailzadeh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93*0*7297*</w:t>
            </w:r>
          </w:p>
        </w:tc>
        <w:tc>
          <w:tcPr>
            <w:tcW w:type="dxa" w:w="1728"/>
          </w:tcPr>
          <w:p>
            <w:r>
              <w:t>Nazarpour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nazarpour_aries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93*94*2314</w:t>
            </w:r>
          </w:p>
        </w:tc>
        <w:tc>
          <w:tcPr>
            <w:tcW w:type="dxa" w:w="1728"/>
          </w:tcPr>
          <w:p>
            <w:r>
              <w:t>𝑨𝒊𝒔𝒂𝒏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Aisansheykhi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91***23041</w:t>
            </w:r>
          </w:p>
        </w:tc>
        <w:tc>
          <w:tcPr>
            <w:tcW w:type="dxa" w:w="1728"/>
          </w:tcPr>
          <w:p>
            <w:r>
              <w:t>⟦🌙⟧---🐾 ꪖ᥇᥇ꪖ𝘴𝓲 ⃟⃘݊ 𓎂🐾---⟦🌙⟧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9149104901</w:t>
            </w:r>
          </w:p>
        </w:tc>
        <w:tc>
          <w:tcPr>
            <w:tcW w:type="dxa" w:w="1728"/>
          </w:tcPr>
          <w:p>
            <w:r>
              <w:t>asghar</w:t>
            </w:r>
          </w:p>
        </w:tc>
        <w:tc>
          <w:tcPr>
            <w:tcW w:type="dxa" w:w="1728"/>
          </w:tcPr>
          <w:p>
            <w:r>
              <w:t>seifolahi</w:t>
            </w:r>
          </w:p>
        </w:tc>
        <w:tc>
          <w:tcPr>
            <w:tcW w:type="dxa" w:w="1728"/>
          </w:tcPr>
          <w:p>
            <w:r>
              <w:t>asghar_seif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91*09130*3</w:t>
            </w:r>
          </w:p>
        </w:tc>
        <w:tc>
          <w:tcPr>
            <w:tcW w:type="dxa" w:w="1728"/>
          </w:tcPr>
          <w:p>
            <w:r>
              <w:t>‘°ºø•❤•.¸¸.•❤•øº°‘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914*0*02*2</w:t>
            </w:r>
          </w:p>
        </w:tc>
        <w:tc>
          <w:tcPr>
            <w:tcW w:type="dxa" w:w="1728"/>
          </w:tcPr>
          <w:p>
            <w:r>
              <w:t>سعید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Saied45h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93*233330*</w:t>
            </w:r>
          </w:p>
        </w:tc>
        <w:tc>
          <w:tcPr>
            <w:tcW w:type="dxa" w:w="1728"/>
          </w:tcPr>
          <w:p>
            <w:r>
              <w:t>*.*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991*0**234</w:t>
            </w:r>
          </w:p>
        </w:tc>
        <w:tc>
          <w:tcPr>
            <w:tcW w:type="dxa" w:w="1728"/>
          </w:tcPr>
          <w:p>
            <w:r>
              <w:t>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Samin289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901*11704*</w:t>
            </w:r>
          </w:p>
        </w:tc>
        <w:tc>
          <w:tcPr>
            <w:tcW w:type="dxa" w:w="1728"/>
          </w:tcPr>
          <w:p>
            <w:r>
              <w:t>★★★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90222009*0</w:t>
            </w:r>
          </w:p>
        </w:tc>
        <w:tc>
          <w:tcPr>
            <w:tcW w:type="dxa" w:w="1728"/>
          </w:tcPr>
          <w:p>
            <w:r>
              <w:t>Mahsa Farahi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OXILOGYshop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91**322171</w:t>
            </w:r>
          </w:p>
        </w:tc>
        <w:tc>
          <w:tcPr>
            <w:tcW w:type="dxa" w:w="1728"/>
          </w:tcPr>
          <w:p>
            <w:r>
              <w:t>sobhan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93990970*2</w:t>
            </w:r>
          </w:p>
        </w:tc>
        <w:tc>
          <w:tcPr>
            <w:tcW w:type="dxa" w:w="1728"/>
          </w:tcPr>
          <w:p>
            <w:r>
              <w:t>Ali.Kh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Khandan_chemistry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93*0**3*72</w:t>
            </w:r>
          </w:p>
        </w:tc>
        <w:tc>
          <w:tcPr>
            <w:tcW w:type="dxa" w:w="1728"/>
          </w:tcPr>
          <w:p>
            <w:r>
              <w:t>Parss</w:t>
            </w:r>
          </w:p>
        </w:tc>
        <w:tc>
          <w:tcPr>
            <w:tcW w:type="dxa" w:w="1728"/>
          </w:tcPr>
          <w:p>
            <w:r>
              <w:t>Verdipour</w:t>
            </w:r>
          </w:p>
        </w:tc>
        <w:tc>
          <w:tcPr>
            <w:tcW w:type="dxa" w:w="1728"/>
          </w:tcPr>
          <w:p>
            <w:r>
              <w:t>Parsam_verdipour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933*****23</w:t>
            </w:r>
          </w:p>
        </w:tc>
        <w:tc>
          <w:tcPr>
            <w:tcW w:type="dxa" w:w="1728"/>
          </w:tcPr>
          <w:p>
            <w:r>
              <w:t>//∅$@fer Tanha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Raheb002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9212147043</w:t>
            </w:r>
          </w:p>
        </w:tc>
        <w:tc>
          <w:tcPr>
            <w:tcW w:type="dxa" w:w="1728"/>
          </w:tcPr>
          <w:p>
            <w:r>
              <w:t>salar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Salar_021t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901*703*27</w:t>
            </w:r>
          </w:p>
        </w:tc>
        <w:tc>
          <w:tcPr>
            <w:tcW w:type="dxa" w:w="1728"/>
          </w:tcPr>
          <w:p>
            <w:r>
              <w:t>Behi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Behi_74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91007*4204</w:t>
            </w:r>
          </w:p>
        </w:tc>
        <w:tc>
          <w:tcPr>
            <w:tcW w:type="dxa" w:w="1728"/>
          </w:tcPr>
          <w:p>
            <w:r>
              <w:t>Hossei(: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990**34303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Reihan_231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9130741*22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I_r_a_n_i1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90144242**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Kamandiiii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90314744*1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haniyeh646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921193*09*</w:t>
            </w:r>
          </w:p>
        </w:tc>
        <w:tc>
          <w:tcPr>
            <w:tcW w:type="dxa" w:w="1728"/>
          </w:tcPr>
          <w:p>
            <w:r>
              <w:t>Sohrab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Sohrab_shahryari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9133**3002</w:t>
            </w:r>
          </w:p>
        </w:tc>
        <w:tc>
          <w:tcPr>
            <w:tcW w:type="dxa" w:w="1728"/>
          </w:tcPr>
          <w:p>
            <w:r>
              <w:t>Mehr</w:t>
            </w:r>
          </w:p>
        </w:tc>
        <w:tc>
          <w:tcPr>
            <w:tcW w:type="dxa" w:w="1728"/>
          </w:tcPr>
          <w:p>
            <w:r>
              <w:t>kh</w:t>
            </w:r>
          </w:p>
        </w:tc>
        <w:tc>
          <w:tcPr>
            <w:tcW w:type="dxa" w:w="1728"/>
          </w:tcPr>
          <w:p>
            <w:r>
              <w:t>Mehrnaz_kha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93*32***9*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914977**0*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turk_kizi321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90102704*4</w:t>
            </w:r>
          </w:p>
        </w:tc>
        <w:tc>
          <w:tcPr>
            <w:tcW w:type="dxa" w:w="1728"/>
          </w:tcPr>
          <w:p>
            <w:r>
              <w:t>Hatef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Hatef_1281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91331*9299</w:t>
            </w:r>
          </w:p>
        </w:tc>
        <w:tc>
          <w:tcPr>
            <w:tcW w:type="dxa" w:w="1728"/>
          </w:tcPr>
          <w:p>
            <w:r>
              <w:t>خانم كوهيان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901904*1*9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Erfan_jr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910741*970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Marziye_tabatabayi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9039079309</w:t>
            </w:r>
          </w:p>
        </w:tc>
        <w:tc>
          <w:tcPr>
            <w:tcW w:type="dxa" w:w="1728"/>
          </w:tcPr>
          <w:p>
            <w:r>
              <w:t>___ѕєν∂αω___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sevi_pm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90**1*3324</w:t>
            </w:r>
          </w:p>
        </w:tc>
        <w:tc>
          <w:tcPr>
            <w:tcW w:type="dxa" w:w="1728"/>
          </w:tcPr>
          <w:p>
            <w:r>
              <w:t>khosravi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Mmmmmmm18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93*12294*7</w:t>
            </w:r>
          </w:p>
        </w:tc>
        <w:tc>
          <w:tcPr>
            <w:tcW w:type="dxa" w:w="1728"/>
          </w:tcPr>
          <w:p>
            <w:r>
              <w:t>حساب کاربر</w:t>
            </w:r>
          </w:p>
        </w:tc>
        <w:tc>
          <w:tcPr>
            <w:tcW w:type="dxa" w:w="1728"/>
          </w:tcPr>
          <w:p>
            <w:r>
              <w:t>۱یک</w:t>
            </w:r>
          </w:p>
        </w:tc>
        <w:tc>
          <w:tcPr>
            <w:tcW w:type="dxa" w:w="1728"/>
          </w:tcPr>
          <w:p>
            <w:r>
              <w:t>Useraccount1one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91700*937*</w:t>
            </w:r>
          </w:p>
        </w:tc>
        <w:tc>
          <w:tcPr>
            <w:tcW w:type="dxa" w:w="1728"/>
          </w:tcPr>
          <w:p>
            <w:r>
              <w:t>arman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Arman_khavand_79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91477*1397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SajjadEnsafi80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91379**130</w:t>
            </w:r>
          </w:p>
        </w:tc>
        <w:tc>
          <w:tcPr>
            <w:tcW w:type="dxa" w:w="1728"/>
          </w:tcPr>
          <w:p>
            <w:r>
              <w:t>nahall</w:t>
            </w:r>
          </w:p>
        </w:tc>
        <w:tc>
          <w:tcPr>
            <w:tcW w:type="dxa" w:w="1728"/>
          </w:tcPr>
          <w:p>
            <w:r>
              <w:t>etesal</w:t>
            </w:r>
          </w:p>
        </w:tc>
        <w:tc>
          <w:tcPr>
            <w:tcW w:type="dxa" w:w="1728"/>
          </w:tcPr>
          <w:p>
            <w:r>
              <w:t>nahaletesal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903444779*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RH1877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990940*7*3</w:t>
            </w:r>
          </w:p>
        </w:tc>
        <w:tc>
          <w:tcPr>
            <w:tcW w:type="dxa" w:w="1728"/>
          </w:tcPr>
          <w:p>
            <w:r>
              <w:t>asrin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asrinnaderii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9033*2920*</w:t>
            </w:r>
          </w:p>
        </w:tc>
        <w:tc>
          <w:tcPr>
            <w:tcW w:type="dxa" w:w="1728"/>
          </w:tcPr>
          <w:p>
            <w:r>
              <w:t>شامی کارشناس رسمی دانش بنیان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SHahR0Khh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93332924*1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MR_MHA11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91***2300*</w:t>
            </w:r>
          </w:p>
        </w:tc>
        <w:tc>
          <w:tcPr>
            <w:tcW w:type="dxa" w:w="1728"/>
          </w:tcPr>
          <w:p>
            <w:r>
              <w:t>M.bashiri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MB121141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92214*3934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Say_omid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93737**71*</w:t>
            </w:r>
          </w:p>
        </w:tc>
        <w:tc>
          <w:tcPr>
            <w:tcW w:type="dxa" w:w="1728"/>
          </w:tcPr>
          <w:p>
            <w:r>
              <w:t>𝕫ꪖꫝ𝕣ꪖ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Zizi08010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901327931*</w:t>
            </w:r>
          </w:p>
        </w:tc>
        <w:tc>
          <w:tcPr>
            <w:tcW w:type="dxa" w:w="1728"/>
          </w:tcPr>
          <w:p>
            <w:r>
              <w:t>ATA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Cyyaan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9142*174**</w:t>
            </w:r>
          </w:p>
        </w:tc>
        <w:tc>
          <w:tcPr>
            <w:tcW w:type="dxa" w:w="1728"/>
          </w:tcPr>
          <w:p>
            <w:r>
              <w:t>😠mahdi😊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Turkm124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990*1**7*3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MiLAD10ss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939***4*19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Alijani</w:t>
            </w:r>
          </w:p>
        </w:tc>
        <w:tc>
          <w:tcPr>
            <w:tcW w:type="dxa" w:w="1728"/>
          </w:tcPr>
          <w:p>
            <w:r>
              <w:t>Zendehyad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93*9022*74</w:t>
            </w:r>
          </w:p>
        </w:tc>
        <w:tc>
          <w:tcPr>
            <w:tcW w:type="dxa" w:w="1728"/>
          </w:tcPr>
          <w:p>
            <w:r>
              <w:t>Sina💀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Sina_ptrQ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93*4*43**3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93*4*177*2</w:t>
            </w:r>
          </w:p>
        </w:tc>
        <w:tc>
          <w:tcPr>
            <w:tcW w:type="dxa" w:w="1728"/>
          </w:tcPr>
          <w:p>
            <w:r>
              <w:t>محمد امین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mohammadamin828_turk_m2b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901*9**0*7</w:t>
            </w:r>
          </w:p>
        </w:tc>
        <w:tc>
          <w:tcPr>
            <w:tcW w:type="dxa" w:w="1728"/>
          </w:tcPr>
          <w:p>
            <w:r>
              <w:t>Daniel🐾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danielamo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902*09*3*9</w:t>
            </w:r>
          </w:p>
        </w:tc>
        <w:tc>
          <w:tcPr>
            <w:tcW w:type="dxa" w:w="1728"/>
          </w:tcPr>
          <w:p>
            <w:r>
              <w:t>SAMA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912047*09*</w:t>
            </w:r>
          </w:p>
        </w:tc>
        <w:tc>
          <w:tcPr>
            <w:tcW w:type="dxa" w:w="1728"/>
          </w:tcPr>
          <w:p>
            <w:r>
              <w:t>parham</w:t>
            </w:r>
          </w:p>
        </w:tc>
        <w:tc>
          <w:tcPr>
            <w:tcW w:type="dxa" w:w="1728"/>
          </w:tcPr>
          <w:p>
            <w:r>
              <w:t>Tte</w:t>
            </w:r>
          </w:p>
        </w:tc>
        <w:tc>
          <w:tcPr>
            <w:tcW w:type="dxa" w:w="1728"/>
          </w:tcPr>
          <w:p>
            <w:r>
              <w:t>parham_mfy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93**094*01</w:t>
            </w:r>
          </w:p>
        </w:tc>
        <w:tc>
          <w:tcPr>
            <w:tcW w:type="dxa" w:w="1728"/>
          </w:tcPr>
          <w:p>
            <w:r>
              <w:t>amir_khan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amir_khan_me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9370*03724</w:t>
            </w:r>
          </w:p>
        </w:tc>
        <w:tc>
          <w:tcPr>
            <w:tcW w:type="dxa" w:w="1728"/>
          </w:tcPr>
          <w:p>
            <w:r>
              <w:t>Mahla_mhi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Mahlamhi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902*4177*9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>
              <w:t>nehzat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90194341*0</w:t>
            </w:r>
          </w:p>
        </w:tc>
        <w:tc>
          <w:tcPr>
            <w:tcW w:type="dxa" w:w="1728"/>
          </w:tcPr>
          <w:p>
            <w:r>
              <w:t>Amir mohammad rostami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Amirmrostam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9224293771</w:t>
            </w:r>
          </w:p>
        </w:tc>
        <w:tc>
          <w:tcPr>
            <w:tcW w:type="dxa" w:w="1728"/>
          </w:tcPr>
          <w:p>
            <w:r>
              <w:t>fafa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fafa_hg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9129*14223</w:t>
            </w:r>
          </w:p>
        </w:tc>
        <w:tc>
          <w:tcPr>
            <w:tcW w:type="dxa" w:w="1728"/>
          </w:tcPr>
          <w:p>
            <w:r>
              <w:t>Soroush</w:t>
            </w:r>
          </w:p>
        </w:tc>
        <w:tc>
          <w:tcPr>
            <w:tcW w:type="dxa" w:w="1728"/>
          </w:tcPr>
          <w:p>
            <w:r>
              <w:t>Meyhami</w:t>
            </w:r>
          </w:p>
        </w:tc>
        <w:tc>
          <w:tcPr>
            <w:tcW w:type="dxa" w:w="1728"/>
          </w:tcPr>
          <w:p>
            <w:r>
              <w:t>soroush_meyhami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933****70*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Ghaffarian</w:t>
            </w:r>
          </w:p>
        </w:tc>
        <w:tc>
          <w:tcPr>
            <w:tcW w:type="dxa" w:w="1728"/>
          </w:tcPr>
          <w:p>
            <w:r>
              <w:t>AlirezaGh13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903*923447</w:t>
            </w:r>
          </w:p>
        </w:tc>
        <w:tc>
          <w:tcPr>
            <w:tcW w:type="dxa" w:w="1728"/>
          </w:tcPr>
          <w:p>
            <w:r>
              <w:t>Paniz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PanizHatami13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90347**734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mlh_ss08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9030*19413</w:t>
            </w:r>
          </w:p>
        </w:tc>
        <w:tc>
          <w:tcPr>
            <w:tcW w:type="dxa" w:w="1728"/>
          </w:tcPr>
          <w:p>
            <w:r>
              <w:t>Sarif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Sharifi76m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  <w:tr>
        <w:tc>
          <w:tcPr>
            <w:tcW w:type="dxa" w:w="1728"/>
          </w:tcPr>
          <w:p>
            <w:r>
              <w:t>913**17132</w:t>
            </w:r>
          </w:p>
        </w:tc>
        <w:tc>
          <w:tcPr>
            <w:tcW w:type="dxa" w:w="1728"/>
          </w:tcPr>
          <w:p>
            <w:r>
              <w:t>Aامیرحسین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Pourriahi2007</w:t>
            </w:r>
          </w:p>
        </w:tc>
        <w:tc>
          <w:tcPr>
            <w:tcW w:type="dxa" w:w="1728"/>
          </w:tcPr>
          <w:p>
            <w:r>
              <w:t>گروه مشاوره و آموزش کنکور«فردای‌برتر»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مشاوره و آموزش کنکور«فردای‌برتر»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