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گروه مدیران و معاونان کشور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گروه مدیران و معاونان کشور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91494*0*42</w:t>
            </w:r>
          </w:p>
        </w:tc>
        <w:tc>
          <w:tcPr>
            <w:tcW w:type="dxa" w:w="1728"/>
          </w:tcPr>
          <w:p>
            <w:r>
              <w:t>Khezri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91*12*1009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9127*9101*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>
              <w:t>Saeedi</w:t>
            </w:r>
          </w:p>
        </w:tc>
        <w:tc>
          <w:tcPr>
            <w:tcW w:type="dxa" w:w="1728"/>
          </w:tcPr>
          <w:p>
            <w:r>
              <w:t>N_SSS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9143*031*3</w:t>
            </w:r>
          </w:p>
        </w:tc>
        <w:tc>
          <w:tcPr>
            <w:tcW w:type="dxa" w:w="1728"/>
          </w:tcPr>
          <w:p>
            <w:r>
              <w:t>B .</w:t>
            </w:r>
          </w:p>
        </w:tc>
        <w:tc>
          <w:tcPr>
            <w:tcW w:type="dxa" w:w="1728"/>
          </w:tcPr>
          <w:p>
            <w:r>
              <w:t>DOSTI</w:t>
            </w:r>
          </w:p>
        </w:tc>
        <w:tc>
          <w:tcPr>
            <w:tcW w:type="dxa" w:w="1728"/>
          </w:tcPr>
          <w:p>
            <w:r>
              <w:t>dousti87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91**499*09</w:t>
            </w:r>
          </w:p>
        </w:tc>
        <w:tc>
          <w:tcPr>
            <w:tcW w:type="dxa" w:w="1728"/>
          </w:tcPr>
          <w:p>
            <w:r>
              <w:t>M .dadkan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914**3*3*4</w:t>
            </w:r>
          </w:p>
        </w:tc>
        <w:tc>
          <w:tcPr>
            <w:tcW w:type="dxa" w:w="1728"/>
          </w:tcPr>
          <w:p>
            <w:r>
              <w:t>Saeed A🐈‍⬛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saeedahmadi54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93**14*797</w:t>
            </w:r>
          </w:p>
        </w:tc>
        <w:tc>
          <w:tcPr>
            <w:tcW w:type="dxa" w:w="1728"/>
          </w:tcPr>
          <w:p>
            <w:r>
              <w:t>آسنا جون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sami6260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911*30*7*7</w:t>
            </w:r>
          </w:p>
        </w:tc>
        <w:tc>
          <w:tcPr>
            <w:tcW w:type="dxa" w:w="1728"/>
          </w:tcPr>
          <w:p>
            <w:r>
              <w:t>Mina 💕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mina6787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91*99*07**</w:t>
            </w:r>
          </w:p>
        </w:tc>
        <w:tc>
          <w:tcPr>
            <w:tcW w:type="dxa" w:w="1728"/>
          </w:tcPr>
          <w:p>
            <w:r>
              <w:t>F.m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far1121369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91***712*4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mohamdi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91493*1294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Ayub_7972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91*9770432</w:t>
            </w:r>
          </w:p>
        </w:tc>
        <w:tc>
          <w:tcPr>
            <w:tcW w:type="dxa" w:w="1728"/>
          </w:tcPr>
          <w:p>
            <w:r>
              <w:t>Arez</w:t>
            </w:r>
          </w:p>
        </w:tc>
        <w:tc>
          <w:tcPr>
            <w:tcW w:type="dxa" w:w="1728"/>
          </w:tcPr>
          <w:p>
            <w:r>
              <w:t>Kh</w:t>
            </w:r>
          </w:p>
        </w:tc>
        <w:tc>
          <w:tcPr>
            <w:tcW w:type="dxa" w:w="1728"/>
          </w:tcPr>
          <w:p>
            <w:r>
              <w:t>Arezkhodadadi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9149*7*423</w:t>
            </w:r>
          </w:p>
        </w:tc>
        <w:tc>
          <w:tcPr>
            <w:tcW w:type="dxa" w:w="1728"/>
          </w:tcPr>
          <w:p>
            <w:r>
              <w:t>Baran</w:t>
            </w:r>
          </w:p>
        </w:tc>
        <w:tc>
          <w:tcPr>
            <w:tcW w:type="dxa" w:w="1728"/>
          </w:tcPr>
          <w:p>
            <w:r>
              <w:t>Sani</w:t>
            </w:r>
          </w:p>
        </w:tc>
        <w:tc>
          <w:tcPr>
            <w:tcW w:type="dxa" w:w="1728"/>
          </w:tcPr>
          <w:p>
            <w:r>
              <w:t>Baransaniiii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91323302**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Mohsen7226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93*37*9324</w:t>
            </w:r>
          </w:p>
        </w:tc>
        <w:tc>
          <w:tcPr>
            <w:tcW w:type="dxa" w:w="1728"/>
          </w:tcPr>
          <w:p>
            <w:r>
              <w:t>A.Fathi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A_Fathi60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9147*21340</w:t>
            </w:r>
          </w:p>
        </w:tc>
        <w:tc>
          <w:tcPr>
            <w:tcW w:type="dxa" w:w="1728"/>
          </w:tcPr>
          <w:p>
            <w:r>
              <w:t>☆¸¸ .•*¨)☆🌹مینا محمودی آذر🌺.•´¸★.•*´¨)★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9149*20*43</w:t>
            </w:r>
          </w:p>
        </w:tc>
        <w:tc>
          <w:tcPr>
            <w:tcW w:type="dxa" w:w="1728"/>
          </w:tcPr>
          <w:p>
            <w:r>
              <w:t>heart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J_d_ok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939*49*027</w:t>
            </w:r>
          </w:p>
        </w:tc>
        <w:tc>
          <w:tcPr>
            <w:tcW w:type="dxa" w:w="1728"/>
          </w:tcPr>
          <w:p>
            <w:r>
              <w:t>Fa</w:t>
            </w:r>
          </w:p>
        </w:tc>
        <w:tc>
          <w:tcPr>
            <w:tcW w:type="dxa" w:w="1728"/>
          </w:tcPr>
          <w:p>
            <w:r>
              <w:t>Khosravy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9144***30*</w:t>
            </w:r>
          </w:p>
        </w:tc>
        <w:tc>
          <w:tcPr>
            <w:tcW w:type="dxa" w:w="1728"/>
          </w:tcPr>
          <w:p>
            <w:r>
              <w:t>Romisa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ROMISA2007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9130071223</w:t>
            </w:r>
          </w:p>
        </w:tc>
        <w:tc>
          <w:tcPr>
            <w:tcW w:type="dxa" w:w="1728"/>
          </w:tcPr>
          <w:p>
            <w:r>
              <w:t>Adel</w:t>
            </w:r>
          </w:p>
        </w:tc>
        <w:tc>
          <w:tcPr>
            <w:tcW w:type="dxa" w:w="1728"/>
          </w:tcPr>
          <w:p>
            <w:r>
              <w:t>mohammadi</w:t>
            </w:r>
          </w:p>
        </w:tc>
        <w:tc>
          <w:tcPr>
            <w:tcW w:type="dxa" w:w="1728"/>
          </w:tcPr>
          <w:p>
            <w:r>
              <w:t>Adelmohammadi2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91497**993</w:t>
            </w:r>
          </w:p>
        </w:tc>
        <w:tc>
          <w:tcPr>
            <w:tcW w:type="dxa" w:w="1728"/>
          </w:tcPr>
          <w:p>
            <w:r>
              <w:t>قلب یخی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nnnn1356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912739****</w:t>
            </w:r>
          </w:p>
        </w:tc>
        <w:tc>
          <w:tcPr>
            <w:tcW w:type="dxa" w:w="1728"/>
          </w:tcPr>
          <w:p>
            <w:r>
              <w:t>Farzaneh</w:t>
            </w:r>
          </w:p>
        </w:tc>
        <w:tc>
          <w:tcPr>
            <w:tcW w:type="dxa" w:w="1728"/>
          </w:tcPr>
          <w:p>
            <w:r>
              <w:t>Ghaderi</w:t>
            </w:r>
          </w:p>
        </w:tc>
        <w:tc>
          <w:tcPr>
            <w:tcW w:type="dxa" w:w="1728"/>
          </w:tcPr>
          <w:p>
            <w:r>
              <w:t>Farzaneghaderii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91*2999437</w:t>
            </w:r>
          </w:p>
        </w:tc>
        <w:tc>
          <w:tcPr>
            <w:tcW w:type="dxa" w:w="1728"/>
          </w:tcPr>
          <w:p>
            <w:r>
              <w:t>Z.m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91204910*7</w:t>
            </w:r>
          </w:p>
        </w:tc>
        <w:tc>
          <w:tcPr>
            <w:tcW w:type="dxa" w:w="1728"/>
          </w:tcPr>
          <w:p>
            <w:r>
              <w:t>Ziba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Noohiziba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91**3124*1</w:t>
            </w:r>
          </w:p>
        </w:tc>
        <w:tc>
          <w:tcPr>
            <w:tcW w:type="dxa" w:w="1728"/>
          </w:tcPr>
          <w:p>
            <w:r>
              <w:t>مجید</w:t>
            </w:r>
          </w:p>
        </w:tc>
        <w:tc>
          <w:tcPr>
            <w:tcW w:type="dxa" w:w="1728"/>
          </w:tcPr>
          <w:p>
            <w:r>
              <w:t>بهرامی کیا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91434**097</w:t>
            </w:r>
          </w:p>
        </w:tc>
        <w:tc>
          <w:tcPr>
            <w:tcW w:type="dxa" w:w="1728"/>
          </w:tcPr>
          <w:p>
            <w:r>
              <w:t>..</w:t>
            </w:r>
          </w:p>
        </w:tc>
        <w:tc>
          <w:tcPr>
            <w:tcW w:type="dxa" w:w="1728"/>
          </w:tcPr>
          <w:p>
            <w:r>
              <w:t>..</w:t>
            </w:r>
          </w:p>
        </w:tc>
        <w:tc>
          <w:tcPr>
            <w:tcW w:type="dxa" w:w="1728"/>
          </w:tcPr>
          <w:p>
            <w:r>
              <w:t>Kkhh80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93*2*0413*</w:t>
            </w:r>
          </w:p>
        </w:tc>
        <w:tc>
          <w:tcPr>
            <w:tcW w:type="dxa" w:w="1728"/>
          </w:tcPr>
          <w:p>
            <w:r>
              <w:t>فائضه</w:t>
            </w:r>
          </w:p>
        </w:tc>
        <w:tc>
          <w:tcPr>
            <w:tcW w:type="dxa" w:w="1728"/>
          </w:tcPr>
          <w:p>
            <w:r>
              <w:t>تنومند</w:t>
            </w:r>
          </w:p>
        </w:tc>
        <w:tc>
          <w:tcPr>
            <w:tcW w:type="dxa" w:w="1728"/>
          </w:tcPr>
          <w:p>
            <w:r>
              <w:t>Tanoomandfa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912*427*70</w:t>
            </w:r>
          </w:p>
        </w:tc>
        <w:tc>
          <w:tcPr>
            <w:tcW w:type="dxa" w:w="1728"/>
          </w:tcPr>
          <w:p>
            <w:r>
              <w:t>Forugh</w:t>
            </w:r>
          </w:p>
        </w:tc>
        <w:tc>
          <w:tcPr>
            <w:tcW w:type="dxa" w:w="1728"/>
          </w:tcPr>
          <w:p>
            <w:r>
              <w:t>Fathi</w:t>
            </w:r>
          </w:p>
        </w:tc>
        <w:tc>
          <w:tcPr>
            <w:tcW w:type="dxa" w:w="1728"/>
          </w:tcPr>
          <w:p>
            <w:r>
              <w:t>Forughfathi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93**00*227</w:t>
            </w:r>
          </w:p>
        </w:tc>
        <w:tc>
          <w:tcPr>
            <w:tcW w:type="dxa" w:w="1728"/>
          </w:tcPr>
          <w:p>
            <w:r>
              <w:t>Narges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Narsis1987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91****174*</w:t>
            </w:r>
          </w:p>
        </w:tc>
        <w:tc>
          <w:tcPr>
            <w:tcW w:type="dxa" w:w="1728"/>
          </w:tcPr>
          <w:p>
            <w:r>
              <w:t>F_Bahmani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F_Bahmani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9900*91**0</w:t>
            </w:r>
          </w:p>
        </w:tc>
        <w:tc>
          <w:tcPr>
            <w:tcW w:type="dxa" w:w="1728"/>
          </w:tcPr>
          <w:p>
            <w:r>
              <w:t>شفیعی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9131497790</w:t>
            </w:r>
          </w:p>
        </w:tc>
        <w:tc>
          <w:tcPr>
            <w:tcW w:type="dxa" w:w="1728"/>
          </w:tcPr>
          <w:p>
            <w:r>
              <w:t>یا علی مدد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malekinasab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9133*37*2*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>
              <w:t>L</w:t>
            </w:r>
          </w:p>
        </w:tc>
        <w:tc>
          <w:tcPr>
            <w:tcW w:type="dxa" w:w="1728"/>
          </w:tcPr>
          <w:p>
            <w:r>
              <w:t>Flotfi8026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91234*09*9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>
              <w:t>Fayazbakhsh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9141*49223</w:t>
            </w:r>
          </w:p>
        </w:tc>
        <w:tc>
          <w:tcPr>
            <w:tcW w:type="dxa" w:w="1728"/>
          </w:tcPr>
          <w:p>
            <w:r>
              <w:t>مامان امیر ونازنین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91*3*14**1</w:t>
            </w:r>
          </w:p>
        </w:tc>
        <w:tc>
          <w:tcPr>
            <w:tcW w:type="dxa" w:w="1728"/>
          </w:tcPr>
          <w:p>
            <w:r>
              <w:t>~~~~&lt;💚&gt;~~~~ خانم آبدار ~~~~&lt;💚&gt;~~~~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Abdarakram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91417*32**</w:t>
            </w:r>
          </w:p>
        </w:tc>
        <w:tc>
          <w:tcPr>
            <w:tcW w:type="dxa" w:w="1728"/>
          </w:tcPr>
          <w:p>
            <w:r>
              <w:t>داود</w:t>
            </w:r>
          </w:p>
        </w:tc>
        <w:tc>
          <w:tcPr>
            <w:tcW w:type="dxa" w:w="1728"/>
          </w:tcPr>
          <w:p>
            <w:r>
              <w:t>ابراهیم نیا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914432*2*7</w:t>
            </w:r>
          </w:p>
        </w:tc>
        <w:tc>
          <w:tcPr>
            <w:tcW w:type="dxa" w:w="1728"/>
          </w:tcPr>
          <w:p>
            <w:r>
              <w:t>V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Hssh2014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912*331*0*</w:t>
            </w:r>
          </w:p>
        </w:tc>
        <w:tc>
          <w:tcPr>
            <w:tcW w:type="dxa" w:w="1728"/>
          </w:tcPr>
          <w:p>
            <w:r>
              <w:t>P</w:t>
            </w:r>
          </w:p>
        </w:tc>
        <w:tc>
          <w:tcPr>
            <w:tcW w:type="dxa" w:w="1728"/>
          </w:tcPr>
          <w:p>
            <w:r>
              <w:t>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91***0*23*</w:t>
            </w:r>
          </w:p>
        </w:tc>
        <w:tc>
          <w:tcPr>
            <w:tcW w:type="dxa" w:w="1728"/>
          </w:tcPr>
          <w:p>
            <w:r>
              <w:t>یاس مینا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p053_yasmina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9127712***</w:t>
            </w:r>
          </w:p>
        </w:tc>
        <w:tc>
          <w:tcPr>
            <w:tcW w:type="dxa" w:w="1728"/>
          </w:tcPr>
          <w:p>
            <w:r>
              <w:t>MM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nmm123nm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91*011*74*</w:t>
            </w:r>
          </w:p>
        </w:tc>
        <w:tc>
          <w:tcPr>
            <w:tcW w:type="dxa" w:w="1728"/>
          </w:tcPr>
          <w:p>
            <w:r>
              <w:t>Samir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Samadbal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91**023*97</w:t>
            </w:r>
          </w:p>
        </w:tc>
        <w:tc>
          <w:tcPr>
            <w:tcW w:type="dxa" w:w="1728"/>
          </w:tcPr>
          <w:p>
            <w:r>
              <w:t>منتظِر منتظَر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937*901013</w:t>
            </w:r>
          </w:p>
        </w:tc>
        <w:tc>
          <w:tcPr>
            <w:tcW w:type="dxa" w:w="1728"/>
          </w:tcPr>
          <w:p>
            <w:r>
              <w:t>mostafa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moradi_zabeti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9903**90*7</w:t>
            </w:r>
          </w:p>
        </w:tc>
        <w:tc>
          <w:tcPr>
            <w:tcW w:type="dxa" w:w="1728"/>
          </w:tcPr>
          <w:p>
            <w:r>
              <w:t>E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91***2**2*</w:t>
            </w:r>
          </w:p>
        </w:tc>
        <w:tc>
          <w:tcPr>
            <w:tcW w:type="dxa" w:w="1728"/>
          </w:tcPr>
          <w:p>
            <w:r>
              <w:t>M 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saee722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9111**90**</w:t>
            </w:r>
          </w:p>
        </w:tc>
        <w:tc>
          <w:tcPr>
            <w:tcW w:type="dxa" w:w="1728"/>
          </w:tcPr>
          <w:p>
            <w:r>
              <w:t>Sara.sh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91322**7**</w:t>
            </w:r>
          </w:p>
        </w:tc>
        <w:tc>
          <w:tcPr>
            <w:tcW w:type="dxa" w:w="1728"/>
          </w:tcPr>
          <w:p>
            <w:r>
              <w:t>جعفری</w:t>
            </w:r>
          </w:p>
        </w:tc>
        <w:tc>
          <w:tcPr>
            <w:tcW w:type="dxa" w:w="1728"/>
          </w:tcPr>
          <w:p>
            <w:r>
              <w:t>j</w:t>
            </w:r>
          </w:p>
        </w:tc>
        <w:tc>
          <w:tcPr>
            <w:tcW w:type="dxa" w:w="1728"/>
          </w:tcPr>
          <w:p>
            <w:r>
              <w:t>Fereshte5030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91*1*91*1*</w:t>
            </w:r>
          </w:p>
        </w:tc>
        <w:tc>
          <w:tcPr>
            <w:tcW w:type="dxa" w:w="1728"/>
          </w:tcPr>
          <w:p>
            <w:r>
              <w:t>Goliiiii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9149447141</w:t>
            </w:r>
          </w:p>
        </w:tc>
        <w:tc>
          <w:tcPr>
            <w:tcW w:type="dxa" w:w="1728"/>
          </w:tcPr>
          <w:p>
            <w:r>
              <w:t>kawa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Gshsjsnsk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9127110032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ali nasab maleki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921303*97*</w:t>
            </w:r>
          </w:p>
        </w:tc>
        <w:tc>
          <w:tcPr>
            <w:tcW w:type="dxa" w:w="1728"/>
          </w:tcPr>
          <w:p>
            <w:r>
              <w:t>Nasrin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Aslani99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912420**1*</w:t>
            </w:r>
          </w:p>
        </w:tc>
        <w:tc>
          <w:tcPr>
            <w:tcW w:type="dxa" w:w="1728"/>
          </w:tcPr>
          <w:p>
            <w:r>
              <w:t>M. 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Mariamr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91*933*02*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Hadadian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911*703*7*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>
              <w:t>kordrostami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9014914*12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9113*2*300</w:t>
            </w:r>
          </w:p>
        </w:tc>
        <w:tc>
          <w:tcPr>
            <w:tcW w:type="dxa" w:w="1728"/>
          </w:tcPr>
          <w:p>
            <w:r>
              <w:t>K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91111*0170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rxshd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91**49**10</w:t>
            </w:r>
          </w:p>
        </w:tc>
        <w:tc>
          <w:tcPr>
            <w:tcW w:type="dxa" w:w="1728"/>
          </w:tcPr>
          <w:p>
            <w:r>
              <w:t>@z_arab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93*13*02*1</w:t>
            </w:r>
          </w:p>
        </w:tc>
        <w:tc>
          <w:tcPr>
            <w:tcW w:type="dxa" w:w="1728"/>
          </w:tcPr>
          <w:p>
            <w:r>
              <w:t>اسدی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911271971*</w:t>
            </w:r>
          </w:p>
        </w:tc>
        <w:tc>
          <w:tcPr>
            <w:tcW w:type="dxa" w:w="1728"/>
          </w:tcPr>
          <w:p>
            <w:r>
              <w:t>تازیکه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939734*903</w:t>
            </w:r>
          </w:p>
        </w:tc>
        <w:tc>
          <w:tcPr>
            <w:tcW w:type="dxa" w:w="1728"/>
          </w:tcPr>
          <w:p>
            <w:r>
              <w:t>Masoud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Masoud6969696969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91*3*24*4*</w:t>
            </w:r>
          </w:p>
        </w:tc>
        <w:tc>
          <w:tcPr>
            <w:tcW w:type="dxa" w:w="1728"/>
          </w:tcPr>
          <w:p>
            <w:r>
              <w:t>Ahmadi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Majiid_Ahmadii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90321*3*97</w:t>
            </w:r>
          </w:p>
        </w:tc>
        <w:tc>
          <w:tcPr>
            <w:tcW w:type="dxa" w:w="1728"/>
          </w:tcPr>
          <w:p>
            <w:r>
              <w:t>AKKyungsoo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z5tyv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913242*14*</w:t>
            </w:r>
          </w:p>
        </w:tc>
        <w:tc>
          <w:tcPr>
            <w:tcW w:type="dxa" w:w="1728"/>
          </w:tcPr>
          <w:p>
            <w:r>
              <w:t>◔͜͡◔ ⓜⓐⓗⓢⓐ ◔͜͡◔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Mahsa94p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91*3734473</w:t>
            </w:r>
          </w:p>
        </w:tc>
        <w:tc>
          <w:tcPr>
            <w:tcW w:type="dxa" w:w="1728"/>
          </w:tcPr>
          <w:p>
            <w:r>
              <w:t>V.h.b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914010*4*4</w:t>
            </w:r>
          </w:p>
        </w:tc>
        <w:tc>
          <w:tcPr>
            <w:tcW w:type="dxa" w:w="1728"/>
          </w:tcPr>
          <w:p>
            <w:r>
              <w:t>بی نام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Tanha137300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93*3741**1</w:t>
            </w:r>
          </w:p>
        </w:tc>
        <w:tc>
          <w:tcPr>
            <w:tcW w:type="dxa" w:w="1728"/>
          </w:tcPr>
          <w:p>
            <w:r>
              <w:t>●Zohreh.Akbari●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91*0**0130</w:t>
            </w:r>
          </w:p>
        </w:tc>
        <w:tc>
          <w:tcPr>
            <w:tcW w:type="dxa" w:w="1728"/>
          </w:tcPr>
          <w:p>
            <w:r>
              <w:t>یاس سپید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Yasesepid99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91499*4944</w:t>
            </w:r>
          </w:p>
        </w:tc>
        <w:tc>
          <w:tcPr>
            <w:tcW w:type="dxa" w:w="1728"/>
          </w:tcPr>
          <w:p>
            <w:r>
              <w:t>Babək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BabakGahramani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913***239*</w:t>
            </w:r>
          </w:p>
        </w:tc>
        <w:tc>
          <w:tcPr>
            <w:tcW w:type="dxa" w:w="1728"/>
          </w:tcPr>
          <w:p>
            <w:r>
              <w:t>21545</w:t>
            </w:r>
          </w:p>
        </w:tc>
        <w:tc>
          <w:tcPr>
            <w:tcW w:type="dxa" w:w="1728"/>
          </w:tcPr>
          <w:p>
            <w:r>
              <w:t>21545</w:t>
            </w:r>
          </w:p>
        </w:tc>
        <w:tc>
          <w:tcPr>
            <w:tcW w:type="dxa" w:w="1728"/>
          </w:tcPr>
          <w:p>
            <w:r>
              <w:t>Noor5853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913*33*374</w:t>
            </w:r>
          </w:p>
        </w:tc>
        <w:tc>
          <w:tcPr>
            <w:tcW w:type="dxa" w:w="1728"/>
          </w:tcPr>
          <w:p>
            <w:r>
              <w:t>Mohamad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9037*07**2</w:t>
            </w:r>
          </w:p>
        </w:tc>
        <w:tc>
          <w:tcPr>
            <w:tcW w:type="dxa" w:w="1728"/>
          </w:tcPr>
          <w:p>
            <w:r>
              <w:t>💕💕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Udieitjdjshdh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91274391*7</w:t>
            </w:r>
          </w:p>
        </w:tc>
        <w:tc>
          <w:tcPr>
            <w:tcW w:type="dxa" w:w="1728"/>
          </w:tcPr>
          <w:p>
            <w:r>
              <w:t>Jahanmahin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Mmmmqqqqq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91***0393*</w:t>
            </w:r>
          </w:p>
        </w:tc>
        <w:tc>
          <w:tcPr>
            <w:tcW w:type="dxa" w:w="1728"/>
          </w:tcPr>
          <w:p>
            <w:r>
              <w:t>Nasrollah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910*42*92*</w:t>
            </w:r>
          </w:p>
        </w:tc>
        <w:tc>
          <w:tcPr>
            <w:tcW w:type="dxa" w:w="1728"/>
          </w:tcPr>
          <w:p>
            <w:r>
              <w:t>˙·٠•●♥Baharan♥●•٠·˙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91**3194*2</w:t>
            </w:r>
          </w:p>
        </w:tc>
        <w:tc>
          <w:tcPr>
            <w:tcW w:type="dxa" w:w="1728"/>
          </w:tcPr>
          <w:p>
            <w:r>
              <w:t>م 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91*72*791*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PaeezHZ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91*7*3049*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Shima66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  <w:tr>
        <w:tc>
          <w:tcPr>
            <w:tcW w:type="dxa" w:w="1728"/>
          </w:tcPr>
          <w:p>
            <w:r>
              <w:t>91*0**23*3</w:t>
            </w:r>
          </w:p>
        </w:tc>
        <w:tc>
          <w:tcPr>
            <w:tcW w:type="dxa" w:w="1728"/>
          </w:tcPr>
          <w:p>
            <w:r>
              <w:t>سالار</w:t>
            </w:r>
          </w:p>
        </w:tc>
        <w:tc>
          <w:tcPr>
            <w:tcW w:type="dxa" w:w="1728"/>
          </w:tcPr>
          <w:p>
            <w:r>
              <w:t>نوری</w:t>
            </w:r>
          </w:p>
        </w:tc>
        <w:tc>
          <w:tcPr>
            <w:tcW w:type="dxa" w:w="1728"/>
          </w:tcPr>
          <w:p>
            <w:r>
              <w:t>s_n_ah_n</w:t>
            </w:r>
          </w:p>
        </w:tc>
        <w:tc>
          <w:tcPr>
            <w:tcW w:type="dxa" w:w="1728"/>
          </w:tcPr>
          <w:p>
            <w:r>
              <w:t>گروه مدیران و معاونان کشور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گروه مدیران و معاونان کشور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