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متخصصین دوربین‌مداربسته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متخصصین دوربین‌مداربسته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93*29*0*3*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.Khosravi</w:t>
            </w:r>
          </w:p>
        </w:tc>
        <w:tc>
          <w:tcPr>
            <w:tcW w:type="dxa" w:w="1728"/>
          </w:tcPr>
          <w:p>
            <w:r>
              <w:t>mchr_khsvi_nvnd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903**40309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samira_69sa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921*0**043</w:t>
            </w:r>
          </w:p>
        </w:tc>
        <w:tc>
          <w:tcPr>
            <w:tcW w:type="dxa" w:w="1728"/>
          </w:tcPr>
          <w:p>
            <w:r>
              <w:t>Busiines</w:t>
            </w:r>
          </w:p>
        </w:tc>
        <w:tc>
          <w:tcPr>
            <w:tcW w:type="dxa" w:w="1728"/>
          </w:tcPr>
          <w:p>
            <w:r>
              <w:t>Man</w:t>
            </w:r>
          </w:p>
        </w:tc>
        <w:tc>
          <w:tcPr>
            <w:tcW w:type="dxa" w:w="1728"/>
          </w:tcPr>
          <w:p>
            <w:r>
              <w:t>Busiines_man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937*2*2111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sjrixx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93*21*339*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nasab_rasht1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911370917*</w:t>
            </w:r>
          </w:p>
        </w:tc>
        <w:tc>
          <w:tcPr>
            <w:tcW w:type="dxa" w:w="1728"/>
          </w:tcPr>
          <w:p>
            <w:r>
              <w:t>Shahrokh</w:t>
            </w:r>
          </w:p>
        </w:tc>
        <w:tc>
          <w:tcPr>
            <w:tcW w:type="dxa" w:w="1728"/>
          </w:tcPr>
          <w:p>
            <w:r>
              <w:t>Tolouei</w:t>
            </w:r>
          </w:p>
        </w:tc>
        <w:tc>
          <w:tcPr>
            <w:tcW w:type="dxa" w:w="1728"/>
          </w:tcPr>
          <w:p>
            <w:r>
              <w:t>shahrokhtolouie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9120*400**</w:t>
            </w:r>
          </w:p>
        </w:tc>
        <w:tc>
          <w:tcPr>
            <w:tcW w:type="dxa" w:w="1728"/>
          </w:tcPr>
          <w:p>
            <w:r>
              <w:t>Cctv</w:t>
            </w:r>
          </w:p>
        </w:tc>
        <w:tc>
          <w:tcPr>
            <w:tcW w:type="dxa" w:w="1728"/>
          </w:tcPr>
          <w:p>
            <w:r>
              <w:t>Dpi</w:t>
            </w:r>
          </w:p>
        </w:tc>
        <w:tc>
          <w:tcPr>
            <w:tcW w:type="dxa" w:w="1728"/>
          </w:tcPr>
          <w:p>
            <w:r>
              <w:t>cctvdpi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93317*719*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mohamma199i4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939124972*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a_mousavi_66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933***4*94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fiesta_ford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912**0***2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Nazari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93*2*739**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sadegh_khaleghpour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9170441*17</w:t>
            </w:r>
          </w:p>
        </w:tc>
        <w:tc>
          <w:tcPr>
            <w:tcW w:type="dxa" w:w="1728"/>
          </w:tcPr>
          <w:p>
            <w:r>
              <w:t>ل</w:t>
            </w:r>
          </w:p>
        </w:tc>
        <w:tc>
          <w:tcPr>
            <w:tcW w:type="dxa" w:w="1728"/>
          </w:tcPr>
          <w:p>
            <w:r>
              <w:t>ب</w:t>
            </w:r>
          </w:p>
        </w:tc>
        <w:tc>
          <w:tcPr>
            <w:tcW w:type="dxa" w:w="1728"/>
          </w:tcPr>
          <w:p>
            <w:r>
              <w:t>vahid83177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93922204*7</w:t>
            </w:r>
          </w:p>
        </w:tc>
        <w:tc>
          <w:tcPr>
            <w:tcW w:type="dxa" w:w="1728"/>
          </w:tcPr>
          <w:p>
            <w:r>
              <w:t>[̲̅M̲̅][̲̅A̲̅][̲̅H̲̅][̲̅D̲̅][̲̅I̲̅]#CosmoBear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Mehdiooooo_1379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93*92**940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Valiasr_sanat_admin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9191241099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Saeedfarahani1234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91**37**1*</w:t>
            </w:r>
          </w:p>
        </w:tc>
        <w:tc>
          <w:tcPr>
            <w:tcW w:type="dxa" w:w="1728"/>
          </w:tcPr>
          <w:p>
            <w:r>
              <w:t>Bartardesign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mah_ab_63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910977*279</w:t>
            </w:r>
          </w:p>
        </w:tc>
        <w:tc>
          <w:tcPr>
            <w:tcW w:type="dxa" w:w="1728"/>
          </w:tcPr>
          <w:p>
            <w:r>
              <w:t>CCTV, security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Didpad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9124*49*37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barazande</w:t>
            </w:r>
          </w:p>
        </w:tc>
        <w:tc>
          <w:tcPr>
            <w:tcW w:type="dxa" w:w="1728"/>
          </w:tcPr>
          <w:p>
            <w:r>
              <w:t>moh_barazande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9122*709*4</w:t>
            </w:r>
          </w:p>
        </w:tc>
        <w:tc>
          <w:tcPr>
            <w:tcW w:type="dxa" w:w="1728"/>
          </w:tcPr>
          <w:p>
            <w:r>
              <w:t>Shahriar</w:t>
            </w:r>
          </w:p>
        </w:tc>
        <w:tc>
          <w:tcPr>
            <w:tcW w:type="dxa" w:w="1728"/>
          </w:tcPr>
          <w:p>
            <w:r>
              <w:t>Gharib</w:t>
            </w:r>
          </w:p>
        </w:tc>
        <w:tc>
          <w:tcPr>
            <w:tcW w:type="dxa" w:w="1728"/>
          </w:tcPr>
          <w:p>
            <w:r>
              <w:t>shahriargharib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911194323*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>
              <w:t>Ghasempour</w:t>
            </w:r>
          </w:p>
        </w:tc>
        <w:tc>
          <w:tcPr>
            <w:tcW w:type="dxa" w:w="1728"/>
          </w:tcPr>
          <w:p>
            <w:r>
              <w:t>SOHEIL_GSP1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902292272*</w:t>
            </w:r>
          </w:p>
        </w:tc>
        <w:tc>
          <w:tcPr>
            <w:tcW w:type="dxa" w:w="1728"/>
          </w:tcPr>
          <w:p>
            <w:r>
              <w:t>‌ıllı سـیستم هـای امـنیتــی و نـظارتــی دیــد ایــمن ıllı</w:t>
            </w:r>
          </w:p>
        </w:tc>
        <w:tc>
          <w:tcPr>
            <w:tcW w:type="dxa" w:w="1728"/>
          </w:tcPr>
          <w:p>
            <w:r>
              <w:t>🇸​🇦​🇫​🇪​ 🇻​🇮​🇸​🇮​🇴​🇳​</w:t>
            </w:r>
          </w:p>
        </w:tc>
        <w:tc>
          <w:tcPr>
            <w:tcW w:type="dxa" w:w="1728"/>
          </w:tcPr>
          <w:p>
            <w:r>
              <w:t>SafeVisionCCTV2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9300927792</w:t>
            </w:r>
          </w:p>
        </w:tc>
        <w:tc>
          <w:tcPr>
            <w:tcW w:type="dxa" w:w="1728"/>
          </w:tcPr>
          <w:p>
            <w:r>
              <w:t>کارشناس فروش شرکت سام ایران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Samiran_mahmodi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93*0240011</w:t>
            </w:r>
          </w:p>
        </w:tc>
        <w:tc>
          <w:tcPr>
            <w:tcW w:type="dxa" w:w="1728"/>
          </w:tcPr>
          <w:p>
            <w:r>
              <w:t>[̲̅o̲̅][̲̅m̲̅][̲̅i̲̅][̲̅d̲̅]!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omidi12133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93**7*20**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Oskuei_Shop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91234*744*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Amini</w:t>
            </w:r>
          </w:p>
        </w:tc>
        <w:tc>
          <w:tcPr>
            <w:tcW w:type="dxa" w:w="1728"/>
          </w:tcPr>
          <w:p>
            <w:r>
              <w:t>rrezaaminiii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90*7347733</w:t>
            </w:r>
          </w:p>
        </w:tc>
        <w:tc>
          <w:tcPr>
            <w:tcW w:type="dxa" w:w="1728"/>
          </w:tcPr>
          <w:p>
            <w:r>
              <w:t>Cheshm 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9120***297</w:t>
            </w:r>
          </w:p>
        </w:tc>
        <w:tc>
          <w:tcPr>
            <w:tcW w:type="dxa" w:w="1728"/>
          </w:tcPr>
          <w:p>
            <w:r>
              <w:t>S1037S</w:t>
            </w:r>
          </w:p>
        </w:tc>
        <w:tc>
          <w:tcPr>
            <w:tcW w:type="dxa" w:w="1728"/>
          </w:tcPr>
          <w:p>
            <w:r>
              <w:t>???$€t@R€???</w:t>
            </w:r>
          </w:p>
        </w:tc>
        <w:tc>
          <w:tcPr>
            <w:tcW w:type="dxa" w:w="1728"/>
          </w:tcPr>
          <w:p>
            <w:r>
              <w:t>S1037S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9039104093</w:t>
            </w:r>
          </w:p>
        </w:tc>
        <w:tc>
          <w:tcPr>
            <w:tcW w:type="dxa" w:w="1728"/>
          </w:tcPr>
          <w:p>
            <w:r>
              <w:t>ایران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Dadepardaz_behrad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930****7*0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احمدی シ</w:t>
            </w:r>
          </w:p>
        </w:tc>
        <w:tc>
          <w:tcPr>
            <w:tcW w:type="dxa" w:w="1728"/>
          </w:tcPr>
          <w:p>
            <w:r>
              <w:t>beautiness_writer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93747*110*</w:t>
            </w:r>
          </w:p>
        </w:tc>
        <w:tc>
          <w:tcPr>
            <w:tcW w:type="dxa" w:w="1728"/>
          </w:tcPr>
          <w:p>
            <w:r>
              <w:t>mohammad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mmd_eleinorr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91*704430*</w:t>
            </w:r>
          </w:p>
        </w:tc>
        <w:tc>
          <w:tcPr>
            <w:tcW w:type="dxa" w:w="1728"/>
          </w:tcPr>
          <w:p>
            <w:r>
              <w:t>ret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may_pro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921702100*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Mohammadgarusi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9214243**4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91900****2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Rezayirad</w:t>
            </w:r>
          </w:p>
        </w:tc>
        <w:tc>
          <w:tcPr>
            <w:tcW w:type="dxa" w:w="1728"/>
          </w:tcPr>
          <w:p>
            <w:r>
              <w:t>Omidrezayirad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919*007319</w:t>
            </w:r>
          </w:p>
        </w:tc>
        <w:tc>
          <w:tcPr>
            <w:tcW w:type="dxa" w:w="1728"/>
          </w:tcPr>
          <w:p>
            <w:r>
              <w:t>ⓣⓞⓡⓐⓑⓘ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Eng_torabi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914904*302</w:t>
            </w:r>
          </w:p>
        </w:tc>
        <w:tc>
          <w:tcPr>
            <w:tcW w:type="dxa" w:w="1728"/>
          </w:tcPr>
          <w:p>
            <w:r>
              <w:t>Mehdi shakori</w:t>
            </w:r>
          </w:p>
        </w:tc>
        <w:tc>
          <w:tcPr>
            <w:tcW w:type="dxa" w:w="1728"/>
          </w:tcPr>
          <w:p>
            <w:r>
              <w:t>دوربین مداربسته</w:t>
            </w:r>
          </w:p>
        </w:tc>
        <w:tc>
          <w:tcPr>
            <w:tcW w:type="dxa" w:w="1728"/>
          </w:tcPr>
          <w:p>
            <w:r>
              <w:t>Mehdishakurimaku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9130093017</w:t>
            </w:r>
          </w:p>
        </w:tc>
        <w:tc>
          <w:tcPr>
            <w:tcW w:type="dxa" w:w="1728"/>
          </w:tcPr>
          <w:p>
            <w:r>
              <w:t>mb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Wordcamera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922*7732*9</w:t>
            </w:r>
          </w:p>
        </w:tc>
        <w:tc>
          <w:tcPr>
            <w:tcW w:type="dxa" w:w="1728"/>
          </w:tcPr>
          <w:p>
            <w:r>
              <w:t>9226773289</w:t>
            </w:r>
          </w:p>
        </w:tc>
        <w:tc>
          <w:tcPr>
            <w:tcW w:type="dxa" w:w="1728"/>
          </w:tcPr>
          <w:p>
            <w:r>
              <w:t>9226773289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93*4**2974</w:t>
            </w:r>
          </w:p>
        </w:tc>
        <w:tc>
          <w:tcPr>
            <w:tcW w:type="dxa" w:w="1728"/>
          </w:tcPr>
          <w:p>
            <w:r>
              <w:t>Hesam</w:t>
            </w:r>
          </w:p>
        </w:tc>
        <w:tc>
          <w:tcPr>
            <w:tcW w:type="dxa" w:w="1728"/>
          </w:tcPr>
          <w:p>
            <w:r>
              <w:t>Sobhani</w:t>
            </w:r>
          </w:p>
        </w:tc>
        <w:tc>
          <w:tcPr>
            <w:tcW w:type="dxa" w:w="1728"/>
          </w:tcPr>
          <w:p>
            <w:r>
              <w:t>hesamsobhani69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93*4*4171*</w:t>
            </w:r>
          </w:p>
        </w:tc>
        <w:tc>
          <w:tcPr>
            <w:tcW w:type="dxa" w:w="1728"/>
          </w:tcPr>
          <w:p>
            <w:r>
              <w:t>AlisghaR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A_Hasanzadeh72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9124**742*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Parichehr</w:t>
            </w:r>
          </w:p>
        </w:tc>
        <w:tc>
          <w:tcPr>
            <w:tcW w:type="dxa" w:w="1728"/>
          </w:tcPr>
          <w:p>
            <w:r>
              <w:t>Vahidparichehr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93**2*9930</w:t>
            </w:r>
          </w:p>
        </w:tc>
        <w:tc>
          <w:tcPr>
            <w:tcW w:type="dxa" w:w="1728"/>
          </w:tcPr>
          <w:p>
            <w:r>
              <w:t>adreh</w:t>
            </w:r>
          </w:p>
        </w:tc>
        <w:tc>
          <w:tcPr>
            <w:tcW w:type="dxa" w:w="1728"/>
          </w:tcPr>
          <w:p>
            <w:r>
              <w:t>Company</w:t>
            </w:r>
          </w:p>
        </w:tc>
        <w:tc>
          <w:tcPr>
            <w:tcW w:type="dxa" w:w="1728"/>
          </w:tcPr>
          <w:p>
            <w:r>
              <w:t>adrehco35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91330*9*4*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Sharifyreza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90292*90*0</w:t>
            </w:r>
          </w:p>
        </w:tc>
        <w:tc>
          <w:tcPr>
            <w:tcW w:type="dxa" w:w="1728"/>
          </w:tcPr>
          <w:p>
            <w:r>
              <w:t>Davood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DSH270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90*2307137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donyam1200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912*44**2*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>
              <w:t>Hamidi</w:t>
            </w:r>
          </w:p>
        </w:tc>
        <w:tc>
          <w:tcPr>
            <w:tcW w:type="dxa" w:w="1728"/>
          </w:tcPr>
          <w:p>
            <w:r>
              <w:t>Y_Hamidi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9392272*90</w:t>
            </w:r>
          </w:p>
        </w:tc>
        <w:tc>
          <w:tcPr>
            <w:tcW w:type="dxa" w:w="1728"/>
          </w:tcPr>
          <w:p>
            <w:r>
              <w:t>hooman🕉</w:t>
            </w:r>
          </w:p>
        </w:tc>
        <w:tc>
          <w:tcPr>
            <w:tcW w:type="dxa" w:w="1728"/>
          </w:tcPr>
          <w:p>
            <w:r>
              <w:t>Biabani</w:t>
            </w:r>
          </w:p>
        </w:tc>
        <w:tc>
          <w:tcPr>
            <w:tcW w:type="dxa" w:w="1728"/>
          </w:tcPr>
          <w:p>
            <w:r>
              <w:t>Hoomanbiabani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93*9192202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Naderi</w:t>
            </w:r>
          </w:p>
        </w:tc>
        <w:tc>
          <w:tcPr>
            <w:tcW w:type="dxa" w:w="1728"/>
          </w:tcPr>
          <w:p>
            <w:r>
              <w:t>harpakusa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9119**1*2*</w:t>
            </w:r>
          </w:p>
        </w:tc>
        <w:tc>
          <w:tcPr>
            <w:tcW w:type="dxa" w:w="1728"/>
          </w:tcPr>
          <w:p>
            <w:r>
              <w:t>ha3an</w:t>
            </w:r>
          </w:p>
        </w:tc>
        <w:tc>
          <w:tcPr>
            <w:tcW w:type="dxa" w:w="1728"/>
          </w:tcPr>
          <w:p>
            <w:r>
              <w:t>gorzin</w:t>
            </w:r>
          </w:p>
        </w:tc>
        <w:tc>
          <w:tcPr>
            <w:tcW w:type="dxa" w:w="1728"/>
          </w:tcPr>
          <w:p>
            <w:r>
              <w:t>ha3angorzin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901*342992</w:t>
            </w:r>
          </w:p>
        </w:tc>
        <w:tc>
          <w:tcPr>
            <w:tcW w:type="dxa" w:w="1728"/>
          </w:tcPr>
          <w:p>
            <w:r>
              <w:t>فـًٍَؒؔـــً͜͡℘َؒؔـاطمـًٍـً͜͡ღـَ۪۪ٜ۪۪۪ٜؒؔـهؒ͜͡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juzmin78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93**0344*4</w:t>
            </w:r>
          </w:p>
        </w:tc>
        <w:tc>
          <w:tcPr>
            <w:tcW w:type="dxa" w:w="1728"/>
          </w:tcPr>
          <w:p>
            <w:r>
              <w:t>شاهیین 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Shahinix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9307192*07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Forosh_golpania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912*90**04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Ehsanfarahani69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93**0013*3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Ghani2323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93*4292424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Mosafer909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922703*10*</w:t>
            </w:r>
          </w:p>
        </w:tc>
        <w:tc>
          <w:tcPr>
            <w:tcW w:type="dxa" w:w="1728"/>
          </w:tcPr>
          <w:p>
            <w:r>
              <w:t>Mester</w:t>
            </w:r>
          </w:p>
        </w:tc>
        <w:tc>
          <w:tcPr>
            <w:tcW w:type="dxa" w:w="1728"/>
          </w:tcPr>
          <w:p>
            <w:r>
              <w:t>Who</w:t>
            </w:r>
          </w:p>
        </w:tc>
        <w:tc>
          <w:tcPr>
            <w:tcW w:type="dxa" w:w="1728"/>
          </w:tcPr>
          <w:p>
            <w:r>
              <w:t>YNiazi80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933***392*</w:t>
            </w:r>
          </w:p>
        </w:tc>
        <w:tc>
          <w:tcPr>
            <w:tcW w:type="dxa" w:w="1728"/>
          </w:tcPr>
          <w:p>
            <w:r>
              <w:t>گروه مهندسی امن گستر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AmnGostar_Group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9119040*34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قلی زاده بورا</w:t>
            </w:r>
          </w:p>
        </w:tc>
        <w:tc>
          <w:tcPr>
            <w:tcW w:type="dxa" w:w="1728"/>
          </w:tcPr>
          <w:p>
            <w:r>
              <w:t>saeedgholizadehboora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919*9*3743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Azizi</w:t>
            </w:r>
          </w:p>
        </w:tc>
        <w:tc>
          <w:tcPr>
            <w:tcW w:type="dxa" w:w="1728"/>
          </w:tcPr>
          <w:p>
            <w:r>
              <w:t>Behzad_azizi90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921**91103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(cctvaria)</w:t>
            </w:r>
          </w:p>
        </w:tc>
        <w:tc>
          <w:tcPr>
            <w:tcW w:type="dxa" w:w="1728"/>
          </w:tcPr>
          <w:p>
            <w:r>
              <w:t>javadi0921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93*770204*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R3ZEDPV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9192007*23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>
              <w:t>Hejrani</w:t>
            </w:r>
          </w:p>
        </w:tc>
        <w:tc>
          <w:tcPr>
            <w:tcW w:type="dxa" w:w="1728"/>
          </w:tcPr>
          <w:p>
            <w:r>
              <w:t>Navidhejrani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93*0**2**3</w:t>
            </w:r>
          </w:p>
        </w:tc>
        <w:tc>
          <w:tcPr>
            <w:tcW w:type="dxa" w:w="1728"/>
          </w:tcPr>
          <w:p>
            <w:r>
              <w:t>(¯`*•.امین باغچقی.•*´¯)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A13741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903199192*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91*3*23707</w:t>
            </w:r>
          </w:p>
        </w:tc>
        <w:tc>
          <w:tcPr>
            <w:tcW w:type="dxa" w:w="1728"/>
          </w:tcPr>
          <w:p>
            <w:r>
              <w:t>Ali.o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Ali_Engineering_Electronic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9139**9700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Nanook</w:t>
            </w:r>
          </w:p>
        </w:tc>
        <w:tc>
          <w:tcPr>
            <w:tcW w:type="dxa" w:w="1728"/>
          </w:tcPr>
          <w:p>
            <w:r>
              <w:t>mehdi_afshari66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93*4***2*9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Aghanoori23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930011***0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Abbbassd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9127332**3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>
              <w:t>ii</w:t>
            </w:r>
          </w:p>
        </w:tc>
        <w:tc>
          <w:tcPr>
            <w:tcW w:type="dxa" w:w="1728"/>
          </w:tcPr>
          <w:p>
            <w:r>
              <w:t>Ziiiiamt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912*1***73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N.P</w:t>
            </w:r>
          </w:p>
        </w:tc>
        <w:tc>
          <w:tcPr>
            <w:tcW w:type="dxa" w:w="1728"/>
          </w:tcPr>
          <w:p>
            <w:r>
              <w:t>namasazan_pouya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91240*3*12</w:t>
            </w:r>
          </w:p>
        </w:tc>
        <w:tc>
          <w:tcPr>
            <w:tcW w:type="dxa" w:w="1728"/>
          </w:tcPr>
          <w:p>
            <w:r>
              <w:t>Payam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Payam_saadat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922242*3**</w:t>
            </w:r>
          </w:p>
        </w:tc>
        <w:tc>
          <w:tcPr>
            <w:tcW w:type="dxa" w:w="1728"/>
          </w:tcPr>
          <w:p>
            <w:r>
              <w:t>narges</w:t>
            </w:r>
          </w:p>
        </w:tc>
        <w:tc>
          <w:tcPr>
            <w:tcW w:type="dxa" w:w="1728"/>
          </w:tcPr>
          <w:p>
            <w:r>
              <w:t>gerami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9197122091</w:t>
            </w:r>
          </w:p>
        </w:tc>
        <w:tc>
          <w:tcPr>
            <w:tcW w:type="dxa" w:w="1728"/>
          </w:tcPr>
          <w:p>
            <w:r>
              <w:t>Hp</w:t>
            </w:r>
          </w:p>
        </w:tc>
        <w:tc>
          <w:tcPr>
            <w:tcW w:type="dxa" w:w="1728"/>
          </w:tcPr>
          <w:p>
            <w:r>
              <w:t>سیسکو</w:t>
            </w:r>
          </w:p>
        </w:tc>
        <w:tc>
          <w:tcPr>
            <w:tcW w:type="dxa" w:w="1728"/>
          </w:tcPr>
          <w:p>
            <w:r>
              <w:t>Omidtoloei2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91*****077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Rajabi</w:t>
            </w:r>
          </w:p>
        </w:tc>
        <w:tc>
          <w:tcPr>
            <w:tcW w:type="dxa" w:w="1728"/>
          </w:tcPr>
          <w:p>
            <w:r>
              <w:t>ARajabi1986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9391*27970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>
              <w:t>hashemi</w:t>
            </w:r>
          </w:p>
        </w:tc>
        <w:tc>
          <w:tcPr>
            <w:tcW w:type="dxa" w:w="1728"/>
          </w:tcPr>
          <w:p>
            <w:r>
              <w:t>hashemi145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939*410*32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bioisbio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9101*00410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Sofi</w:t>
            </w:r>
          </w:p>
        </w:tc>
        <w:tc>
          <w:tcPr>
            <w:tcW w:type="dxa" w:w="1728"/>
          </w:tcPr>
          <w:p>
            <w:r>
              <w:t>Mohammads00007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91**194340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M4340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  <w:tr>
        <w:tc>
          <w:tcPr>
            <w:tcW w:type="dxa" w:w="1728"/>
          </w:tcPr>
          <w:p>
            <w:r>
              <w:t>912**1*922</w:t>
            </w:r>
          </w:p>
        </w:tc>
        <w:tc>
          <w:tcPr>
            <w:tcW w:type="dxa" w:w="1728"/>
          </w:tcPr>
          <w:p>
            <w:r>
              <w:t>Emad</w:t>
            </w:r>
          </w:p>
        </w:tc>
        <w:tc>
          <w:tcPr>
            <w:tcW w:type="dxa" w:w="1728"/>
          </w:tcPr>
          <w:p>
            <w:r>
              <w:t>Hidmoradi</w:t>
            </w:r>
          </w:p>
        </w:tc>
        <w:tc>
          <w:tcPr>
            <w:tcW w:type="dxa" w:w="1728"/>
          </w:tcPr>
          <w:p>
            <w:r>
              <w:t>HidmoradiEmad</w:t>
            </w:r>
          </w:p>
        </w:tc>
        <w:tc>
          <w:tcPr>
            <w:tcW w:type="dxa" w:w="1728"/>
          </w:tcPr>
          <w:p>
            <w:r>
              <w:t>گروه متخصصین دوربین‌مداربسته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متخصصین دوربین‌مداربسته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