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عمده فروشان (بازار ۱۵ خرداد) تهران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عمده فروشان (بازار ۱۵ خرداد) تهران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93***21022</w:t>
            </w:r>
          </w:p>
        </w:tc>
        <w:tc>
          <w:tcPr>
            <w:tcW w:type="dxa" w:w="1728"/>
          </w:tcPr>
          <w:p>
            <w:r>
              <w:t>ونداد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jafari_vandad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992341*09*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Esmaeeili</w:t>
            </w:r>
          </w:p>
        </w:tc>
        <w:tc>
          <w:tcPr>
            <w:tcW w:type="dxa" w:w="1728"/>
          </w:tcPr>
          <w:p>
            <w:r>
              <w:t>Ehsanesmaeeili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91**1111*9</w:t>
            </w:r>
          </w:p>
        </w:tc>
        <w:tc>
          <w:tcPr>
            <w:tcW w:type="dxa" w:w="1728"/>
          </w:tcPr>
          <w:p>
            <w:r>
              <w:t>Mori</w:t>
            </w:r>
          </w:p>
        </w:tc>
        <w:tc>
          <w:tcPr>
            <w:tcW w:type="dxa" w:w="1728"/>
          </w:tcPr>
          <w:p>
            <w:r>
              <w:t>Sabeti</w:t>
            </w:r>
          </w:p>
        </w:tc>
        <w:tc>
          <w:tcPr>
            <w:tcW w:type="dxa" w:w="1728"/>
          </w:tcPr>
          <w:p>
            <w:r>
              <w:t>nikatoy_sale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9103120*4*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.........</w:t>
            </w:r>
          </w:p>
        </w:tc>
        <w:tc>
          <w:tcPr>
            <w:tcW w:type="dxa" w:w="1728"/>
          </w:tcPr>
          <w:p>
            <w:r>
              <w:t>Babak546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912**43207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Citytoysadmin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919**44*04</w:t>
            </w:r>
          </w:p>
        </w:tc>
        <w:tc>
          <w:tcPr>
            <w:tcW w:type="dxa" w:w="1728"/>
          </w:tcPr>
          <w:p>
            <w:r>
              <w:t>╰⊱♥️⊱╮ღ꧁ mosal꧂ღ╭⊱♥️≺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Mosal347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9123*29740</w:t>
            </w:r>
          </w:p>
        </w:tc>
        <w:tc>
          <w:tcPr>
            <w:tcW w:type="dxa" w:w="1728"/>
          </w:tcPr>
          <w:p>
            <w:r>
              <w:t>@ احمد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912**2*117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>
              <w:t>Ebrahimveisy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917**47423</w:t>
            </w:r>
          </w:p>
        </w:tc>
        <w:tc>
          <w:tcPr>
            <w:tcW w:type="dxa" w:w="1728"/>
          </w:tcPr>
          <w:p>
            <w:r>
              <w:t>فرزاد</w:t>
            </w:r>
          </w:p>
        </w:tc>
        <w:tc>
          <w:tcPr>
            <w:tcW w:type="dxa" w:w="1728"/>
          </w:tcPr>
          <w:p>
            <w:r>
              <w:t>فیروزی</w:t>
            </w:r>
          </w:p>
        </w:tc>
        <w:tc>
          <w:tcPr>
            <w:tcW w:type="dxa" w:w="1728"/>
          </w:tcPr>
          <w:p>
            <w:r>
              <w:t>farzadfiroozi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91223*04**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pmsuzuki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93314*9740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Naser_moein7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93723*4*0*</w:t>
            </w:r>
          </w:p>
        </w:tc>
        <w:tc>
          <w:tcPr>
            <w:tcW w:type="dxa" w:w="1728"/>
          </w:tcPr>
          <w:p>
            <w:r>
              <w:t>ஜ۩۩ஜ ṃṓḧḁṃḁḓ 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Mohamad460865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9120241*20</w:t>
            </w:r>
          </w:p>
        </w:tc>
        <w:tc>
          <w:tcPr>
            <w:tcW w:type="dxa" w:w="1728"/>
          </w:tcPr>
          <w:p>
            <w:r>
              <w:t>S_K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S3869S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91*32****1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Hamidagha1320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912*9339*7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عزت آبادی پور</w:t>
            </w:r>
          </w:p>
        </w:tc>
        <w:tc>
          <w:tcPr>
            <w:tcW w:type="dxa" w:w="1728"/>
          </w:tcPr>
          <w:p>
            <w:r>
              <w:t>amir_ezatabadi_poor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9101**944*</w:t>
            </w:r>
          </w:p>
        </w:tc>
        <w:tc>
          <w:tcPr>
            <w:tcW w:type="dxa" w:w="1728"/>
          </w:tcPr>
          <w:p>
            <w:r>
              <w:t>R.Sh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91*92*7*72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masood7572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93*9797**9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msiavash72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902*100**0</w:t>
            </w:r>
          </w:p>
        </w:tc>
        <w:tc>
          <w:tcPr>
            <w:tcW w:type="dxa" w:w="1728"/>
          </w:tcPr>
          <w:p>
            <w:r>
              <w:t>بابک</w:t>
            </w:r>
          </w:p>
        </w:tc>
        <w:tc>
          <w:tcPr>
            <w:tcW w:type="dxa" w:w="1728"/>
          </w:tcPr>
          <w:p>
            <w:r>
              <w:t>شرکت پولاد</w:t>
            </w:r>
          </w:p>
        </w:tc>
        <w:tc>
          <w:tcPr>
            <w:tcW w:type="dxa" w:w="1728"/>
          </w:tcPr>
          <w:p>
            <w:r>
              <w:t>babakara09026100650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93*9*344*7</w:t>
            </w:r>
          </w:p>
        </w:tc>
        <w:tc>
          <w:tcPr>
            <w:tcW w:type="dxa" w:w="1728"/>
          </w:tcPr>
          <w:p>
            <w:r>
              <w:t>..‌‌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Hageh123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91239*0904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Amirmonshizadeh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93***391*9</w:t>
            </w:r>
          </w:p>
        </w:tc>
        <w:tc>
          <w:tcPr>
            <w:tcW w:type="dxa" w:w="1728"/>
          </w:tcPr>
          <w:p>
            <w:r>
              <w:t>ɱiℓªժ🕷ҚυƦd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Aedan07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937*****19</w:t>
            </w:r>
          </w:p>
        </w:tc>
        <w:tc>
          <w:tcPr>
            <w:tcW w:type="dxa" w:w="1728"/>
          </w:tcPr>
          <w:p>
            <w:r>
              <w:t>تحریر و یکبارمصرف صابری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tahriroyekbarmasraf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9333*02**7</w:t>
            </w:r>
          </w:p>
        </w:tc>
        <w:tc>
          <w:tcPr>
            <w:tcW w:type="dxa" w:w="1728"/>
          </w:tcPr>
          <w:p>
            <w:r>
              <w:t>hamidazari25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hamidazari25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91972112*4</w:t>
            </w:r>
          </w:p>
        </w:tc>
        <w:tc>
          <w:tcPr>
            <w:tcW w:type="dxa" w:w="1728"/>
          </w:tcPr>
          <w:p>
            <w:r>
              <w:t>@AF.perfume2018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91212*02*7</w:t>
            </w:r>
          </w:p>
        </w:tc>
        <w:tc>
          <w:tcPr>
            <w:tcW w:type="dxa" w:w="1728"/>
          </w:tcPr>
          <w:p>
            <w:r>
              <w:t>اخبار بيمه🇮🇷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bamabash99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91221**1*0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mortezaazizian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912*4*32*0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9037393709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93****0494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mohammadtkd79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910*900*97</w:t>
            </w:r>
          </w:p>
        </w:tc>
        <w:tc>
          <w:tcPr>
            <w:tcW w:type="dxa" w:w="1728"/>
          </w:tcPr>
          <w:p>
            <w:r>
              <w:t>فروشگاه امینی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BardiaDta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912*237023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hoseyni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9032*1**9*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Mohammadradin1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912*202347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BM_monfared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93*9**232*</w:t>
            </w:r>
          </w:p>
        </w:tc>
        <w:tc>
          <w:tcPr>
            <w:tcW w:type="dxa" w:w="1728"/>
          </w:tcPr>
          <w:p>
            <w:r>
              <w:t>@narsis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91*241*397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Salmaninezhad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93349920*0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933*232747</w:t>
            </w:r>
          </w:p>
        </w:tc>
        <w:tc>
          <w:tcPr>
            <w:tcW w:type="dxa" w:w="1728"/>
          </w:tcPr>
          <w:p>
            <w:r>
              <w:t>سردار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93****7***</w:t>
            </w:r>
          </w:p>
        </w:tc>
        <w:tc>
          <w:tcPr>
            <w:tcW w:type="dxa" w:w="1728"/>
          </w:tcPr>
          <w:p>
            <w:r>
              <w:t>@//¡&amp;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Hellboyyyyyyyyy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91010*1*29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peyman0910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93*032*103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Aliyan</w:t>
            </w:r>
          </w:p>
        </w:tc>
        <w:tc>
          <w:tcPr>
            <w:tcW w:type="dxa" w:w="1728"/>
          </w:tcPr>
          <w:p>
            <w:r>
              <w:t>aliyan_com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9124039340</w:t>
            </w:r>
          </w:p>
        </w:tc>
        <w:tc>
          <w:tcPr>
            <w:tcW w:type="dxa" w:w="1728"/>
          </w:tcPr>
          <w:p>
            <w:r>
              <w:t>هاشم</w:t>
            </w:r>
          </w:p>
        </w:tc>
        <w:tc>
          <w:tcPr>
            <w:tcW w:type="dxa" w:w="1728"/>
          </w:tcPr>
          <w:p>
            <w:r>
              <w:t>شکرچی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991024*014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Physiologist9393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93****0**7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Shakoori</w:t>
            </w:r>
          </w:p>
        </w:tc>
        <w:tc>
          <w:tcPr>
            <w:tcW w:type="dxa" w:w="1728"/>
          </w:tcPr>
          <w:p>
            <w:r>
              <w:t>Ehsan_Shakoori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9377**3*1*</w:t>
            </w:r>
          </w:p>
        </w:tc>
        <w:tc>
          <w:tcPr>
            <w:tcW w:type="dxa" w:w="1728"/>
          </w:tcPr>
          <w:p>
            <w:r>
              <w:t>S.g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Ghaffari222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93*1*143*9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Delzhin01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9307223*7*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saaraa001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9127*24*2*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Azadi</w:t>
            </w:r>
          </w:p>
        </w:tc>
        <w:tc>
          <w:tcPr>
            <w:tcW w:type="dxa" w:w="1728"/>
          </w:tcPr>
          <w:p>
            <w:r>
              <w:t>Mazadi661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919441*929</w:t>
            </w:r>
          </w:p>
        </w:tc>
        <w:tc>
          <w:tcPr>
            <w:tcW w:type="dxa" w:w="1728"/>
          </w:tcPr>
          <w:p>
            <w:r>
              <w:t>HOBBY TOYS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Hasanzadehamirabbas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9190322*13</w:t>
            </w:r>
          </w:p>
        </w:tc>
        <w:tc>
          <w:tcPr>
            <w:tcW w:type="dxa" w:w="1728"/>
          </w:tcPr>
          <w:p>
            <w:r>
              <w:t>Network Expert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Advancedmessenger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91**779294</w:t>
            </w:r>
          </w:p>
        </w:tc>
        <w:tc>
          <w:tcPr>
            <w:tcW w:type="dxa" w:w="1728"/>
          </w:tcPr>
          <w:p>
            <w:r>
              <w:t>B.A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akikardo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917****7*3</w:t>
            </w:r>
          </w:p>
        </w:tc>
        <w:tc>
          <w:tcPr>
            <w:tcW w:type="dxa" w:w="1728"/>
          </w:tcPr>
          <w:p>
            <w:r>
              <w:t>⚓️دریا ساحل🌅 جنوب🌅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919*1*9*40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یاری</w:t>
            </w:r>
          </w:p>
        </w:tc>
        <w:tc>
          <w:tcPr>
            <w:tcW w:type="dxa" w:w="1728"/>
          </w:tcPr>
          <w:p>
            <w:r>
              <w:t>yari2626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91444**027</w:t>
            </w:r>
          </w:p>
        </w:tc>
        <w:tc>
          <w:tcPr>
            <w:tcW w:type="dxa" w:w="1728"/>
          </w:tcPr>
          <w:p>
            <w:r>
              <w:t>slp1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Reza_slp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91320*7*39</w:t>
            </w:r>
          </w:p>
        </w:tc>
        <w:tc>
          <w:tcPr>
            <w:tcW w:type="dxa" w:w="1728"/>
          </w:tcPr>
          <w:p>
            <w:r>
              <w:t>EDRIK</w:t>
            </w:r>
          </w:p>
        </w:tc>
        <w:tc>
          <w:tcPr>
            <w:tcW w:type="dxa" w:w="1728"/>
          </w:tcPr>
          <w:p>
            <w:r>
              <w:t>Co</w:t>
            </w:r>
          </w:p>
        </w:tc>
        <w:tc>
          <w:tcPr>
            <w:tcW w:type="dxa" w:w="1728"/>
          </w:tcPr>
          <w:p>
            <w:r>
              <w:t>edkco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93*4249*9*</w:t>
            </w:r>
          </w:p>
        </w:tc>
        <w:tc>
          <w:tcPr>
            <w:tcW w:type="dxa" w:w="1728"/>
          </w:tcPr>
          <w:p>
            <w:r>
              <w:t>Shayan</w:t>
            </w:r>
          </w:p>
        </w:tc>
        <w:tc>
          <w:tcPr>
            <w:tcW w:type="dxa" w:w="1728"/>
          </w:tcPr>
          <w:p>
            <w:r>
              <w:t>Sharifian</w:t>
            </w:r>
          </w:p>
        </w:tc>
        <w:tc>
          <w:tcPr>
            <w:tcW w:type="dxa" w:w="1728"/>
          </w:tcPr>
          <w:p>
            <w:r>
              <w:t>shayansharifian8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9133*91449</w:t>
            </w:r>
          </w:p>
        </w:tc>
        <w:tc>
          <w:tcPr>
            <w:tcW w:type="dxa" w:w="1728"/>
          </w:tcPr>
          <w:p>
            <w:r>
              <w:t>🄰🄻🄸🅁🄴🅉🄰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Alirezanext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93**37913*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Hamid_r9675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90274932**</w:t>
            </w:r>
          </w:p>
        </w:tc>
        <w:tc>
          <w:tcPr>
            <w:tcW w:type="dxa" w:w="1728"/>
          </w:tcPr>
          <w:p>
            <w:r>
              <w:t>جاوید شکاری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Javidshekar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914*2*7*39</w:t>
            </w:r>
          </w:p>
        </w:tc>
        <w:tc>
          <w:tcPr>
            <w:tcW w:type="dxa" w:w="1728"/>
          </w:tcPr>
          <w:p>
            <w:r>
              <w:t>Shamal</w:t>
            </w:r>
          </w:p>
        </w:tc>
        <w:tc>
          <w:tcPr>
            <w:tcW w:type="dxa" w:w="1728"/>
          </w:tcPr>
          <w:p>
            <w:r>
              <w:t>807</w:t>
            </w:r>
          </w:p>
        </w:tc>
        <w:tc>
          <w:tcPr>
            <w:tcW w:type="dxa" w:w="1728"/>
          </w:tcPr>
          <w:p>
            <w:r>
              <w:t>Shamal807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91*99*97*4</w:t>
            </w:r>
          </w:p>
        </w:tc>
        <w:tc>
          <w:tcPr>
            <w:tcW w:type="dxa" w:w="1728"/>
          </w:tcPr>
          <w:p>
            <w:r>
              <w:t>؟</w:t>
            </w:r>
          </w:p>
        </w:tc>
        <w:tc>
          <w:tcPr>
            <w:tcW w:type="dxa" w:w="1728"/>
          </w:tcPr>
          <w:p>
            <w:r>
              <w:t>؟</w:t>
            </w:r>
          </w:p>
        </w:tc>
        <w:tc>
          <w:tcPr>
            <w:tcW w:type="dxa" w:w="1728"/>
          </w:tcPr>
          <w:p>
            <w:r>
              <w:t>hedyesar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90**1*3344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amirranaei76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993*774330</w:t>
            </w:r>
          </w:p>
        </w:tc>
        <w:tc>
          <w:tcPr>
            <w:tcW w:type="dxa" w:w="1728"/>
          </w:tcPr>
          <w:p>
            <w:r>
              <w:t>علی 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910924*9*9</w:t>
            </w:r>
          </w:p>
        </w:tc>
        <w:tc>
          <w:tcPr>
            <w:tcW w:type="dxa" w:w="1728"/>
          </w:tcPr>
          <w:p>
            <w:r>
              <w:t>اکبر</w:t>
            </w:r>
          </w:p>
        </w:tc>
        <w:tc>
          <w:tcPr>
            <w:tcW w:type="dxa" w:w="1728"/>
          </w:tcPr>
          <w:p>
            <w:r>
              <w:t>امیرانی</w:t>
            </w:r>
          </w:p>
        </w:tc>
        <w:tc>
          <w:tcPr>
            <w:tcW w:type="dxa" w:w="1728"/>
          </w:tcPr>
          <w:p>
            <w:r>
              <w:t>a54ma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912**14*24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912*3*2749</w:t>
            </w:r>
          </w:p>
        </w:tc>
        <w:tc>
          <w:tcPr>
            <w:tcW w:type="dxa" w:w="1728"/>
          </w:tcPr>
          <w:p>
            <w:r>
              <w:t>palizcard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Palizcard66562877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91213*2143</w:t>
            </w:r>
          </w:p>
        </w:tc>
        <w:tc>
          <w:tcPr>
            <w:tcW w:type="dxa" w:w="1728"/>
          </w:tcPr>
          <w:p>
            <w:r>
              <w:t>احسان</w:t>
            </w:r>
          </w:p>
        </w:tc>
        <w:tc>
          <w:tcPr>
            <w:tcW w:type="dxa" w:w="1728"/>
          </w:tcPr>
          <w:p>
            <w:r>
              <w:t>واسعی</w:t>
            </w:r>
          </w:p>
        </w:tc>
        <w:tc>
          <w:tcPr>
            <w:tcW w:type="dxa" w:w="1728"/>
          </w:tcPr>
          <w:p>
            <w:r>
              <w:t>ehsanvasei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919**97079</w:t>
            </w:r>
          </w:p>
        </w:tc>
        <w:tc>
          <w:tcPr>
            <w:tcW w:type="dxa" w:w="1728"/>
          </w:tcPr>
          <w:p>
            <w:r>
              <w:t>Atefe.m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setarechintoys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91230*0229</w:t>
            </w:r>
          </w:p>
        </w:tc>
        <w:tc>
          <w:tcPr>
            <w:tcW w:type="dxa" w:w="1728"/>
          </w:tcPr>
          <w:p>
            <w:r>
              <w:t>Alireza🛢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AMOTLAGH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93990*2***</w:t>
            </w:r>
          </w:p>
        </w:tc>
        <w:tc>
          <w:tcPr>
            <w:tcW w:type="dxa" w:w="1728"/>
          </w:tcPr>
          <w:p>
            <w:r>
              <w:t>موسسه مالی و حسابداری فرهیختگان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Amirrrzamoazami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9133*7*22*</w:t>
            </w:r>
          </w:p>
        </w:tc>
        <w:tc>
          <w:tcPr>
            <w:tcW w:type="dxa" w:w="1728"/>
          </w:tcPr>
          <w:p>
            <w:r>
              <w:t>نکویی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rezanekouhi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93732***1*</w:t>
            </w:r>
          </w:p>
        </w:tc>
        <w:tc>
          <w:tcPr>
            <w:tcW w:type="dxa" w:w="1728"/>
          </w:tcPr>
          <w:p>
            <w:r>
              <w:t>Ho3en0744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Ho3en0744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91014**27*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amiri2821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9134097*29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91203731*3</w:t>
            </w:r>
          </w:p>
        </w:tc>
        <w:tc>
          <w:tcPr>
            <w:tcW w:type="dxa" w:w="1728"/>
          </w:tcPr>
          <w:p>
            <w:r>
              <w:t>parsa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parsaviii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90299*300*</w:t>
            </w:r>
          </w:p>
        </w:tc>
        <w:tc>
          <w:tcPr>
            <w:tcW w:type="dxa" w:w="1728"/>
          </w:tcPr>
          <w:p>
            <w:r>
              <w:t>اسماعیل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92031*7*04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Modabber</w:t>
            </w:r>
          </w:p>
        </w:tc>
        <w:tc>
          <w:tcPr>
            <w:tcW w:type="dxa" w:w="1728"/>
          </w:tcPr>
          <w:p>
            <w:r>
              <w:t>Hadimodaber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912472*304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Ebrahim_mokhtari12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91494201*1</w:t>
            </w:r>
          </w:p>
        </w:tc>
        <w:tc>
          <w:tcPr>
            <w:tcW w:type="dxa" w:w="1728"/>
          </w:tcPr>
          <w:p>
            <w:r>
              <w:t>بنفشه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Lawazemestok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  <w:tr>
        <w:tc>
          <w:tcPr>
            <w:tcW w:type="dxa" w:w="1728"/>
          </w:tcPr>
          <w:p>
            <w:r>
              <w:t>939173*931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Mohamadansari59</w:t>
            </w:r>
          </w:p>
        </w:tc>
        <w:tc>
          <w:tcPr>
            <w:tcW w:type="dxa" w:w="1728"/>
          </w:tcPr>
          <w:p>
            <w:r>
              <w:t>گروه عمده فروشان (بازار ۱۵ خرداد) تهران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عمده فروشان (بازار ۱۵ خرداد) تهران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