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گروه شیپور تربت حیدریه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گروه شیپور تربت حیدریه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903*212403</w:t>
            </w:r>
          </w:p>
        </w:tc>
        <w:tc>
          <w:tcPr>
            <w:tcW w:type="dxa" w:w="1728"/>
          </w:tcPr>
          <w:p>
            <w:r>
              <w:t>🤟M A H D I🤟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MAHDI_VOLVO_FH12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901**04149</w:t>
            </w:r>
          </w:p>
        </w:tc>
        <w:tc>
          <w:tcPr>
            <w:tcW w:type="dxa" w:w="1728"/>
          </w:tcPr>
          <w:p>
            <w:r>
              <w:t>OMID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Omidsheybani76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91*71**134</w:t>
            </w:r>
          </w:p>
        </w:tc>
        <w:tc>
          <w:tcPr>
            <w:tcW w:type="dxa" w:w="1728"/>
          </w:tcPr>
          <w:p>
            <w:r>
              <w:t>محمد واحمد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9333*99432</w:t>
            </w:r>
          </w:p>
        </w:tc>
        <w:tc>
          <w:tcPr>
            <w:tcW w:type="dxa" w:w="1728"/>
          </w:tcPr>
          <w:p>
            <w:r>
              <w:t>Falgir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Giti9098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93*7*0*771</w:t>
            </w:r>
          </w:p>
        </w:tc>
        <w:tc>
          <w:tcPr>
            <w:tcW w:type="dxa" w:w="1728"/>
          </w:tcPr>
          <w:p>
            <w:r>
              <w:t>F.dalkhan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91*4171749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Hesam1749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91*92***43</w:t>
            </w:r>
          </w:p>
        </w:tc>
        <w:tc>
          <w:tcPr>
            <w:tcW w:type="dxa" w:w="1728"/>
          </w:tcPr>
          <w:p>
            <w:r>
              <w:t>عباس</w:t>
            </w:r>
          </w:p>
        </w:tc>
        <w:tc>
          <w:tcPr>
            <w:tcW w:type="dxa" w:w="1728"/>
          </w:tcPr>
          <w:p>
            <w:r>
              <w:t>نوروزی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9331072474</w:t>
            </w:r>
          </w:p>
        </w:tc>
        <w:tc>
          <w:tcPr>
            <w:tcW w:type="dxa" w:w="1728"/>
          </w:tcPr>
          <w:p>
            <w:r>
              <w:t>T.D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TD2050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91*931**09</w:t>
            </w:r>
          </w:p>
        </w:tc>
        <w:tc>
          <w:tcPr>
            <w:tcW w:type="dxa" w:w="1728"/>
          </w:tcPr>
          <w:p>
            <w:r>
              <w:t>خدمات آرماتور بندی وقالب بندی قانع مهدی قرایی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991*3*1*20</w:t>
            </w:r>
          </w:p>
        </w:tc>
        <w:tc>
          <w:tcPr>
            <w:tcW w:type="dxa" w:w="1728"/>
          </w:tcPr>
          <w:p>
            <w:r>
              <w:t>Par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91*13*103*</w:t>
            </w:r>
          </w:p>
        </w:tc>
        <w:tc>
          <w:tcPr>
            <w:tcW w:type="dxa" w:w="1728"/>
          </w:tcPr>
          <w:p>
            <w:r>
              <w:t>غلامحسن</w:t>
            </w:r>
          </w:p>
        </w:tc>
        <w:tc>
          <w:tcPr>
            <w:tcW w:type="dxa" w:w="1728"/>
          </w:tcPr>
          <w:p>
            <w:r>
              <w:t>شریعتی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93*74**14*</w:t>
            </w:r>
          </w:p>
        </w:tc>
        <w:tc>
          <w:tcPr>
            <w:tcW w:type="dxa" w:w="1728"/>
          </w:tcPr>
          <w:p>
            <w:r>
              <w:t>M-_-M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m_m5146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91***23**7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93*7997*23</w:t>
            </w:r>
          </w:p>
        </w:tc>
        <w:tc>
          <w:tcPr>
            <w:tcW w:type="dxa" w:w="1728"/>
          </w:tcPr>
          <w:p>
            <w:r>
              <w:t>?سلطان?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91***9*001</w:t>
            </w:r>
          </w:p>
        </w:tc>
        <w:tc>
          <w:tcPr>
            <w:tcW w:type="dxa" w:w="1728"/>
          </w:tcPr>
          <w:p>
            <w:r>
              <w:t>viki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Best_viki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91*930*2**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91*0799*77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rahh61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9103927491</w:t>
            </w:r>
          </w:p>
        </w:tc>
        <w:tc>
          <w:tcPr>
            <w:tcW w:type="dxa" w:w="1728"/>
          </w:tcPr>
          <w:p>
            <w:r>
              <w:t>𝓨𝓮𝓰𝓪𝓷𝓮𝓱 𝓼𝓪𝓭𝓪𝓽❤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yeganehsadat13688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90*0*431**</w:t>
            </w:r>
          </w:p>
        </w:tc>
        <w:tc>
          <w:tcPr>
            <w:tcW w:type="dxa" w:w="1728"/>
          </w:tcPr>
          <w:p>
            <w:r>
              <w:t>?</w:t>
            </w:r>
          </w:p>
        </w:tc>
        <w:tc>
          <w:tcPr>
            <w:tcW w:type="dxa" w:w="1728"/>
          </w:tcPr>
          <w:p>
            <w:r>
              <w:t>bahar?</w:t>
            </w:r>
          </w:p>
        </w:tc>
        <w:tc>
          <w:tcPr>
            <w:tcW w:type="dxa" w:w="1728"/>
          </w:tcPr>
          <w:p>
            <w:r>
              <w:t>bahar81111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91*4**417*</w:t>
            </w:r>
          </w:p>
        </w:tc>
        <w:tc>
          <w:tcPr>
            <w:tcW w:type="dxa" w:w="1728"/>
          </w:tcPr>
          <w:p>
            <w:r>
              <w:t>(((Aynazzz)))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Aynaz99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92297**49*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93**0*00**</w:t>
            </w:r>
          </w:p>
        </w:tc>
        <w:tc>
          <w:tcPr>
            <w:tcW w:type="dxa" w:w="1728"/>
          </w:tcPr>
          <w:p>
            <w:r>
              <w:t>@Zeinab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zeynab8791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92241*9334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Mrreza137176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9334191*29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fatemeh_h1372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9029*93***</w:t>
            </w:r>
          </w:p>
        </w:tc>
        <w:tc>
          <w:tcPr>
            <w:tcW w:type="dxa" w:w="1728"/>
          </w:tcPr>
          <w:p>
            <w:r>
              <w:t>fz.nz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dfggggdfgyt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91*1333303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91**2431**</w:t>
            </w:r>
          </w:p>
        </w:tc>
        <w:tc>
          <w:tcPr>
            <w:tcW w:type="dxa" w:w="1728"/>
          </w:tcPr>
          <w:p>
            <w:r>
              <w:t>[̶꯭͞͞͞͞͞͞🐣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senoramobi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91*99**2*7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91*3327707</w:t>
            </w:r>
          </w:p>
        </w:tc>
        <w:tc>
          <w:tcPr>
            <w:tcW w:type="dxa" w:w="1728"/>
          </w:tcPr>
          <w:p>
            <w:r>
              <w:t>فروغی مقدم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ebrahim332332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91**12*04*</w:t>
            </w:r>
          </w:p>
        </w:tc>
        <w:tc>
          <w:tcPr>
            <w:tcW w:type="dxa" w:w="1728"/>
          </w:tcPr>
          <w:p>
            <w:r>
              <w:t>عشقم محمدویوسف</w:t>
            </w:r>
          </w:p>
        </w:tc>
        <w:tc>
          <w:tcPr>
            <w:tcW w:type="dxa" w:w="1728"/>
          </w:tcPr>
          <w:p>
            <w:r>
              <w:t>:…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91*92**20*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93*7**7992</w:t>
            </w:r>
          </w:p>
        </w:tc>
        <w:tc>
          <w:tcPr>
            <w:tcW w:type="dxa" w:w="1728"/>
          </w:tcPr>
          <w:p>
            <w:r>
              <w:t>Ho3¡n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930*74*9**</w:t>
            </w:r>
          </w:p>
        </w:tc>
        <w:tc>
          <w:tcPr>
            <w:tcW w:type="dxa" w:w="1728"/>
          </w:tcPr>
          <w:p>
            <w:r>
              <w:t>مهتاب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sevengroupkashan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91*0492422</w:t>
            </w:r>
          </w:p>
        </w:tc>
        <w:tc>
          <w:tcPr>
            <w:tcW w:type="dxa" w:w="1728"/>
          </w:tcPr>
          <w:p>
            <w:r>
              <w:t>Hasan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930420*147</w:t>
            </w:r>
          </w:p>
        </w:tc>
        <w:tc>
          <w:tcPr>
            <w:tcW w:type="dxa" w:w="1728"/>
          </w:tcPr>
          <w:p>
            <w:r>
              <w:t>Amirali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Amir_ali_sabaghzadeh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93*0477**9</w:t>
            </w:r>
          </w:p>
        </w:tc>
        <w:tc>
          <w:tcPr>
            <w:tcW w:type="dxa" w:w="1728"/>
          </w:tcPr>
          <w:p>
            <w:r>
              <w:t>مریم</w:t>
            </w:r>
          </w:p>
        </w:tc>
        <w:tc>
          <w:tcPr>
            <w:tcW w:type="dxa" w:w="1728"/>
          </w:tcPr>
          <w:p>
            <w:r>
              <w:t>موسوی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91*3320**2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91*22419**</w:t>
            </w:r>
          </w:p>
        </w:tc>
        <w:tc>
          <w:tcPr>
            <w:tcW w:type="dxa" w:w="1728"/>
          </w:tcPr>
          <w:p>
            <w:r>
              <w:t>A.A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91**2*334*</w:t>
            </w:r>
          </w:p>
        </w:tc>
        <w:tc>
          <w:tcPr>
            <w:tcW w:type="dxa" w:w="1728"/>
          </w:tcPr>
          <w:p>
            <w:r>
              <w:t>M nojavan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93793*9*21</w:t>
            </w:r>
          </w:p>
        </w:tc>
        <w:tc>
          <w:tcPr>
            <w:tcW w:type="dxa" w:w="1728"/>
          </w:tcPr>
          <w:p>
            <w:r>
              <w:t>زینب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93*242*034</w:t>
            </w:r>
          </w:p>
        </w:tc>
        <w:tc>
          <w:tcPr>
            <w:tcW w:type="dxa" w:w="1728"/>
          </w:tcPr>
          <w:p>
            <w:r>
              <w:t>ساندویچ جهاد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90107130*9</w:t>
            </w:r>
          </w:p>
        </w:tc>
        <w:tc>
          <w:tcPr>
            <w:tcW w:type="dxa" w:w="1728"/>
          </w:tcPr>
          <w:p>
            <w:r>
              <w:t>😍😍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elnaz10600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90331277**</w:t>
            </w:r>
          </w:p>
        </w:tc>
        <w:tc>
          <w:tcPr>
            <w:tcW w:type="dxa" w:w="1728"/>
          </w:tcPr>
          <w:p>
            <w:r>
              <w:t>ѺℳЇÐ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omid7768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91**312*11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>
              <w:t>عبدالله زاده</w:t>
            </w:r>
          </w:p>
        </w:tc>
        <w:tc>
          <w:tcPr>
            <w:tcW w:type="dxa" w:w="1728"/>
          </w:tcPr>
          <w:p>
            <w:r>
              <w:t>M_aliabdollahi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91*9*30**1</w:t>
            </w:r>
          </w:p>
        </w:tc>
        <w:tc>
          <w:tcPr>
            <w:tcW w:type="dxa" w:w="1728"/>
          </w:tcPr>
          <w:p>
            <w:r>
              <w:t>داداشی</w:t>
            </w:r>
          </w:p>
        </w:tc>
        <w:tc>
          <w:tcPr>
            <w:tcW w:type="dxa" w:w="1728"/>
          </w:tcPr>
          <w:p>
            <w:r>
              <w:t>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93**7****3</w:t>
            </w:r>
          </w:p>
        </w:tc>
        <w:tc>
          <w:tcPr>
            <w:tcW w:type="dxa" w:w="1728"/>
          </w:tcPr>
          <w:p>
            <w:r>
              <w:t>Neda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Shaheen_arab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93***4*493</w:t>
            </w:r>
          </w:p>
        </w:tc>
        <w:tc>
          <w:tcPr>
            <w:tcW w:type="dxa" w:w="1728"/>
          </w:tcPr>
          <w:p>
            <w:r>
              <w:t>محمدالیاس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91*24**097</w:t>
            </w:r>
          </w:p>
        </w:tc>
        <w:tc>
          <w:tcPr>
            <w:tcW w:type="dxa" w:w="1728"/>
          </w:tcPr>
          <w:p>
            <w:r>
              <w:t>@زندگی و سخت نگیر...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AaErfan1996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91**31*442</w:t>
            </w:r>
          </w:p>
        </w:tc>
        <w:tc>
          <w:tcPr>
            <w:tcW w:type="dxa" w:w="1728"/>
          </w:tcPr>
          <w:p>
            <w:r>
              <w:t>elyas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El63gh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93991*9*72</w:t>
            </w:r>
          </w:p>
        </w:tc>
        <w:tc>
          <w:tcPr>
            <w:tcW w:type="dxa" w:w="1728"/>
          </w:tcPr>
          <w:p>
            <w:r>
              <w:t>ֆձյձժ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Sajadm1377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901313*209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an_abbasi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93**31*171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91*7111*9*</w:t>
            </w:r>
          </w:p>
        </w:tc>
        <w:tc>
          <w:tcPr>
            <w:tcW w:type="dxa" w:w="1728"/>
          </w:tcPr>
          <w:p>
            <w:r>
              <w:t>💕Nafiseh.z💕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9399312*2*</w:t>
            </w:r>
          </w:p>
        </w:tc>
        <w:tc>
          <w:tcPr>
            <w:tcW w:type="dxa" w:w="1728"/>
          </w:tcPr>
          <w:p>
            <w:r>
              <w:t>ρε$αƦακ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pesarak_18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93**10*001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90*4*21**3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91*4*17***</w:t>
            </w:r>
          </w:p>
        </w:tc>
        <w:tc>
          <w:tcPr>
            <w:tcW w:type="dxa" w:w="1728"/>
          </w:tcPr>
          <w:p>
            <w:r>
              <w:t>نِّـُّ℘ـʘ͜͡سَـٖٖـۘۘـیـٖٖـۘۘـُِمُِـٖٖـۘۘـُِ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Nasim701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9394133747</w:t>
            </w:r>
          </w:p>
        </w:tc>
        <w:tc>
          <w:tcPr>
            <w:tcW w:type="dxa" w:w="1728"/>
          </w:tcPr>
          <w:p>
            <w:r>
              <w:t>Amirhosein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91**1**94*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93***0*1*0</w:t>
            </w:r>
          </w:p>
        </w:tc>
        <w:tc>
          <w:tcPr>
            <w:tcW w:type="dxa" w:w="1728"/>
          </w:tcPr>
          <w:p>
            <w:r>
              <w:t>۰۰۰۰۰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9397*73*11</w:t>
            </w:r>
          </w:p>
        </w:tc>
        <w:tc>
          <w:tcPr>
            <w:tcW w:type="dxa" w:w="1728"/>
          </w:tcPr>
          <w:p>
            <w:r>
              <w:t>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Rezazebardas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91*70211*1</w:t>
            </w:r>
          </w:p>
        </w:tc>
        <w:tc>
          <w:tcPr>
            <w:tcW w:type="dxa" w:w="1728"/>
          </w:tcPr>
          <w:p>
            <w:r>
              <w:t>Rasool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Rsadeghi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91*13120*3</w:t>
            </w:r>
          </w:p>
        </w:tc>
        <w:tc>
          <w:tcPr>
            <w:tcW w:type="dxa" w:w="1728"/>
          </w:tcPr>
          <w:p>
            <w:r>
              <w:t>Mahmoud.M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91*130*197</w:t>
            </w:r>
          </w:p>
        </w:tc>
        <w:tc>
          <w:tcPr>
            <w:tcW w:type="dxa" w:w="1728"/>
          </w:tcPr>
          <w:p>
            <w:r>
              <w:t>محمد حسین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hossein11261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93**344494</w:t>
            </w:r>
          </w:p>
        </w:tc>
        <w:tc>
          <w:tcPr>
            <w:tcW w:type="dxa" w:w="1728"/>
          </w:tcPr>
          <w:p>
            <w:r>
              <w:t>behzad</w:t>
            </w:r>
          </w:p>
        </w:tc>
        <w:tc>
          <w:tcPr>
            <w:tcW w:type="dxa" w:w="1728"/>
          </w:tcPr>
          <w:p>
            <w:r>
              <w:t>beigy</w:t>
            </w:r>
          </w:p>
        </w:tc>
        <w:tc>
          <w:tcPr>
            <w:tcW w:type="dxa" w:w="1728"/>
          </w:tcPr>
          <w:p>
            <w:r>
              <w:t>beigi_behzad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91*30947*4</w:t>
            </w:r>
          </w:p>
        </w:tc>
        <w:tc>
          <w:tcPr>
            <w:tcW w:type="dxa" w:w="1728"/>
          </w:tcPr>
          <w:p>
            <w:r>
              <w:t>حسین</w:t>
            </w:r>
          </w:p>
        </w:tc>
        <w:tc>
          <w:tcPr>
            <w:tcW w:type="dxa" w:w="1728"/>
          </w:tcPr>
          <w:p>
            <w:r>
              <w:t>افسری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91**79*02*</w:t>
            </w:r>
          </w:p>
        </w:tc>
        <w:tc>
          <w:tcPr>
            <w:tcW w:type="dxa" w:w="1728"/>
          </w:tcPr>
          <w:p>
            <w:r>
              <w:t>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93**44**34</w:t>
            </w:r>
          </w:p>
        </w:tc>
        <w:tc>
          <w:tcPr>
            <w:tcW w:type="dxa" w:w="1728"/>
          </w:tcPr>
          <w:p>
            <w:r>
              <w:t>هدیه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H8634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91*1303*39</w:t>
            </w:r>
          </w:p>
        </w:tc>
        <w:tc>
          <w:tcPr>
            <w:tcW w:type="dxa" w:w="1728"/>
          </w:tcPr>
          <w:p>
            <w:r>
              <w:t>دلگرم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93*77**171</w:t>
            </w:r>
          </w:p>
        </w:tc>
        <w:tc>
          <w:tcPr>
            <w:tcW w:type="dxa" w:w="1728"/>
          </w:tcPr>
          <w:p>
            <w:r>
              <w:t>KH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933*119347</w:t>
            </w:r>
          </w:p>
        </w:tc>
        <w:tc>
          <w:tcPr>
            <w:tcW w:type="dxa" w:w="1728"/>
          </w:tcPr>
          <w:p>
            <w:r>
              <w:t>?Tinaw?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Tinaw_7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91***3*477</w:t>
            </w:r>
          </w:p>
        </w:tc>
        <w:tc>
          <w:tcPr>
            <w:tcW w:type="dxa" w:w="1728"/>
          </w:tcPr>
          <w:p>
            <w:r>
              <w:t>n_khoojeh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937*747920</w:t>
            </w:r>
          </w:p>
        </w:tc>
        <w:tc>
          <w:tcPr>
            <w:tcW w:type="dxa" w:w="1728"/>
          </w:tcPr>
          <w:p>
            <w:r>
              <w:t>زهره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zo13522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91**24*91*</w:t>
            </w:r>
          </w:p>
        </w:tc>
        <w:tc>
          <w:tcPr>
            <w:tcW w:type="dxa" w:w="1728"/>
          </w:tcPr>
          <w:p>
            <w:r>
              <w:t>mehri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91***22920</w:t>
            </w:r>
          </w:p>
        </w:tc>
        <w:tc>
          <w:tcPr>
            <w:tcW w:type="dxa" w:w="1728"/>
          </w:tcPr>
          <w:p>
            <w:r>
              <w:t>الناز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93*2017909</w:t>
            </w:r>
          </w:p>
        </w:tc>
        <w:tc>
          <w:tcPr>
            <w:tcW w:type="dxa" w:w="1728"/>
          </w:tcPr>
          <w:p>
            <w:r>
              <w:t>Esii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91**31*230</w:t>
            </w:r>
          </w:p>
        </w:tc>
        <w:tc>
          <w:tcPr>
            <w:tcW w:type="dxa" w:w="1728"/>
          </w:tcPr>
          <w:p>
            <w:r>
              <w:t>ابوالفضل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9013**2292</w:t>
            </w:r>
          </w:p>
        </w:tc>
        <w:tc>
          <w:tcPr>
            <w:tcW w:type="dxa" w:w="1728"/>
          </w:tcPr>
          <w:p>
            <w:r>
              <w:t>?F...❤...h?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Amour_f78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91*2347**1</w:t>
            </w:r>
          </w:p>
        </w:tc>
        <w:tc>
          <w:tcPr>
            <w:tcW w:type="dxa" w:w="1728"/>
          </w:tcPr>
          <w:p>
            <w:r>
              <w:t>Samaneh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S_m_neh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  <w:tr>
        <w:tc>
          <w:tcPr>
            <w:tcW w:type="dxa" w:w="1728"/>
          </w:tcPr>
          <w:p>
            <w:r>
              <w:t>93*20**023</w:t>
            </w:r>
          </w:p>
        </w:tc>
        <w:tc>
          <w:tcPr>
            <w:tcW w:type="dxa" w:w="1728"/>
          </w:tcPr>
          <w:p>
            <w:r>
              <w:t>rez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rezaw85</w:t>
            </w:r>
          </w:p>
        </w:tc>
        <w:tc>
          <w:tcPr>
            <w:tcW w:type="dxa" w:w="1728"/>
          </w:tcPr>
          <w:p>
            <w:r>
              <w:t>گروه شیپور تربت حیدریه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گروه شیپور تربت حیدریه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