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سوالات درسی و آموزشی حقوقدانان ایران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سوالات درسی و آموزشی حقوقدانان ایران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9030*27313</w:t>
            </w:r>
          </w:p>
        </w:tc>
        <w:tc>
          <w:tcPr>
            <w:tcW w:type="dxa" w:w="1728"/>
          </w:tcPr>
          <w:p>
            <w:r>
              <w:t>✨armaghan heydari shzirazi✨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armaghan_hdy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9100*3*002</w:t>
            </w:r>
          </w:p>
        </w:tc>
        <w:tc>
          <w:tcPr>
            <w:tcW w:type="dxa" w:w="1728"/>
          </w:tcPr>
          <w:p>
            <w:r>
              <w:t>رتبه۹ آزمون وکالت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Moshaverghanonyar3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922704*773</w:t>
            </w:r>
          </w:p>
        </w:tc>
        <w:tc>
          <w:tcPr>
            <w:tcW w:type="dxa" w:w="1728"/>
          </w:tcPr>
          <w:p>
            <w:r>
              <w:t>ʂαԋαɾ🎭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R_sah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914**232*1</w:t>
            </w:r>
          </w:p>
        </w:tc>
        <w:tc>
          <w:tcPr>
            <w:tcW w:type="dxa" w:w="1728"/>
          </w:tcPr>
          <w:p>
            <w:r>
              <w:t>❤❤❤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91*02*3117</w:t>
            </w:r>
          </w:p>
        </w:tc>
        <w:tc>
          <w:tcPr>
            <w:tcW w:type="dxa" w:w="1728"/>
          </w:tcPr>
          <w:p>
            <w:r>
              <w:t>طَلا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talazfr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93**1*0019</w:t>
            </w:r>
          </w:p>
        </w:tc>
        <w:tc>
          <w:tcPr>
            <w:tcW w:type="dxa" w:w="1728"/>
          </w:tcPr>
          <w:p>
            <w:r>
              <w:t>Hana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Hanaa1524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910219711*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Mojtaba_razzaghi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91*9*9**2*</w:t>
            </w:r>
          </w:p>
        </w:tc>
        <w:tc>
          <w:tcPr>
            <w:tcW w:type="dxa" w:w="1728"/>
          </w:tcPr>
          <w:p>
            <w:r>
              <w:t>Z.ਖ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zkhosraviiiiii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91*1227173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>
              <w:t>alimardani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93*7******</w:t>
            </w:r>
          </w:p>
        </w:tc>
        <w:tc>
          <w:tcPr>
            <w:tcW w:type="dxa" w:w="1728"/>
          </w:tcPr>
          <w:p>
            <w:r>
              <w:t>Sajad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Sajadgil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91**14**0*</w:t>
            </w:r>
          </w:p>
        </w:tc>
        <w:tc>
          <w:tcPr>
            <w:tcW w:type="dxa" w:w="1728"/>
          </w:tcPr>
          <w:p>
            <w:r>
              <w:t>Z.h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Khrazavi1401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9191*37***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Abbasi</w:t>
            </w:r>
          </w:p>
        </w:tc>
        <w:tc>
          <w:tcPr>
            <w:tcW w:type="dxa" w:w="1728"/>
          </w:tcPr>
          <w:p>
            <w:r>
              <w:t>HosseinRezaAbbasi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913420***7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91347*443*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>
              <w:t>soleymani 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990493***1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>
              <w:t>عبدالله پور</w:t>
            </w:r>
          </w:p>
        </w:tc>
        <w:tc>
          <w:tcPr>
            <w:tcW w:type="dxa" w:w="1728"/>
          </w:tcPr>
          <w:p>
            <w:r>
              <w:t>ahmadabdollahpourlawyer1367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991*3**042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91*3***20*</w:t>
            </w:r>
          </w:p>
        </w:tc>
        <w:tc>
          <w:tcPr>
            <w:tcW w:type="dxa" w:w="1728"/>
          </w:tcPr>
          <w:p>
            <w:r>
              <w:t>Seyed Hossein</w:t>
            </w:r>
          </w:p>
        </w:tc>
        <w:tc>
          <w:tcPr>
            <w:tcW w:type="dxa" w:w="1728"/>
          </w:tcPr>
          <w:p>
            <w:r>
              <w:t>Baghi</w:t>
            </w:r>
          </w:p>
        </w:tc>
        <w:tc>
          <w:tcPr>
            <w:tcW w:type="dxa" w:w="1728"/>
          </w:tcPr>
          <w:p>
            <w:r>
              <w:t>Seyedhosseinbaghi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912247307*</w:t>
            </w:r>
          </w:p>
        </w:tc>
        <w:tc>
          <w:tcPr>
            <w:tcW w:type="dxa" w:w="1728"/>
          </w:tcPr>
          <w:p>
            <w:r>
              <w:t>Farogh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Farogh_sed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91279*1934</w:t>
            </w:r>
          </w:p>
        </w:tc>
        <w:tc>
          <w:tcPr>
            <w:tcW w:type="dxa" w:w="1728"/>
          </w:tcPr>
          <w:p>
            <w:r>
              <w:t>Shadmehr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Shadmehrw2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9214*091*0</w:t>
            </w:r>
          </w:p>
        </w:tc>
        <w:tc>
          <w:tcPr>
            <w:tcW w:type="dxa" w:w="1728"/>
          </w:tcPr>
          <w:p>
            <w:r>
              <w:t>Khalil Khoshrou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Khalil_Khoshrou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919**937*3</w:t>
            </w:r>
          </w:p>
        </w:tc>
        <w:tc>
          <w:tcPr>
            <w:tcW w:type="dxa" w:w="1728"/>
          </w:tcPr>
          <w:p>
            <w:r>
              <w:t>جوانی المثنی ندارد.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Shahriar7501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91117*7219</w:t>
            </w:r>
          </w:p>
        </w:tc>
        <w:tc>
          <w:tcPr>
            <w:tcW w:type="dxa" w:w="1728"/>
          </w:tcPr>
          <w:p>
            <w:r>
              <w:t>Mrs.mari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mari7219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9193121*31</w:t>
            </w:r>
          </w:p>
        </w:tc>
        <w:tc>
          <w:tcPr>
            <w:tcW w:type="dxa" w:w="1728"/>
          </w:tcPr>
          <w:p>
            <w:r>
              <w:t>23732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Shamerza19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93*29**2*9</w:t>
            </w:r>
          </w:p>
        </w:tc>
        <w:tc>
          <w:tcPr>
            <w:tcW w:type="dxa" w:w="1728"/>
          </w:tcPr>
          <w:p>
            <w:r>
              <w:t>Sasha (AmirAbbas)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SAAShA2000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912471372*</w:t>
            </w:r>
          </w:p>
        </w:tc>
        <w:tc>
          <w:tcPr>
            <w:tcW w:type="dxa" w:w="1728"/>
          </w:tcPr>
          <w:p>
            <w:r>
              <w:t>Sare Fooladi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Sare240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913**03*32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Hogogdanaan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93**0*74**</w:t>
            </w:r>
          </w:p>
        </w:tc>
        <w:tc>
          <w:tcPr>
            <w:tcW w:type="dxa" w:w="1728"/>
          </w:tcPr>
          <w:p>
            <w:r>
              <w:t>👑 ali 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Aaaaaaaa20239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9027**702*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Darabi</w:t>
            </w:r>
          </w:p>
        </w:tc>
        <w:tc>
          <w:tcPr>
            <w:tcW w:type="dxa" w:w="1728"/>
          </w:tcPr>
          <w:p>
            <w:r>
              <w:t>MaryamDarabi1368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9111**74*4</w:t>
            </w:r>
          </w:p>
        </w:tc>
        <w:tc>
          <w:tcPr>
            <w:tcW w:type="dxa" w:w="1728"/>
          </w:tcPr>
          <w:p>
            <w:r>
              <w:t>🐾بنیامین رفعتی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beni1055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919737799*</w:t>
            </w:r>
          </w:p>
        </w:tc>
        <w:tc>
          <w:tcPr>
            <w:tcW w:type="dxa" w:w="1728"/>
          </w:tcPr>
          <w:p>
            <w:r>
              <w:t>Elnaz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ElnazJamshidian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9114**1**4</w:t>
            </w:r>
          </w:p>
        </w:tc>
        <w:tc>
          <w:tcPr>
            <w:tcW w:type="dxa" w:w="1728"/>
          </w:tcPr>
          <w:p>
            <w:r>
              <w:t>محمدی گیلانی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Civiil_mohammadi_gilani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9214*7**20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919**43713</w:t>
            </w:r>
          </w:p>
        </w:tc>
        <w:tc>
          <w:tcPr>
            <w:tcW w:type="dxa" w:w="1728"/>
          </w:tcPr>
          <w:p>
            <w:r>
              <w:t>تک درخت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991*3*2**3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sinaaaa_22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9032733292</w:t>
            </w:r>
          </w:p>
        </w:tc>
        <w:tc>
          <w:tcPr>
            <w:tcW w:type="dxa" w:w="1728"/>
          </w:tcPr>
          <w:p>
            <w:r>
              <w:t>محسن آزاد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AzadlW76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9124*347*1</w:t>
            </w:r>
          </w:p>
        </w:tc>
        <w:tc>
          <w:tcPr>
            <w:tcW w:type="dxa" w:w="1728"/>
          </w:tcPr>
          <w:p>
            <w:r>
              <w:t>Masood</w:t>
            </w:r>
          </w:p>
        </w:tc>
        <w:tc>
          <w:tcPr>
            <w:tcW w:type="dxa" w:w="1728"/>
          </w:tcPr>
          <w:p>
            <w:r>
              <w:t>Khadivi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937*932**7</w:t>
            </w:r>
          </w:p>
        </w:tc>
        <w:tc>
          <w:tcPr>
            <w:tcW w:type="dxa" w:w="1728"/>
          </w:tcPr>
          <w:p>
            <w:r>
              <w:t>🌸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9127233*9*</w:t>
            </w:r>
          </w:p>
        </w:tc>
        <w:tc>
          <w:tcPr>
            <w:tcW w:type="dxa" w:w="1728"/>
          </w:tcPr>
          <w:p>
            <w:r>
              <w:t>SHAHMAHDI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93003*32*2</w:t>
            </w:r>
          </w:p>
        </w:tc>
        <w:tc>
          <w:tcPr>
            <w:tcW w:type="dxa" w:w="1728"/>
          </w:tcPr>
          <w:p>
            <w:r>
              <w:t>•🧚•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dlooold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93044*3247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zahranasrola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912923*017</w:t>
            </w:r>
          </w:p>
        </w:tc>
        <w:tc>
          <w:tcPr>
            <w:tcW w:type="dxa" w:w="1728"/>
          </w:tcPr>
          <w:p>
            <w:r>
              <w:t>Bahareh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Bahareh_7495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91*9*7*7*1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mahdiisarikhani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9211*7*274</w:t>
            </w:r>
          </w:p>
        </w:tc>
        <w:tc>
          <w:tcPr>
            <w:tcW w:type="dxa" w:w="1728"/>
          </w:tcPr>
          <w:p>
            <w:r>
              <w:t>Seyed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Mousavi_717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933*77429*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919209720*</w:t>
            </w:r>
          </w:p>
        </w:tc>
        <w:tc>
          <w:tcPr>
            <w:tcW w:type="dxa" w:w="1728"/>
          </w:tcPr>
          <w:p>
            <w:r>
              <w:t>لادن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93*3029279</w:t>
            </w:r>
          </w:p>
        </w:tc>
        <w:tc>
          <w:tcPr>
            <w:tcW w:type="dxa" w:w="1728"/>
          </w:tcPr>
          <w:p>
            <w:r>
              <w:t>𝑀𝑎𝓇𝓎𝒶𝓂 •.•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Mrym_smz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919*0*10*0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ghari</w:t>
            </w:r>
          </w:p>
        </w:tc>
        <w:tc>
          <w:tcPr>
            <w:tcW w:type="dxa" w:w="1728"/>
          </w:tcPr>
          <w:p>
            <w:r>
              <w:t>Saeedghari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90**27*224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evergreenman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919***407*</w:t>
            </w:r>
          </w:p>
        </w:tc>
        <w:tc>
          <w:tcPr>
            <w:tcW w:type="dxa" w:w="1728"/>
          </w:tcPr>
          <w:p>
            <w:r>
              <w:t>aram</w:t>
            </w:r>
          </w:p>
        </w:tc>
        <w:tc>
          <w:tcPr>
            <w:tcW w:type="dxa" w:w="1728"/>
          </w:tcPr>
          <w:p>
            <w:r>
              <w:t>ashouri</w:t>
            </w:r>
          </w:p>
        </w:tc>
        <w:tc>
          <w:tcPr>
            <w:tcW w:type="dxa" w:w="1728"/>
          </w:tcPr>
          <w:p>
            <w:r>
              <w:t>Aram_0088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9199*0**91</w:t>
            </w:r>
          </w:p>
        </w:tc>
        <w:tc>
          <w:tcPr>
            <w:tcW w:type="dxa" w:w="1728"/>
          </w:tcPr>
          <w:p>
            <w:r>
              <w:t>POURIA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PH_Law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93*2*499*9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Ehsanhakha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913729*49*</w:t>
            </w:r>
          </w:p>
        </w:tc>
        <w:tc>
          <w:tcPr>
            <w:tcW w:type="dxa" w:w="1728"/>
          </w:tcPr>
          <w:p>
            <w:r>
              <w:t>به نام خدا به یاد خدا برای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912*919*93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immzahra78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91127*9*40</w:t>
            </w:r>
          </w:p>
        </w:tc>
        <w:tc>
          <w:tcPr>
            <w:tcW w:type="dxa" w:w="1728"/>
          </w:tcPr>
          <w:p>
            <w:r>
              <w:t>Dr.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937*94*02*</w:t>
            </w:r>
          </w:p>
        </w:tc>
        <w:tc>
          <w:tcPr>
            <w:tcW w:type="dxa" w:w="1728"/>
          </w:tcPr>
          <w:p>
            <w:r>
              <w:t>𓃭༆٨💛ﮩﮩـ٨ــــ⁰³¹٨ßαrdïαَََََََََََََََََََََــ💛ـ٨ـﮩــــﮩ༆𓃭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Bardia_ja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93*34290*9</w:t>
            </w:r>
          </w:p>
        </w:tc>
        <w:tc>
          <w:tcPr>
            <w:tcW w:type="dxa" w:w="1728"/>
          </w:tcPr>
          <w:p>
            <w:r>
              <w:t>Shekoofeh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Malooosssh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93***77*24</w:t>
            </w:r>
          </w:p>
        </w:tc>
        <w:tc>
          <w:tcPr>
            <w:tcW w:type="dxa" w:w="1728"/>
          </w:tcPr>
          <w:p>
            <w:r>
              <w:t>Sanaz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Sanaz_jfz76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910*429*09</w:t>
            </w:r>
          </w:p>
        </w:tc>
        <w:tc>
          <w:tcPr>
            <w:tcW w:type="dxa" w:w="1728"/>
          </w:tcPr>
          <w:p>
            <w:r>
              <w:t>Mah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912101*443</w:t>
            </w:r>
          </w:p>
        </w:tc>
        <w:tc>
          <w:tcPr>
            <w:tcW w:type="dxa" w:w="1728"/>
          </w:tcPr>
          <w:p>
            <w:r>
              <w:t>Makan</w:t>
            </w:r>
          </w:p>
        </w:tc>
        <w:tc>
          <w:tcPr>
            <w:tcW w:type="dxa" w:w="1728"/>
          </w:tcPr>
          <w:p>
            <w:r>
              <w:t>Sabahi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91*090*193</w:t>
            </w:r>
          </w:p>
        </w:tc>
        <w:tc>
          <w:tcPr>
            <w:tcW w:type="dxa" w:w="1728"/>
          </w:tcPr>
          <w:p>
            <w:r>
              <w:t>👒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933*7*0722</w:t>
            </w:r>
          </w:p>
        </w:tc>
        <w:tc>
          <w:tcPr>
            <w:tcW w:type="dxa" w:w="1728"/>
          </w:tcPr>
          <w:p>
            <w:r>
              <w:t>ꜰᴀᴛᴇᴍᴇʜ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F_abzde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90**92*401</w:t>
            </w:r>
          </w:p>
        </w:tc>
        <w:tc>
          <w:tcPr>
            <w:tcW w:type="dxa" w:w="1728"/>
          </w:tcPr>
          <w:p>
            <w:r>
              <w:t>Negin</w:t>
            </w:r>
          </w:p>
        </w:tc>
        <w:tc>
          <w:tcPr>
            <w:tcW w:type="dxa" w:w="1728"/>
          </w:tcPr>
          <w:p>
            <w:r>
              <w:t>Nemati</w:t>
            </w:r>
          </w:p>
        </w:tc>
        <w:tc>
          <w:tcPr>
            <w:tcW w:type="dxa" w:w="1728"/>
          </w:tcPr>
          <w:p>
            <w:r>
              <w:t>negin_nemati77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93***22***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takpar707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922442*9*2</w:t>
            </w:r>
          </w:p>
        </w:tc>
        <w:tc>
          <w:tcPr>
            <w:tcW w:type="dxa" w:w="1728"/>
          </w:tcPr>
          <w:p>
            <w:r>
              <w:t>arshsn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ars2223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91**729*34</w:t>
            </w:r>
          </w:p>
        </w:tc>
        <w:tc>
          <w:tcPr>
            <w:tcW w:type="dxa" w:w="1728"/>
          </w:tcPr>
          <w:p>
            <w:r>
              <w:t>Mahtab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91**224*04</w:t>
            </w:r>
          </w:p>
        </w:tc>
        <w:tc>
          <w:tcPr>
            <w:tcW w:type="dxa" w:w="1728"/>
          </w:tcPr>
          <w:p>
            <w:r>
              <w:t>yousef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yousef_z75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9119*30903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alihagh76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99072974*1</w:t>
            </w:r>
          </w:p>
        </w:tc>
        <w:tc>
          <w:tcPr>
            <w:tcW w:type="dxa" w:w="1728"/>
          </w:tcPr>
          <w:p>
            <w:r>
              <w:t>M.gh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9197**10**</w:t>
            </w:r>
          </w:p>
        </w:tc>
        <w:tc>
          <w:tcPr>
            <w:tcW w:type="dxa" w:w="1728"/>
          </w:tcPr>
          <w:p>
            <w:r>
              <w:t>salR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s_n_33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912372*1*4</w:t>
            </w:r>
          </w:p>
        </w:tc>
        <w:tc>
          <w:tcPr>
            <w:tcW w:type="dxa" w:w="1728"/>
          </w:tcPr>
          <w:p>
            <w:r>
              <w:t>Hanieh</w:t>
            </w:r>
          </w:p>
        </w:tc>
        <w:tc>
          <w:tcPr>
            <w:tcW w:type="dxa" w:w="1728"/>
          </w:tcPr>
          <w:p>
            <w:r>
              <w:t>Sefiddashti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9023422*99</w:t>
            </w:r>
          </w:p>
        </w:tc>
        <w:tc>
          <w:tcPr>
            <w:tcW w:type="dxa" w:w="1728"/>
          </w:tcPr>
          <w:p>
            <w:r>
              <w:t>شه مال</w:t>
            </w:r>
          </w:p>
        </w:tc>
        <w:tc>
          <w:tcPr>
            <w:tcW w:type="dxa" w:w="1728"/>
          </w:tcPr>
          <w:p>
            <w:r>
              <w:t>انوری ساوجبلاغی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91117**911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93*2014934</w:t>
            </w:r>
          </w:p>
        </w:tc>
        <w:tc>
          <w:tcPr>
            <w:tcW w:type="dxa" w:w="1728"/>
          </w:tcPr>
          <w:p>
            <w:r>
              <w:t>Lawyer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Lawyer010671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937*4*3*9*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9012901*17</w:t>
            </w:r>
          </w:p>
        </w:tc>
        <w:tc>
          <w:tcPr>
            <w:tcW w:type="dxa" w:w="1728"/>
          </w:tcPr>
          <w:p>
            <w:r>
              <w:t>ِ sun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Ehsun_edw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930*409027</w:t>
            </w:r>
          </w:p>
        </w:tc>
        <w:tc>
          <w:tcPr>
            <w:tcW w:type="dxa" w:w="1728"/>
          </w:tcPr>
          <w:p>
            <w:r>
              <w:t>سیاوش</w:t>
            </w:r>
          </w:p>
        </w:tc>
        <w:tc>
          <w:tcPr>
            <w:tcW w:type="dxa" w:w="1728"/>
          </w:tcPr>
          <w:p>
            <w:r>
              <w:t>۳</w:t>
            </w:r>
          </w:p>
        </w:tc>
        <w:tc>
          <w:tcPr>
            <w:tcW w:type="dxa" w:w="1728"/>
          </w:tcPr>
          <w:p>
            <w:r>
              <w:t>diedWolf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9019*7402*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mE2hD8i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9013*1032*</w:t>
            </w:r>
          </w:p>
        </w:tc>
        <w:tc>
          <w:tcPr>
            <w:tcW w:type="dxa" w:w="1728"/>
          </w:tcPr>
          <w:p>
            <w:r>
              <w:t>Wilson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arashiiii77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902*4*4*74</w:t>
            </w:r>
          </w:p>
        </w:tc>
        <w:tc>
          <w:tcPr>
            <w:tcW w:type="dxa" w:w="1728"/>
          </w:tcPr>
          <w:p>
            <w:r>
              <w:t>Vitamin_B12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Vitamin_B12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  <w:tr>
        <w:tc>
          <w:tcPr>
            <w:tcW w:type="dxa" w:w="1728"/>
          </w:tcPr>
          <w:p>
            <w:r>
              <w:t>91*321449*</w:t>
            </w:r>
          </w:p>
        </w:tc>
        <w:tc>
          <w:tcPr>
            <w:tcW w:type="dxa" w:w="1728"/>
          </w:tcPr>
          <w:p>
            <w:r>
              <w:t>حمید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Hamed_35000</w:t>
            </w:r>
          </w:p>
        </w:tc>
        <w:tc>
          <w:tcPr>
            <w:tcW w:type="dxa" w:w="1728"/>
          </w:tcPr>
          <w:p>
            <w:r>
              <w:t>گروه سوالات درسی و آموزشی حقوقدانان ایران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سوالات درسی و آموزشی حقوقدانان ایران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