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17C5D3" w14:textId="667809B3" w:rsidR="00096A11" w:rsidRPr="00BC300A" w:rsidRDefault="00816319" w:rsidP="00BC300A">
      <w:pPr>
        <w:pStyle w:val="Title"/>
        <w:rPr>
          <w:rtl/>
        </w:rPr>
      </w:pPr>
      <w:r w:rsidRPr="00BC300A">
        <w:rPr>
          <w:rFonts w:hint="cs"/>
          <w:rtl/>
        </w:rPr>
        <w:t xml:space="preserve">دانلود بانک موبایل </w:t>
      </w:r>
      <w:proofErr w:type="spellStart"/>
      <w:r w:rsidR="003A6E3D" w:rsidRPr="00BC300A">
        <w:t>گروه ریجکتیهای کانادا</w:t>
      </w:r>
      <w:proofErr w:type="spellEnd"/>
    </w:p>
    <w:p w14:paraId="041EFE09" w14:textId="77777777" w:rsidR="00816319" w:rsidRPr="00BC300A" w:rsidRDefault="00816319" w:rsidP="00BC300A">
      <w:pPr>
        <w:rPr>
          <w:rtl/>
        </w:rPr>
      </w:pPr>
      <w:r w:rsidRPr="00BC300A">
        <w:rPr>
          <w:rtl/>
        </w:rPr>
        <w:t>در موتور جستجو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وجود دارد تا به بانک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هر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جامعه که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شما هستند، دسترس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یابید</w:t>
      </w:r>
      <w:r w:rsidRPr="00BC300A">
        <w:rPr>
          <w:rtl/>
        </w:rPr>
        <w:t>. در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فا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بخش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از بانک شماره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 از گروه 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</w:t>
      </w:r>
      <w:proofErr w:type="spellStart"/>
      <w:r w:rsidRPr="00BC300A">
        <w:t>گروه ریجکتیهای کانادا</w:t>
      </w:r>
      <w:proofErr w:type="spellEnd"/>
      <w:r w:rsidRPr="00BC300A">
        <w:rPr>
          <w:rtl/>
        </w:rPr>
        <w:t xml:space="preserve"> آورده شده است.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ارائه بانک تلفن کاملا هدفمند از مشاغل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د</w:t>
      </w:r>
      <w:r w:rsidRPr="00BC300A">
        <w:rPr>
          <w:rFonts w:hint="cs"/>
          <w:rtl/>
        </w:rPr>
        <w:t>یگر</w:t>
      </w:r>
      <w:r w:rsidRPr="00BC300A">
        <w:rPr>
          <w:rtl/>
        </w:rPr>
        <w:t xml:space="preserve"> بخش‌ها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جامعه، شما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ما به ن</w:t>
      </w:r>
      <w:r w:rsidRPr="00BC300A">
        <w:rPr>
          <w:rFonts w:hint="cs"/>
          <w:rtl/>
        </w:rPr>
        <w:t>یابت</w:t>
      </w:r>
      <w:r w:rsidRPr="00BC300A">
        <w:rPr>
          <w:rtl/>
        </w:rPr>
        <w:t xml:space="preserve"> از شما در ا</w:t>
      </w:r>
      <w:r w:rsidRPr="00BC300A">
        <w:rPr>
          <w:rFonts w:hint="cs"/>
          <w:rtl/>
        </w:rPr>
        <w:t>یده‌کاو،</w:t>
      </w:r>
      <w:r w:rsidRPr="00BC300A">
        <w:rPr>
          <w:rtl/>
        </w:rPr>
        <w:t xml:space="preserve"> جستجو م</w:t>
      </w:r>
      <w:r w:rsidRPr="00BC300A">
        <w:rPr>
          <w:rFonts w:hint="cs"/>
          <w:rtl/>
        </w:rPr>
        <w:t>ی‌زنیم</w:t>
      </w:r>
      <w:r w:rsidRPr="00BC300A">
        <w:rPr>
          <w:rtl/>
        </w:rPr>
        <w:t xml:space="preserve"> و گروه‌ها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</w:t>
      </w:r>
      <w:r w:rsidRPr="00BC300A">
        <w:rPr>
          <w:rFonts w:hint="cs"/>
          <w:rtl/>
        </w:rPr>
        <w:t>یی</w:t>
      </w:r>
      <w:r w:rsidRPr="00BC300A">
        <w:rPr>
          <w:rtl/>
        </w:rPr>
        <w:t xml:space="preserve"> از تلگرام را پ</w:t>
      </w:r>
      <w:r w:rsidRPr="00BC300A">
        <w:rPr>
          <w:rFonts w:hint="cs"/>
          <w:rtl/>
        </w:rPr>
        <w:t>یدا</w:t>
      </w:r>
      <w:r w:rsidRPr="00BC300A">
        <w:rPr>
          <w:rtl/>
        </w:rPr>
        <w:t xml:space="preserve"> م</w:t>
      </w:r>
      <w:r w:rsidRPr="00BC300A">
        <w:rPr>
          <w:rFonts w:hint="cs"/>
          <w:rtl/>
        </w:rPr>
        <w:t>ی‌کنیم</w:t>
      </w:r>
      <w:r w:rsidRPr="00BC300A">
        <w:rPr>
          <w:rtl/>
        </w:rPr>
        <w:t xml:space="preserve"> که اعضا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آن‌ها مشتر</w:t>
      </w:r>
      <w:r w:rsidRPr="00BC300A">
        <w:rPr>
          <w:rFonts w:hint="cs"/>
          <w:rtl/>
        </w:rPr>
        <w:t>یان</w:t>
      </w:r>
      <w:r w:rsidRPr="00BC300A">
        <w:rPr>
          <w:rtl/>
        </w:rPr>
        <w:t xml:space="preserve"> خوب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کسب‌وکار شما هستند. در ا</w:t>
      </w:r>
      <w:r w:rsidRPr="00BC300A">
        <w:rPr>
          <w:rFonts w:hint="cs"/>
          <w:rtl/>
        </w:rPr>
        <w:t>یده‌کاو</w:t>
      </w:r>
      <w:r w:rsidRPr="00BC300A">
        <w:rPr>
          <w:rtl/>
        </w:rPr>
        <w:t xml:space="preserve"> ا</w:t>
      </w:r>
      <w:r w:rsidRPr="00BC300A">
        <w:rPr>
          <w:rFonts w:hint="cs"/>
          <w:rtl/>
        </w:rPr>
        <w:t>ین</w:t>
      </w:r>
      <w:r w:rsidRPr="00BC300A">
        <w:rPr>
          <w:rtl/>
        </w:rPr>
        <w:t xml:space="preserve"> امکان فراهم آمده است تا برا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بازار</w:t>
      </w:r>
      <w:r w:rsidRPr="00BC300A">
        <w:rPr>
          <w:rFonts w:hint="cs"/>
          <w:rtl/>
        </w:rPr>
        <w:t>یابی</w:t>
      </w:r>
      <w:r w:rsidRPr="00BC300A">
        <w:rPr>
          <w:rtl/>
        </w:rPr>
        <w:t xml:space="preserve"> </w:t>
      </w:r>
      <w:r w:rsidRPr="00BC300A">
        <w:rPr>
          <w:rFonts w:hint="cs"/>
          <w:rtl/>
        </w:rPr>
        <w:t>هدفمند</w:t>
      </w:r>
      <w:r w:rsidRPr="00BC300A">
        <w:rPr>
          <w:rtl/>
        </w:rPr>
        <w:t xml:space="preserve"> تلفن موبا</w:t>
      </w:r>
      <w:r w:rsidRPr="00BC300A">
        <w:rPr>
          <w:rFonts w:hint="cs"/>
          <w:rtl/>
        </w:rPr>
        <w:t>یل</w:t>
      </w:r>
      <w:r w:rsidRPr="00BC300A">
        <w:rPr>
          <w:rtl/>
        </w:rPr>
        <w:t xml:space="preserve"> اعضا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مد</w:t>
      </w:r>
      <w:r w:rsidRPr="00BC300A">
        <w:rPr>
          <w:rFonts w:hint="cs"/>
          <w:rtl/>
        </w:rPr>
        <w:t>یران</w:t>
      </w:r>
      <w:r w:rsidRPr="00BC300A">
        <w:rPr>
          <w:rtl/>
        </w:rPr>
        <w:t xml:space="preserve"> گروه‌ها و </w:t>
      </w:r>
      <w:r w:rsidRPr="00BC300A">
        <w:rPr>
          <w:rFonts w:hint="cs"/>
          <w:rtl/>
        </w:rPr>
        <w:t>یا</w:t>
      </w:r>
      <w:r w:rsidRPr="00BC300A">
        <w:rPr>
          <w:rtl/>
        </w:rPr>
        <w:t xml:space="preserve"> کانال‌ها تلگرام</w:t>
      </w:r>
      <w:r w:rsidRPr="00BC300A">
        <w:rPr>
          <w:rFonts w:hint="cs"/>
          <w:rtl/>
        </w:rPr>
        <w:t>ی</w:t>
      </w:r>
      <w:r w:rsidRPr="00BC300A">
        <w:rPr>
          <w:rtl/>
        </w:rPr>
        <w:t xml:space="preserve"> را دانود کن</w:t>
      </w:r>
      <w:r w:rsidRPr="00BC300A">
        <w:rPr>
          <w:rFonts w:hint="cs"/>
          <w:rtl/>
        </w:rPr>
        <w:t>ید</w:t>
      </w:r>
      <w:r w:rsidRPr="00BC300A">
        <w:rPr>
          <w:rtl/>
        </w:rPr>
        <w:t>.</w:t>
      </w:r>
    </w:p>
    <w:p w14:paraId="27262132" w14:textId="77777777" w:rsidR="00816319" w:rsidRDefault="00816319" w:rsidP="00BC300A">
      <w:pPr>
        <w:rPr>
          <w:rtl/>
        </w:rPr>
      </w:pPr>
      <w:r>
        <w:rPr>
          <w:rFonts w:hint="cs"/>
          <w:rtl/>
        </w:rPr>
        <w:t>مشاوره</w:t>
      </w:r>
      <w:r>
        <w:rPr>
          <w:rtl/>
        </w:rPr>
        <w:t>: ارسال پ</w:t>
      </w:r>
      <w:r>
        <w:rPr>
          <w:rFonts w:hint="cs"/>
          <w:rtl/>
        </w:rPr>
        <w:t>یام</w:t>
      </w:r>
      <w:r>
        <w:rPr>
          <w:rtl/>
        </w:rPr>
        <w:t xml:space="preserve"> به 09121۴0023۷  در تلگرام</w:t>
      </w:r>
    </w:p>
    <w:p w14:paraId="754D9FC7" w14:textId="5DB0F718" w:rsidR="00254F72" w:rsidRPr="004543B7" w:rsidRDefault="00254F72" w:rsidP="004543B7">
      <w:pPr>
        <w:rPr>
          <w:b/>
          <w:bCs/>
          <w:sz w:val="20"/>
          <w:szCs w:val="20"/>
        </w:rPr>
      </w:pPr>
      <w:r w:rsidRPr="00254F72">
        <w:rPr>
          <w:rFonts w:hint="cs"/>
          <w:b/>
          <w:bCs/>
          <w:sz w:val="20"/>
          <w:szCs w:val="20"/>
          <w:rtl/>
        </w:rPr>
        <w:t>بخش‌هایی</w:t>
      </w:r>
      <w:r w:rsidRPr="00254F72">
        <w:rPr>
          <w:b/>
          <w:bCs/>
          <w:sz w:val="20"/>
          <w:szCs w:val="20"/>
          <w:rtl/>
        </w:rPr>
        <w:t xml:space="preserve"> از شماره‌ها به * تغ</w:t>
      </w:r>
      <w:r w:rsidRPr="00254F72">
        <w:rPr>
          <w:rFonts w:hint="cs"/>
          <w:b/>
          <w:bCs/>
          <w:sz w:val="20"/>
          <w:szCs w:val="20"/>
          <w:rtl/>
        </w:rPr>
        <w:t>ییر</w:t>
      </w:r>
      <w:r w:rsidRPr="00254F72">
        <w:rPr>
          <w:b/>
          <w:bCs/>
          <w:sz w:val="20"/>
          <w:szCs w:val="20"/>
          <w:rtl/>
        </w:rPr>
        <w:t xml:space="preserve"> </w:t>
      </w:r>
      <w:r w:rsidRPr="00254F72">
        <w:rPr>
          <w:rFonts w:hint="cs"/>
          <w:b/>
          <w:bCs/>
          <w:sz w:val="20"/>
          <w:szCs w:val="20"/>
          <w:rtl/>
        </w:rPr>
        <w:t>یافته</w:t>
      </w:r>
      <w:r w:rsidRPr="00254F72">
        <w:rPr>
          <w:b/>
          <w:bCs/>
          <w:sz w:val="20"/>
          <w:szCs w:val="20"/>
          <w:rtl/>
        </w:rPr>
        <w:t xml:space="preserve"> است. لطفا برا</w:t>
      </w:r>
      <w:r w:rsidRPr="00254F72">
        <w:rPr>
          <w:rFonts w:hint="cs"/>
          <w:b/>
          <w:bCs/>
          <w:sz w:val="20"/>
          <w:szCs w:val="20"/>
          <w:rtl/>
        </w:rPr>
        <w:t>ی</w:t>
      </w:r>
      <w:r w:rsidRPr="00254F72">
        <w:rPr>
          <w:b/>
          <w:bCs/>
          <w:sz w:val="20"/>
          <w:szCs w:val="20"/>
          <w:rtl/>
        </w:rPr>
        <w:t xml:space="preserve"> در</w:t>
      </w:r>
      <w:r w:rsidRPr="00254F72">
        <w:rPr>
          <w:rFonts w:hint="cs"/>
          <w:b/>
          <w:bCs/>
          <w:sz w:val="20"/>
          <w:szCs w:val="20"/>
          <w:rtl/>
        </w:rPr>
        <w:t>یافت</w:t>
      </w:r>
      <w:r w:rsidRPr="00254F72">
        <w:rPr>
          <w:b/>
          <w:bCs/>
          <w:sz w:val="20"/>
          <w:szCs w:val="20"/>
          <w:rtl/>
        </w:rPr>
        <w:t xml:space="preserve"> کامل شماره‌ها، به 09121۴0023۷  در تلگرام پ</w:t>
      </w:r>
      <w:r w:rsidRPr="00254F72">
        <w:rPr>
          <w:rFonts w:hint="cs"/>
          <w:b/>
          <w:bCs/>
          <w:sz w:val="20"/>
          <w:szCs w:val="20"/>
          <w:rtl/>
        </w:rPr>
        <w:t>یام</w:t>
      </w:r>
      <w:r w:rsidRPr="00254F72">
        <w:rPr>
          <w:b/>
          <w:bCs/>
          <w:sz w:val="20"/>
          <w:szCs w:val="20"/>
          <w:rtl/>
        </w:rPr>
        <w:t xml:space="preserve"> ارسال فرما</w:t>
      </w:r>
      <w:r w:rsidRPr="00254F72">
        <w:rPr>
          <w:rFonts w:hint="cs"/>
          <w:b/>
          <w:bCs/>
          <w:sz w:val="20"/>
          <w:szCs w:val="20"/>
          <w:rtl/>
        </w:rPr>
        <w:t>یید</w:t>
      </w:r>
      <w:r w:rsidRPr="00254F72">
        <w:rPr>
          <w:b/>
          <w:bCs/>
          <w:sz w:val="20"/>
          <w:szCs w:val="20"/>
          <w:rtl/>
        </w:rPr>
        <w:t>.</w:t>
      </w:r>
    </w:p>
    <w:tbl>
      <w:tblPr>
        <w:tblStyle w:val="TableGrid"/>
        <w:tblW w:type="auto" w:w="0"/>
        <w:tblLayout w:type="fixed"/>
        <w:tblLook w:firstColumn="1" w:firstRow="1" w:lastColumn="0" w:lastRow="0" w:noHBand="0" w:noVBand="1" w:val="04A0"/>
      </w:tblPr>
      <w:tblGrid>
        <w:gridCol w:w="1728"/>
        <w:gridCol w:w="1728"/>
        <w:gridCol w:w="1728"/>
        <w:gridCol w:w="1728"/>
        <w:gridCol w:w="1728"/>
      </w:tblGrid>
      <w:tr>
        <w:tc>
          <w:tcPr>
            <w:tcW w:type="dxa" w:w="1728"/>
          </w:tcPr>
          <w:p>
            <w:r>
              <w:t>شماره موبایل</w:t>
            </w:r>
          </w:p>
        </w:tc>
        <w:tc>
          <w:tcPr>
            <w:tcW w:type="dxa" w:w="1728"/>
          </w:tcPr>
          <w:p>
            <w:r>
              <w:t>نام</w:t>
            </w:r>
          </w:p>
        </w:tc>
        <w:tc>
          <w:tcPr>
            <w:tcW w:type="dxa" w:w="1728"/>
          </w:tcPr>
          <w:p>
            <w:r>
              <w:t>نام خانوادگی</w:t>
            </w:r>
          </w:p>
        </w:tc>
        <w:tc>
          <w:tcPr>
            <w:tcW w:type="dxa" w:w="1728"/>
          </w:tcPr>
          <w:p>
            <w:r>
              <w:t>نام کاربری تلگرام</w:t>
            </w:r>
          </w:p>
        </w:tc>
        <w:tc>
          <w:tcPr>
            <w:tcW w:type="dxa" w:w="1728"/>
          </w:tcPr>
          <w:p>
            <w:r>
              <w:t>گروه تلگرامی مبدا</w:t>
            </w:r>
          </w:p>
        </w:tc>
      </w:tr>
      <w:tr>
        <w:tc>
          <w:tcPr>
            <w:tcW w:type="dxa" w:w="1728"/>
          </w:tcPr>
          <w:p>
            <w:r>
              <w:t>93**403*02</w:t>
            </w:r>
          </w:p>
        </w:tc>
        <w:tc>
          <w:tcPr>
            <w:tcW w:type="dxa" w:w="1728"/>
          </w:tcPr>
          <w:p>
            <w:r>
              <w:t>Farzad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FarzZzad_mh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9124401072</w:t>
            </w:r>
          </w:p>
        </w:tc>
        <w:tc>
          <w:tcPr>
            <w:tcW w:type="dxa" w:w="1728"/>
          </w:tcPr>
          <w:p>
            <w:r>
              <w:t>Farzin</w:t>
            </w:r>
          </w:p>
        </w:tc>
        <w:tc>
          <w:tcPr>
            <w:tcW w:type="dxa" w:w="1728"/>
          </w:tcPr>
          <w:p>
            <w:r>
              <w:t>Sadati</w:t>
            </w:r>
          </w:p>
        </w:tc>
        <w:tc>
          <w:tcPr>
            <w:tcW w:type="dxa" w:w="1728"/>
          </w:tcPr>
          <w:p>
            <w:r>
              <w:t>Farzin_Sadati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9193**2237</w:t>
            </w:r>
          </w:p>
        </w:tc>
        <w:tc>
          <w:tcPr>
            <w:tcW w:type="dxa" w:w="1728"/>
          </w:tcPr>
          <w:p>
            <w:r>
              <w:t>Heidi💕❤️👩‍🍳😍👩‍❤️‍👨👠🎁🎁🍩🍪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heidi_hedi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9171**2747</w:t>
            </w:r>
          </w:p>
        </w:tc>
        <w:tc>
          <w:tcPr>
            <w:tcW w:type="dxa" w:w="1728"/>
          </w:tcPr>
          <w:p>
            <w:r>
              <w:t>A.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R456ug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91203*3*93</w:t>
            </w:r>
          </w:p>
        </w:tc>
        <w:tc>
          <w:tcPr>
            <w:tcW w:type="dxa" w:w="1728"/>
          </w:tcPr>
          <w:p>
            <w:r>
              <w:t>Sorour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Sorouratz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9127194922</w:t>
            </w:r>
          </w:p>
        </w:tc>
        <w:tc>
          <w:tcPr>
            <w:tcW w:type="dxa" w:w="1728"/>
          </w:tcPr>
          <w:p>
            <w:r>
              <w:t>Maryam</w:t>
            </w:r>
          </w:p>
        </w:tc>
        <w:tc>
          <w:tcPr>
            <w:tcW w:type="dxa" w:w="1728"/>
          </w:tcPr>
          <w:p>
            <w:r>
              <w:t>Hoseini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91**992429</w:t>
            </w:r>
          </w:p>
        </w:tc>
        <w:tc>
          <w:tcPr>
            <w:tcW w:type="dxa" w:w="1728"/>
          </w:tcPr>
          <w:p>
            <w:r>
              <w:t>Mehdiii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Mehdiii_ra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912***7092</w:t>
            </w:r>
          </w:p>
        </w:tc>
        <w:tc>
          <w:tcPr>
            <w:tcW w:type="dxa" w:w="1728"/>
          </w:tcPr>
          <w:p>
            <w:r>
              <w:t>Soheil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soli_xxx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91*3133*49</w:t>
            </w:r>
          </w:p>
        </w:tc>
        <w:tc>
          <w:tcPr>
            <w:tcW w:type="dxa" w:w="1728"/>
          </w:tcPr>
          <w:p>
            <w:r>
              <w:t>Mojdeh</w:t>
            </w:r>
          </w:p>
        </w:tc>
        <w:tc>
          <w:tcPr>
            <w:tcW w:type="dxa" w:w="1728"/>
          </w:tcPr>
          <w:p>
            <w:r>
              <w:t>HN</w:t>
            </w:r>
          </w:p>
        </w:tc>
        <w:tc>
          <w:tcPr>
            <w:tcW w:type="dxa" w:w="1728"/>
          </w:tcPr>
          <w:p>
            <w:r>
              <w:t>Mojdeh_hn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9121*1*04*</w:t>
            </w:r>
          </w:p>
        </w:tc>
        <w:tc>
          <w:tcPr>
            <w:tcW w:type="dxa" w:w="1728"/>
          </w:tcPr>
          <w:p>
            <w:r>
              <w:t>mhk66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Mhk66kazemi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93*22013**</w:t>
            </w:r>
          </w:p>
        </w:tc>
        <w:tc>
          <w:tcPr>
            <w:tcW w:type="dxa" w:w="1728"/>
          </w:tcPr>
          <w:p>
            <w:r>
              <w:t>E.</w:t>
            </w:r>
          </w:p>
        </w:tc>
        <w:tc>
          <w:tcPr>
            <w:tcW w:type="dxa" w:w="1728"/>
          </w:tcPr>
          <w:p>
            <w:r>
              <w:t>K</w:t>
            </w:r>
          </w:p>
        </w:tc>
        <w:tc>
          <w:tcPr>
            <w:tcW w:type="dxa" w:w="1728"/>
          </w:tcPr>
          <w:p>
            <w:r>
              <w:t>Zhenin7777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912*23*4*9</w:t>
            </w:r>
          </w:p>
        </w:tc>
        <w:tc>
          <w:tcPr>
            <w:tcW w:type="dxa" w:w="1728"/>
          </w:tcPr>
          <w:p>
            <w:r>
              <w:t>Arash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arashtalebi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91271102*3</w:t>
            </w:r>
          </w:p>
        </w:tc>
        <w:tc>
          <w:tcPr>
            <w:tcW w:type="dxa" w:w="1728"/>
          </w:tcPr>
          <w:p>
            <w:r>
              <w:t>Nahid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Nahidrazmjo1355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912074**9*</w:t>
            </w:r>
          </w:p>
        </w:tc>
        <w:tc>
          <w:tcPr>
            <w:tcW w:type="dxa" w:w="1728"/>
          </w:tcPr>
          <w:p>
            <w:r>
              <w:t>Elahe</w:t>
            </w:r>
          </w:p>
        </w:tc>
        <w:tc>
          <w:tcPr>
            <w:tcW w:type="dxa" w:w="1728"/>
          </w:tcPr>
          <w:p>
            <w:r>
              <w:t>Rahimkhani</w:t>
            </w:r>
          </w:p>
        </w:tc>
        <w:tc>
          <w:tcPr>
            <w:tcW w:type="dxa" w:w="1728"/>
          </w:tcPr>
          <w:p>
            <w:r>
              <w:t>ElaheRahimkhani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9111774*9*</w:t>
            </w:r>
          </w:p>
        </w:tc>
        <w:tc>
          <w:tcPr>
            <w:tcW w:type="dxa" w:w="1728"/>
          </w:tcPr>
          <w:p>
            <w:r>
              <w:t>@ziba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9122**1791</w:t>
            </w:r>
          </w:p>
        </w:tc>
        <w:tc>
          <w:tcPr>
            <w:tcW w:type="dxa" w:w="1728"/>
          </w:tcPr>
          <w:p>
            <w:r>
              <w:t>Saba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Saba_19931372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912**079**</w:t>
            </w:r>
          </w:p>
        </w:tc>
        <w:tc>
          <w:tcPr>
            <w:tcW w:type="dxa" w:w="1728"/>
          </w:tcPr>
          <w:p>
            <w:r>
              <w:t>𝑲𝒉𝒂𝒔𝒉𝒂𝒚𝒂𝒓</w:t>
            </w:r>
          </w:p>
        </w:tc>
        <w:tc>
          <w:tcPr>
            <w:tcW w:type="dxa" w:w="1728"/>
          </w:tcPr>
          <w:p>
            <w:r>
              <w:t>𝑺𝒌</w:t>
            </w:r>
          </w:p>
        </w:tc>
        <w:tc>
          <w:tcPr>
            <w:tcW w:type="dxa" w:w="1728"/>
          </w:tcPr>
          <w:p>
            <w:r>
              <w:t>khashayar_sk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9124243122</w:t>
            </w:r>
          </w:p>
        </w:tc>
        <w:tc>
          <w:tcPr>
            <w:tcW w:type="dxa" w:w="1728"/>
          </w:tcPr>
          <w:p>
            <w:r>
              <w:t>Roxana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91349***94</w:t>
            </w:r>
          </w:p>
        </w:tc>
        <w:tc>
          <w:tcPr>
            <w:tcW w:type="dxa" w:w="1728"/>
          </w:tcPr>
          <w:p>
            <w:r>
              <w:t>Mrym</w:t>
            </w:r>
          </w:p>
        </w:tc>
        <w:tc>
          <w:tcPr>
            <w:tcW w:type="dxa" w:w="1728"/>
          </w:tcPr>
          <w:p>
            <w:r>
              <w:t>Knr</w:t>
            </w:r>
          </w:p>
        </w:tc>
        <w:tc>
          <w:tcPr>
            <w:tcW w:type="dxa" w:w="1728"/>
          </w:tcPr>
          <w:p>
            <w:r>
              <w:t>Karaminejadr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91249**914</w:t>
            </w:r>
          </w:p>
        </w:tc>
        <w:tc>
          <w:tcPr>
            <w:tcW w:type="dxa" w:w="1728"/>
          </w:tcPr>
          <w:p>
            <w:r>
              <w:t>Masi Azadi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9024910923</w:t>
            </w:r>
          </w:p>
        </w:tc>
        <w:tc>
          <w:tcPr>
            <w:tcW w:type="dxa" w:w="1728"/>
          </w:tcPr>
          <w:p>
            <w:r>
              <w:t>𝓓𝓮𝓵𝓼𝓪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dellsaath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9194140437</w:t>
            </w:r>
          </w:p>
        </w:tc>
        <w:tc>
          <w:tcPr>
            <w:tcW w:type="dxa" w:w="1728"/>
          </w:tcPr>
          <w:p>
            <w:r>
              <w:t>bahram bakhshandeh astyar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Bahram7gh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91242*0112</w:t>
            </w:r>
          </w:p>
        </w:tc>
        <w:tc>
          <w:tcPr>
            <w:tcW w:type="dxa" w:w="1728"/>
          </w:tcPr>
          <w:p>
            <w:r>
              <w:t>Zeinab</w:t>
            </w:r>
          </w:p>
        </w:tc>
        <w:tc>
          <w:tcPr>
            <w:tcW w:type="dxa" w:w="1728"/>
          </w:tcPr>
          <w:p>
            <w:r>
              <w:t>Dehnavi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9120*11*73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>
              <w:t>H</w:t>
            </w:r>
          </w:p>
        </w:tc>
        <w:tc>
          <w:tcPr>
            <w:tcW w:type="dxa" w:w="1728"/>
          </w:tcPr>
          <w:p>
            <w:r>
              <w:t>faezeh_haghbin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912*4912*3</w:t>
            </w:r>
          </w:p>
        </w:tc>
        <w:tc>
          <w:tcPr>
            <w:tcW w:type="dxa" w:w="1728"/>
          </w:tcPr>
          <w:p>
            <w:r>
              <w:t>عرفان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RezaeiErfan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912*0*31**</w:t>
            </w:r>
          </w:p>
        </w:tc>
        <w:tc>
          <w:tcPr>
            <w:tcW w:type="dxa" w:w="1728"/>
          </w:tcPr>
          <w:p>
            <w:r>
              <w:t>iman</w:t>
            </w:r>
          </w:p>
        </w:tc>
        <w:tc>
          <w:tcPr>
            <w:tcW w:type="dxa" w:w="1728"/>
          </w:tcPr>
          <w:p>
            <w:r>
              <w:t>Bodaghi</w:t>
            </w:r>
          </w:p>
        </w:tc>
        <w:tc>
          <w:tcPr>
            <w:tcW w:type="dxa" w:w="1728"/>
          </w:tcPr>
          <w:p>
            <w:r>
              <w:t>iman_1362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9123200**3</w:t>
            </w:r>
          </w:p>
        </w:tc>
        <w:tc>
          <w:tcPr>
            <w:tcW w:type="dxa" w:w="1728"/>
          </w:tcPr>
          <w:p>
            <w:r>
              <w:t>Par Nik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Par2512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93*91991*1</w:t>
            </w:r>
          </w:p>
        </w:tc>
        <w:tc>
          <w:tcPr>
            <w:tcW w:type="dxa" w:w="1728"/>
          </w:tcPr>
          <w:p>
            <w:r>
              <w:t>Alm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N_1991_A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91332**74*</w:t>
            </w:r>
          </w:p>
        </w:tc>
        <w:tc>
          <w:tcPr>
            <w:tcW w:type="dxa" w:w="1728"/>
          </w:tcPr>
          <w:p>
            <w:r>
              <w:t>S.A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amnS1990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912*3*29*4</w:t>
            </w:r>
          </w:p>
        </w:tc>
        <w:tc>
          <w:tcPr>
            <w:tcW w:type="dxa" w:w="1728"/>
          </w:tcPr>
          <w:p>
            <w:r>
              <w:t>A</w:t>
            </w:r>
          </w:p>
        </w:tc>
        <w:tc>
          <w:tcPr>
            <w:tcW w:type="dxa" w:w="1728"/>
          </w:tcPr>
          <w:p>
            <w:r>
              <w:t>s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91403*4**0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>
              <w:t>Madahian</w:t>
            </w:r>
          </w:p>
        </w:tc>
        <w:tc>
          <w:tcPr>
            <w:tcW w:type="dxa" w:w="1728"/>
          </w:tcPr>
          <w:p>
            <w:r>
              <w:t>alimdhn73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9301474*3*</w:t>
            </w:r>
          </w:p>
        </w:tc>
        <w:tc>
          <w:tcPr>
            <w:tcW w:type="dxa" w:w="1728"/>
          </w:tcPr>
          <w:p>
            <w:r>
              <w:t>D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>
              <w:t>Dana_Rayan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930*7**997</w:t>
            </w:r>
          </w:p>
        </w:tc>
        <w:tc>
          <w:tcPr>
            <w:tcW w:type="dxa" w:w="1728"/>
          </w:tcPr>
          <w:p>
            <w:r>
              <w:t>FarFar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FarFar999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930**4***4</w:t>
            </w:r>
          </w:p>
        </w:tc>
        <w:tc>
          <w:tcPr>
            <w:tcW w:type="dxa" w:w="1728"/>
          </w:tcPr>
          <w:p>
            <w:r>
              <w:t>Ataman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Ataman10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9144022**1</w:t>
            </w:r>
          </w:p>
        </w:tc>
        <w:tc>
          <w:tcPr>
            <w:tcW w:type="dxa" w:w="1728"/>
          </w:tcPr>
          <w:p>
            <w:r>
              <w:t>Masoud</w:t>
            </w:r>
          </w:p>
        </w:tc>
        <w:tc>
          <w:tcPr>
            <w:tcW w:type="dxa" w:w="1728"/>
          </w:tcPr>
          <w:p>
            <w:r>
              <w:t>Hasanzade</w:t>
            </w:r>
          </w:p>
        </w:tc>
        <w:tc>
          <w:tcPr>
            <w:tcW w:type="dxa" w:w="1728"/>
          </w:tcPr>
          <w:p>
            <w:r>
              <w:t>MNovin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912**2*0**</w:t>
            </w:r>
          </w:p>
        </w:tc>
        <w:tc>
          <w:tcPr>
            <w:tcW w:type="dxa" w:w="1728"/>
          </w:tcPr>
          <w:p>
            <w:r>
              <w:t>@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MeryFarajiii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91312*3*0*</w:t>
            </w:r>
          </w:p>
        </w:tc>
        <w:tc>
          <w:tcPr>
            <w:tcW w:type="dxa" w:w="1728"/>
          </w:tcPr>
          <w:p>
            <w:r>
              <w:t>Farzad</w:t>
            </w:r>
          </w:p>
        </w:tc>
        <w:tc>
          <w:tcPr>
            <w:tcW w:type="dxa" w:w="1728"/>
          </w:tcPr>
          <w:p>
            <w:r>
              <w:t>Monsefpur</w:t>
            </w:r>
          </w:p>
        </w:tc>
        <w:tc>
          <w:tcPr>
            <w:tcW w:type="dxa" w:w="1728"/>
          </w:tcPr>
          <w:p>
            <w:r>
              <w:t>FarzadMonsefpur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912*0*023*</w:t>
            </w:r>
          </w:p>
        </w:tc>
        <w:tc>
          <w:tcPr>
            <w:tcW w:type="dxa" w:w="1728"/>
          </w:tcPr>
          <w:p>
            <w:r>
              <w:t>Roya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91**72202*</w:t>
            </w:r>
          </w:p>
        </w:tc>
        <w:tc>
          <w:tcPr>
            <w:tcW w:type="dxa" w:w="1728"/>
          </w:tcPr>
          <w:p>
            <w:r>
              <w:t>Mohamad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Mobas84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91*229*42*</w:t>
            </w:r>
          </w:p>
        </w:tc>
        <w:tc>
          <w:tcPr>
            <w:tcW w:type="dxa" w:w="1728"/>
          </w:tcPr>
          <w:p>
            <w:r>
              <w:t>‌Saje:De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Sajede_mhb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920322*9*2</w:t>
            </w:r>
          </w:p>
        </w:tc>
        <w:tc>
          <w:tcPr>
            <w:tcW w:type="dxa" w:w="1728"/>
          </w:tcPr>
          <w:p>
            <w:r>
              <w:t>Hamidreza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>
              <w:t>ItsMeHReza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912**21290</w:t>
            </w:r>
          </w:p>
        </w:tc>
        <w:tc>
          <w:tcPr>
            <w:tcW w:type="dxa" w:w="1728"/>
          </w:tcPr>
          <w:p>
            <w:r>
              <w:t>Alireza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Arch360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9100*702**</w:t>
            </w:r>
          </w:p>
        </w:tc>
        <w:tc>
          <w:tcPr>
            <w:tcW w:type="dxa" w:w="1728"/>
          </w:tcPr>
          <w:p>
            <w:r>
              <w:t>Pouya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Pouyaslr722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912*4*9***</w:t>
            </w:r>
          </w:p>
        </w:tc>
        <w:tc>
          <w:tcPr>
            <w:tcW w:type="dxa" w:w="1728"/>
          </w:tcPr>
          <w:p>
            <w:r>
              <w:t>Par—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parinaz_rz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912*77*173</w:t>
            </w:r>
          </w:p>
        </w:tc>
        <w:tc>
          <w:tcPr>
            <w:tcW w:type="dxa" w:w="1728"/>
          </w:tcPr>
          <w:p>
            <w:r>
              <w:t>Telegram</w:t>
            </w:r>
          </w:p>
        </w:tc>
        <w:tc>
          <w:tcPr>
            <w:tcW w:type="dxa" w:w="1728"/>
          </w:tcPr>
          <w:p>
            <w:r>
              <w:t>None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911117990*</w:t>
            </w:r>
          </w:p>
        </w:tc>
        <w:tc>
          <w:tcPr>
            <w:tcW w:type="dxa" w:w="1728"/>
          </w:tcPr>
          <w:p>
            <w:r>
              <w:t>Sahar Ghobadi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sahargh88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93**437274</w:t>
            </w:r>
          </w:p>
        </w:tc>
        <w:tc>
          <w:tcPr>
            <w:tcW w:type="dxa" w:w="1728"/>
          </w:tcPr>
          <w:p>
            <w:r>
              <w:t>Sheida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sheydaaa_2001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930**07772</w:t>
            </w:r>
          </w:p>
        </w:tc>
        <w:tc>
          <w:tcPr>
            <w:tcW w:type="dxa" w:w="1728"/>
          </w:tcPr>
          <w:p>
            <w:r>
              <w:t>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RRrzZZzr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93**70*21*</w:t>
            </w:r>
          </w:p>
        </w:tc>
        <w:tc>
          <w:tcPr>
            <w:tcW w:type="dxa" w:w="1728"/>
          </w:tcPr>
          <w:p>
            <w:r>
              <w:t>Farnaz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farnaz_zare99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9120*11974</w:t>
            </w:r>
          </w:p>
        </w:tc>
        <w:tc>
          <w:tcPr>
            <w:tcW w:type="dxa" w:w="1728"/>
          </w:tcPr>
          <w:p>
            <w:r>
              <w:t>A.d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azamdashti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922*021393</w:t>
            </w:r>
          </w:p>
        </w:tc>
        <w:tc>
          <w:tcPr>
            <w:tcW w:type="dxa" w:w="1728"/>
          </w:tcPr>
          <w:p>
            <w:r>
              <w:t>Bahar.sh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AliNikanBahar95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93*7373370</w:t>
            </w:r>
          </w:p>
        </w:tc>
        <w:tc>
          <w:tcPr>
            <w:tcW w:type="dxa" w:w="1728"/>
          </w:tcPr>
          <w:p>
            <w:r>
              <w:t>AliS.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arpebz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9133*4*741</w:t>
            </w:r>
          </w:p>
        </w:tc>
        <w:tc>
          <w:tcPr>
            <w:tcW w:type="dxa" w:w="1728"/>
          </w:tcPr>
          <w:p>
            <w:r>
              <w:t>Samira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samiiiraaa_ab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92234092*0</w:t>
            </w:r>
          </w:p>
        </w:tc>
        <w:tc>
          <w:tcPr>
            <w:tcW w:type="dxa" w:w="1728"/>
          </w:tcPr>
          <w:p>
            <w:r>
              <w:t>Danial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DRR82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912*0*12**</w:t>
            </w:r>
          </w:p>
        </w:tc>
        <w:tc>
          <w:tcPr>
            <w:tcW w:type="dxa" w:w="1728"/>
          </w:tcPr>
          <w:p>
            <w:r>
              <w:t>Naser</w:t>
            </w:r>
          </w:p>
        </w:tc>
        <w:tc>
          <w:tcPr>
            <w:tcW w:type="dxa" w:w="1728"/>
          </w:tcPr>
          <w:p>
            <w:r>
              <w:t>Rouhi</w:t>
            </w:r>
          </w:p>
        </w:tc>
        <w:tc>
          <w:tcPr>
            <w:tcW w:type="dxa" w:w="1728"/>
          </w:tcPr>
          <w:p>
            <w:r>
              <w:t>Nomonia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91021*0*39</w:t>
            </w:r>
          </w:p>
        </w:tc>
        <w:tc>
          <w:tcPr>
            <w:tcW w:type="dxa" w:w="1728"/>
          </w:tcPr>
          <w:p>
            <w:r>
              <w:t>Hadi Pirsarabi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HadiPirsarabi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9127*4*1**</w:t>
            </w:r>
          </w:p>
        </w:tc>
        <w:tc>
          <w:tcPr>
            <w:tcW w:type="dxa" w:w="1728"/>
          </w:tcPr>
          <w:p>
            <w:r>
              <w:t>F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912*47232*</w:t>
            </w:r>
          </w:p>
        </w:tc>
        <w:tc>
          <w:tcPr>
            <w:tcW w:type="dxa" w:w="1728"/>
          </w:tcPr>
          <w:p>
            <w:r>
              <w:t>Shahriyar</w:t>
            </w:r>
          </w:p>
        </w:tc>
        <w:tc>
          <w:tcPr>
            <w:tcW w:type="dxa" w:w="1728"/>
          </w:tcPr>
          <w:p>
            <w:r>
              <w:t>Nik</w:t>
            </w:r>
          </w:p>
        </w:tc>
        <w:tc>
          <w:tcPr>
            <w:tcW w:type="dxa" w:w="1728"/>
          </w:tcPr>
          <w:p>
            <w:r>
              <w:t>Shahriyarenik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990412290*</w:t>
            </w:r>
          </w:p>
        </w:tc>
        <w:tc>
          <w:tcPr>
            <w:tcW w:type="dxa" w:w="1728"/>
          </w:tcPr>
          <w:p>
            <w:r>
              <w:t>Miitraa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Mitra_jfd674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91212*70**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B</w:t>
            </w:r>
          </w:p>
        </w:tc>
        <w:tc>
          <w:tcPr>
            <w:tcW w:type="dxa" w:w="1728"/>
          </w:tcPr>
          <w:p>
            <w:r>
              <w:t>HKIA2023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91*37*4197</w:t>
            </w:r>
          </w:p>
        </w:tc>
        <w:tc>
          <w:tcPr>
            <w:tcW w:type="dxa" w:w="1728"/>
          </w:tcPr>
          <w:p>
            <w:r>
              <w:t>Weria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Wt1980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91241**29*</w:t>
            </w:r>
          </w:p>
        </w:tc>
        <w:tc>
          <w:tcPr>
            <w:tcW w:type="dxa" w:w="1728"/>
          </w:tcPr>
          <w:p>
            <w:r>
              <w:t>$h@gh@yegh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912**9*112</w:t>
            </w:r>
          </w:p>
        </w:tc>
        <w:tc>
          <w:tcPr>
            <w:tcW w:type="dxa" w:w="1728"/>
          </w:tcPr>
          <w:p>
            <w:r>
              <w:t>Nader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Kungfu121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9123004*0*</w:t>
            </w:r>
          </w:p>
        </w:tc>
        <w:tc>
          <w:tcPr>
            <w:tcW w:type="dxa" w:w="1728"/>
          </w:tcPr>
          <w:p>
            <w:r>
              <w:t>N</w:t>
            </w:r>
          </w:p>
        </w:tc>
        <w:tc>
          <w:tcPr>
            <w:tcW w:type="dxa" w:w="1728"/>
          </w:tcPr>
          <w:p>
            <w:r>
              <w:t>T</w:t>
            </w:r>
          </w:p>
        </w:tc>
        <w:tc>
          <w:tcPr>
            <w:tcW w:type="dxa" w:w="1728"/>
          </w:tcPr>
          <w:p>
            <w:r>
              <w:t>nalita80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91*33*3074</w:t>
            </w:r>
          </w:p>
        </w:tc>
        <w:tc>
          <w:tcPr>
            <w:tcW w:type="dxa" w:w="1728"/>
          </w:tcPr>
          <w:p>
            <w:r>
              <w:t>Fay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fay_byt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913*703193</w:t>
            </w:r>
          </w:p>
        </w:tc>
        <w:tc>
          <w:tcPr>
            <w:tcW w:type="dxa" w:w="1728"/>
          </w:tcPr>
          <w:p>
            <w:r>
              <w:t>Shakiba Zandi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shakibazandi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9134100224</w:t>
            </w:r>
          </w:p>
        </w:tc>
        <w:tc>
          <w:tcPr>
            <w:tcW w:type="dxa" w:w="1728"/>
          </w:tcPr>
          <w:p>
            <w:r>
              <w:t>nazanin🇨🇦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9132*7*32*</w:t>
            </w:r>
          </w:p>
        </w:tc>
        <w:tc>
          <w:tcPr>
            <w:tcW w:type="dxa" w:w="1728"/>
          </w:tcPr>
          <w:p>
            <w:r>
              <w:t>Andisheh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933*99414*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>
              <w:t>Sa</w:t>
            </w:r>
          </w:p>
        </w:tc>
        <w:tc>
          <w:tcPr>
            <w:tcW w:type="dxa" w:w="1728"/>
          </w:tcPr>
          <w:p>
            <w:r>
              <w:t>Rezaaasa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91*3*222**</w:t>
            </w:r>
          </w:p>
        </w:tc>
        <w:tc>
          <w:tcPr>
            <w:tcW w:type="dxa" w:w="1728"/>
          </w:tcPr>
          <w:p>
            <w:r>
              <w:t>Reza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R963A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9199722***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Dodangeh</w:t>
            </w:r>
          </w:p>
        </w:tc>
        <w:tc>
          <w:tcPr>
            <w:tcW w:type="dxa" w:w="1728"/>
          </w:tcPr>
          <w:p>
            <w:r>
              <w:t>Armandude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910*3*9709</w:t>
            </w:r>
          </w:p>
        </w:tc>
        <w:tc>
          <w:tcPr>
            <w:tcW w:type="dxa" w:w="1728"/>
          </w:tcPr>
          <w:p>
            <w:r>
              <w:t>Sara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Sara_O2020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912**11*73</w:t>
            </w:r>
          </w:p>
        </w:tc>
        <w:tc>
          <w:tcPr>
            <w:tcW w:type="dxa" w:w="1728"/>
          </w:tcPr>
          <w:p>
            <w:r>
              <w:t>Ali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Aliii_zk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9121*70014</w:t>
            </w:r>
          </w:p>
        </w:tc>
        <w:tc>
          <w:tcPr>
            <w:tcW w:type="dxa" w:w="1728"/>
          </w:tcPr>
          <w:p>
            <w:r>
              <w:t>GRAVITY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bungeeiran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9120249409</w:t>
            </w:r>
          </w:p>
        </w:tc>
        <w:tc>
          <w:tcPr>
            <w:tcW w:type="dxa" w:w="1728"/>
          </w:tcPr>
          <w:p>
            <w:r>
              <w:t>Faranak</w:t>
            </w:r>
          </w:p>
        </w:tc>
        <w:tc>
          <w:tcPr>
            <w:tcW w:type="dxa" w:w="1728"/>
          </w:tcPr>
          <w:p>
            <w:r>
              <w:t>Mirzaii</w:t>
            </w:r>
          </w:p>
        </w:tc>
        <w:tc>
          <w:tcPr>
            <w:tcW w:type="dxa" w:w="1728"/>
          </w:tcPr>
          <w:p>
            <w:r>
              <w:t>Faramrzii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9124**4**3</w:t>
            </w:r>
          </w:p>
        </w:tc>
        <w:tc>
          <w:tcPr>
            <w:tcW w:type="dxa" w:w="1728"/>
          </w:tcPr>
          <w:p>
            <w:r>
              <w:t>Elnaz</w:t>
            </w:r>
          </w:p>
        </w:tc>
        <w:tc>
          <w:tcPr>
            <w:tcW w:type="dxa" w:w="1728"/>
          </w:tcPr>
          <w:p>
            <w:r>
              <w:t>Bonyad</w:t>
            </w:r>
          </w:p>
        </w:tc>
        <w:tc>
          <w:tcPr>
            <w:tcW w:type="dxa" w:w="1728"/>
          </w:tcPr>
          <w:p>
            <w:r>
              <w:t>elnaz_bonyad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910924*211</w:t>
            </w:r>
          </w:p>
        </w:tc>
        <w:tc>
          <w:tcPr>
            <w:tcW w:type="dxa" w:w="1728"/>
          </w:tcPr>
          <w:p>
            <w:r>
              <w:t>Pari-zar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9123104*44</w:t>
            </w:r>
          </w:p>
        </w:tc>
        <w:tc>
          <w:tcPr>
            <w:tcW w:type="dxa" w:w="1728"/>
          </w:tcPr>
          <w:p>
            <w:r>
              <w:t>Hadi</w:t>
            </w:r>
          </w:p>
        </w:tc>
        <w:tc>
          <w:tcPr>
            <w:tcW w:type="dxa" w:w="1728"/>
          </w:tcPr>
          <w:p>
            <w:r>
              <w:t>Mohammadi</w:t>
            </w:r>
          </w:p>
        </w:tc>
        <w:tc>
          <w:tcPr>
            <w:tcW w:type="dxa" w:w="1728"/>
          </w:tcPr>
          <w:p>
            <w:r>
              <w:t>hmohammadizz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912*70****</w:t>
            </w:r>
          </w:p>
        </w:tc>
        <w:tc>
          <w:tcPr>
            <w:tcW w:type="dxa" w:w="1728"/>
          </w:tcPr>
          <w:p>
            <w:r>
              <w:t>M</w:t>
            </w:r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/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  <w:tr>
        <w:tc>
          <w:tcPr>
            <w:tcW w:type="dxa" w:w="1728"/>
          </w:tcPr>
          <w:p>
            <w:r>
              <w:t>9393142**7</w:t>
            </w:r>
          </w:p>
        </w:tc>
        <w:tc>
          <w:tcPr>
            <w:tcW w:type="dxa" w:w="1728"/>
          </w:tcPr>
          <w:p>
            <w:r>
              <w:t>Sisi</w:t>
            </w:r>
          </w:p>
        </w:tc>
        <w:tc>
          <w:tcPr>
            <w:tcW w:type="dxa" w:w="1728"/>
          </w:tcPr>
          <w:p>
            <w:r>
              <w:t>Mhbi</w:t>
            </w:r>
          </w:p>
        </w:tc>
        <w:tc>
          <w:tcPr>
            <w:tcW w:type="dxa" w:w="1728"/>
          </w:tcPr>
          <w:p>
            <w:r>
              <w:t>Sisimhbi</w:t>
            </w:r>
          </w:p>
        </w:tc>
        <w:tc>
          <w:tcPr>
            <w:tcW w:type="dxa" w:w="1728"/>
          </w:tcPr>
          <w:p>
            <w:r>
              <w:t>گروه ریجکتیهای کانادا</w:t>
            </w:r>
          </w:p>
        </w:tc>
      </w:tr>
    </w:tbl>
    <w:sectPr w:rsidR="00254F72" w:rsidRPr="004543B7" w:rsidSect="00034616">
      <w:headerReference w:type="default" r:id="rId10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55B0782" w14:textId="77777777" w:rsidR="00DF3FF5" w:rsidRDefault="00DF3FF5" w:rsidP="00BC300A">
      <w:r>
        <w:separator/>
      </w:r>
    </w:p>
  </w:endnote>
  <w:endnote w:type="continuationSeparator" w:id="0">
    <w:p w14:paraId="490644AF" w14:textId="77777777" w:rsidR="00DF3FF5" w:rsidRDefault="00DF3FF5" w:rsidP="00BC30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E26539F" w14:textId="77777777" w:rsidR="00DF3FF5" w:rsidRDefault="00DF3FF5" w:rsidP="00BC300A">
      <w:r>
        <w:separator/>
      </w:r>
    </w:p>
  </w:footnote>
  <w:footnote w:type="continuationSeparator" w:id="0">
    <w:p w14:paraId="123A334E" w14:textId="77777777" w:rsidR="00DF3FF5" w:rsidRDefault="00DF3FF5" w:rsidP="00BC300A">
      <w:r>
        <w:continuationSeparator/>
      </w:r>
    </w:p>
  </w:footnote>
</w:footnotes>
</file>

<file path=word/header1.xml><?xml version="1.0" encoding="utf-8"?>
<w:hdr xmlns:m="http://schemas.openxmlformats.org/officeDocument/2006/math" xmlns:mc="http://schemas.openxmlformats.org/markup-compatibility/2006" xmlns:mo="http://schemas.microsoft.com/office/mac/office/2008/main" xmlns:mv="urn:schemas-microsoft-com:mac:vml" xmlns:o="urn:schemas-microsoft-com:office:office" xmlns:r="http://schemas.openxmlformats.org/officeDocument/2006/relationships" xmlns:v="urn:schemas-microsoft-com:vml" xmlns:w10="urn:schemas-microsoft-com:office:word" xmlns:w14="http://schemas.microsoft.com/office/word/2010/wordml" xmlns:w="http://schemas.openxmlformats.org/wordprocessingml/2006/main" xmlns:wne="http://schemas.microsoft.com/office/word/2006/wordml" xmlns:wp14="http://schemas.microsoft.com/office/word/2010/wordprocessingDrawing" xmlns:wp="http://schemas.openxmlformats.org/drawingml/2006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p14">
  <w:p>
    <w:pPr>
      <w:pStyle w:val="Header"/>
    </w:pPr>
    <w:r>
      <w:t>دانلود بانک موبایل گروه ریجکتیهای کانادا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1350106">
    <w:abstractNumId w:val="8"/>
  </w:num>
  <w:num w:numId="2" w16cid:durableId="231432909">
    <w:abstractNumId w:val="6"/>
  </w:num>
  <w:num w:numId="3" w16cid:durableId="661011812">
    <w:abstractNumId w:val="5"/>
  </w:num>
  <w:num w:numId="4" w16cid:durableId="1462723101">
    <w:abstractNumId w:val="4"/>
  </w:num>
  <w:num w:numId="5" w16cid:durableId="764768395">
    <w:abstractNumId w:val="7"/>
  </w:num>
  <w:num w:numId="6" w16cid:durableId="963848002">
    <w:abstractNumId w:val="3"/>
  </w:num>
  <w:num w:numId="7" w16cid:durableId="1463571987">
    <w:abstractNumId w:val="2"/>
  </w:num>
  <w:num w:numId="8" w16cid:durableId="503059942">
    <w:abstractNumId w:val="1"/>
  </w:num>
  <w:num w:numId="9" w16cid:durableId="891312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096A11"/>
    <w:rsid w:val="000D47F6"/>
    <w:rsid w:val="0015074B"/>
    <w:rsid w:val="00254F72"/>
    <w:rsid w:val="002675FC"/>
    <w:rsid w:val="0029639D"/>
    <w:rsid w:val="002A08F1"/>
    <w:rsid w:val="00326F90"/>
    <w:rsid w:val="003A6E3D"/>
    <w:rsid w:val="004543B7"/>
    <w:rsid w:val="00484B92"/>
    <w:rsid w:val="00816319"/>
    <w:rsid w:val="008A1D49"/>
    <w:rsid w:val="008D5319"/>
    <w:rsid w:val="0095138F"/>
    <w:rsid w:val="00986BED"/>
    <w:rsid w:val="00A664D9"/>
    <w:rsid w:val="00AA1D8D"/>
    <w:rsid w:val="00AA7416"/>
    <w:rsid w:val="00AE425C"/>
    <w:rsid w:val="00B24F63"/>
    <w:rsid w:val="00B47730"/>
    <w:rsid w:val="00B9235F"/>
    <w:rsid w:val="00BC300A"/>
    <w:rsid w:val="00BD74EE"/>
    <w:rsid w:val="00CA16FA"/>
    <w:rsid w:val="00CB0664"/>
    <w:rsid w:val="00CC4A3F"/>
    <w:rsid w:val="00D04E2B"/>
    <w:rsid w:val="00D736A5"/>
    <w:rsid w:val="00DF3FF5"/>
    <w:rsid w:val="00E227FB"/>
    <w:rsid w:val="00F76EE6"/>
    <w:rsid w:val="00F94DDA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D4057F8"/>
  <w14:defaultImageDpi w14:val="300"/>
  <w15:docId w15:val="{5ADE7039-F83C-4E92-A640-210CDAF40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300A"/>
    <w:pPr>
      <w:bidi/>
      <w:jc w:val="both"/>
    </w:pPr>
    <w:rPr>
      <w:rFonts w:ascii="Calibri" w:hAnsi="Calibri" w:cs="Calibri"/>
      <w:sz w:val="24"/>
      <w:szCs w:val="24"/>
      <w:lang w:bidi="fa-IR"/>
    </w:rPr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eastAsiaTheme="majorEastAsia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eastAsiaTheme="majorEastAsia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eastAsiaTheme="majorEastAsia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eastAsiaTheme="majorEastAsia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eastAsiaTheme="majorEastAsia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eastAsiaTheme="majorEastAsia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eastAsiaTheme="majorEastAsia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eastAsiaTheme="majorEastAsia" w:cstheme="majorBidi"/>
      <w:color w:val="4F81BD" w:themeColor="accent1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eastAsiaTheme="majorEastAsia" w:cstheme="majorBidi"/>
      <w:i/>
      <w:iCs/>
      <w:color w:val="404040" w:themeColor="text1" w:themeTint="BF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BC300A"/>
    <w:pPr>
      <w:pBdr>
        <w:bottom w:val="single" w:sz="8" w:space="4" w:color="4F81BD" w:themeColor="accent1"/>
      </w:pBdr>
      <w:spacing w:after="300" w:line="240" w:lineRule="auto"/>
      <w:contextualSpacing/>
      <w:jc w:val="center"/>
    </w:pPr>
    <w:rPr>
      <w:rFonts w:eastAsiaTheme="majorEastAsia"/>
      <w:color w:val="17365D" w:themeColor="text2" w:themeShade="BF"/>
      <w:spacing w:val="5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BC300A"/>
    <w:rPr>
      <w:rFonts w:ascii="Calibri" w:eastAsiaTheme="majorEastAsia" w:hAnsi="Calibri" w:cs="Calibri"/>
      <w:color w:val="17365D" w:themeColor="text2" w:themeShade="BF"/>
      <w:spacing w:val="5"/>
      <w:kern w:val="28"/>
      <w:sz w:val="40"/>
      <w:szCs w:val="40"/>
      <w:lang w:bidi="fa-IR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eastAsiaTheme="majorEastAsia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0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117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789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Mohammad Ali Zare Chahooki</cp:lastModifiedBy>
  <cp:revision>12</cp:revision>
  <dcterms:created xsi:type="dcterms:W3CDTF">2024-09-15T05:19:00Z</dcterms:created>
  <dcterms:modified xsi:type="dcterms:W3CDTF">2024-09-15T13:13:00Z</dcterms:modified>
  <cp:category/>
</cp:coreProperties>
</file>