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header1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'1.0' encoding='UTF-8' standalone='yes'?>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5B17C5D3" w14:textId="667809B3" w:rsidR="00096A11" w:rsidRPr="00BC300A" w:rsidRDefault="00816319" w:rsidP="00BC300A">
      <w:pPr>
        <w:pStyle w:val="Title"/>
        <w:rPr>
          <w:rtl/>
        </w:rPr>
      </w:pPr>
      <w:r w:rsidRPr="00BC300A">
        <w:rPr>
          <w:rFonts w:hint="cs"/>
          <w:rtl/>
        </w:rPr>
        <w:t xml:space="preserve">دانلود بانک موبایل </w:t>
      </w:r>
      <w:proofErr w:type="spellStart"/>
      <w:r w:rsidR="003A6E3D" w:rsidRPr="00BC300A">
        <w:t>گروه دانشجویان ایران</w:t>
      </w:r>
      <w:proofErr w:type="spellEnd"/>
    </w:p>
    <w:p w14:paraId="041EFE09" w14:textId="77777777" w:rsidR="00816319" w:rsidRPr="00BC300A" w:rsidRDefault="00816319" w:rsidP="00BC300A">
      <w:pPr>
        <w:rPr>
          <w:rtl/>
        </w:rPr>
      </w:pPr>
      <w:r w:rsidRPr="00BC300A">
        <w:rPr>
          <w:rtl/>
        </w:rPr>
        <w:t>در موتور جستجو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ا</w:t>
      </w:r>
      <w:r w:rsidRPr="00BC300A">
        <w:rPr>
          <w:rFonts w:hint="cs"/>
          <w:rtl/>
        </w:rPr>
        <w:t>یده‌کاو،</w:t>
      </w:r>
      <w:r w:rsidRPr="00BC300A">
        <w:rPr>
          <w:rtl/>
        </w:rPr>
        <w:t xml:space="preserve"> ا</w:t>
      </w:r>
      <w:r w:rsidRPr="00BC300A">
        <w:rPr>
          <w:rFonts w:hint="cs"/>
          <w:rtl/>
        </w:rPr>
        <w:t>ین</w:t>
      </w:r>
      <w:r w:rsidRPr="00BC300A">
        <w:rPr>
          <w:rtl/>
        </w:rPr>
        <w:t xml:space="preserve"> امکان وجود دارد تا به بانک موبا</w:t>
      </w:r>
      <w:r w:rsidRPr="00BC300A">
        <w:rPr>
          <w:rFonts w:hint="cs"/>
          <w:rtl/>
        </w:rPr>
        <w:t>یل</w:t>
      </w:r>
      <w:r w:rsidRPr="00BC300A">
        <w:rPr>
          <w:rtl/>
        </w:rPr>
        <w:t xml:space="preserve"> مشاغل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هر بخش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از جامعه که مشتر</w:t>
      </w:r>
      <w:r w:rsidRPr="00BC300A">
        <w:rPr>
          <w:rFonts w:hint="cs"/>
          <w:rtl/>
        </w:rPr>
        <w:t>یان</w:t>
      </w:r>
      <w:r w:rsidRPr="00BC300A">
        <w:rPr>
          <w:rtl/>
        </w:rPr>
        <w:t xml:space="preserve"> خوب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برا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شما هستند، دسترس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</w:t>
      </w:r>
      <w:r w:rsidRPr="00BC300A">
        <w:rPr>
          <w:rFonts w:hint="cs"/>
          <w:rtl/>
        </w:rPr>
        <w:t>یابید</w:t>
      </w:r>
      <w:r w:rsidRPr="00BC300A">
        <w:rPr>
          <w:rtl/>
        </w:rPr>
        <w:t>. در ا</w:t>
      </w:r>
      <w:r w:rsidRPr="00BC300A">
        <w:rPr>
          <w:rFonts w:hint="cs"/>
          <w:rtl/>
        </w:rPr>
        <w:t>ین</w:t>
      </w:r>
      <w:r w:rsidRPr="00BC300A">
        <w:rPr>
          <w:rtl/>
        </w:rPr>
        <w:t xml:space="preserve"> فا</w:t>
      </w:r>
      <w:r w:rsidRPr="00BC300A">
        <w:rPr>
          <w:rFonts w:hint="cs"/>
          <w:rtl/>
        </w:rPr>
        <w:t>یل</w:t>
      </w:r>
      <w:r w:rsidRPr="00BC300A">
        <w:rPr>
          <w:rtl/>
        </w:rPr>
        <w:t xml:space="preserve"> بخش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از بانک شماره موبا</w:t>
      </w:r>
      <w:r w:rsidRPr="00BC300A">
        <w:rPr>
          <w:rFonts w:hint="cs"/>
          <w:rtl/>
        </w:rPr>
        <w:t>یل</w:t>
      </w:r>
      <w:r w:rsidRPr="00BC300A">
        <w:rPr>
          <w:rtl/>
        </w:rPr>
        <w:t xml:space="preserve">  از گروه  تلگرام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</w:t>
      </w:r>
      <w:proofErr w:type="spellStart"/>
      <w:r w:rsidRPr="00BC300A">
        <w:t>گروه دانشجویان ایران</w:t>
      </w:r>
      <w:proofErr w:type="spellEnd"/>
      <w:r w:rsidRPr="00BC300A">
        <w:rPr>
          <w:rtl/>
        </w:rPr>
        <w:t xml:space="preserve"> آورده شده است. برا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ارائه بانک تلفن کاملا هدفمند از مشاغل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د</w:t>
      </w:r>
      <w:r w:rsidRPr="00BC300A">
        <w:rPr>
          <w:rFonts w:hint="cs"/>
          <w:rtl/>
        </w:rPr>
        <w:t>یگر</w:t>
      </w:r>
      <w:r w:rsidRPr="00BC300A">
        <w:rPr>
          <w:rtl/>
        </w:rPr>
        <w:t xml:space="preserve"> بخش‌ها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جامعه، شما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ما به ن</w:t>
      </w:r>
      <w:r w:rsidRPr="00BC300A">
        <w:rPr>
          <w:rFonts w:hint="cs"/>
          <w:rtl/>
        </w:rPr>
        <w:t>یابت</w:t>
      </w:r>
      <w:r w:rsidRPr="00BC300A">
        <w:rPr>
          <w:rtl/>
        </w:rPr>
        <w:t xml:space="preserve"> از شما در ا</w:t>
      </w:r>
      <w:r w:rsidRPr="00BC300A">
        <w:rPr>
          <w:rFonts w:hint="cs"/>
          <w:rtl/>
        </w:rPr>
        <w:t>یده‌کاو،</w:t>
      </w:r>
      <w:r w:rsidRPr="00BC300A">
        <w:rPr>
          <w:rtl/>
        </w:rPr>
        <w:t xml:space="preserve"> جستجو م</w:t>
      </w:r>
      <w:r w:rsidRPr="00BC300A">
        <w:rPr>
          <w:rFonts w:hint="cs"/>
          <w:rtl/>
        </w:rPr>
        <w:t>ی‌زنیم</w:t>
      </w:r>
      <w:r w:rsidRPr="00BC300A">
        <w:rPr>
          <w:rtl/>
        </w:rPr>
        <w:t xml:space="preserve"> و گروه‌ها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کانال‌ها</w:t>
      </w:r>
      <w:r w:rsidRPr="00BC300A">
        <w:rPr>
          <w:rFonts w:hint="cs"/>
          <w:rtl/>
        </w:rPr>
        <w:t>یی</w:t>
      </w:r>
      <w:r w:rsidRPr="00BC300A">
        <w:rPr>
          <w:rtl/>
        </w:rPr>
        <w:t xml:space="preserve"> از تلگرام را پ</w:t>
      </w:r>
      <w:r w:rsidRPr="00BC300A">
        <w:rPr>
          <w:rFonts w:hint="cs"/>
          <w:rtl/>
        </w:rPr>
        <w:t>یدا</w:t>
      </w:r>
      <w:r w:rsidRPr="00BC300A">
        <w:rPr>
          <w:rtl/>
        </w:rPr>
        <w:t xml:space="preserve"> م</w:t>
      </w:r>
      <w:r w:rsidRPr="00BC300A">
        <w:rPr>
          <w:rFonts w:hint="cs"/>
          <w:rtl/>
        </w:rPr>
        <w:t>ی‌کنیم</w:t>
      </w:r>
      <w:r w:rsidRPr="00BC300A">
        <w:rPr>
          <w:rtl/>
        </w:rPr>
        <w:t xml:space="preserve"> که اعضا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مد</w:t>
      </w:r>
      <w:r w:rsidRPr="00BC300A">
        <w:rPr>
          <w:rFonts w:hint="cs"/>
          <w:rtl/>
        </w:rPr>
        <w:t>یران</w:t>
      </w:r>
      <w:r w:rsidRPr="00BC300A">
        <w:rPr>
          <w:rtl/>
        </w:rPr>
        <w:t xml:space="preserve"> آن‌ها مشتر</w:t>
      </w:r>
      <w:r w:rsidRPr="00BC300A">
        <w:rPr>
          <w:rFonts w:hint="cs"/>
          <w:rtl/>
        </w:rPr>
        <w:t>یان</w:t>
      </w:r>
      <w:r w:rsidRPr="00BC300A">
        <w:rPr>
          <w:rtl/>
        </w:rPr>
        <w:t xml:space="preserve"> خوب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برا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کسب‌وکار شما هستند. در ا</w:t>
      </w:r>
      <w:r w:rsidRPr="00BC300A">
        <w:rPr>
          <w:rFonts w:hint="cs"/>
          <w:rtl/>
        </w:rPr>
        <w:t>یده‌کاو</w:t>
      </w:r>
      <w:r w:rsidRPr="00BC300A">
        <w:rPr>
          <w:rtl/>
        </w:rPr>
        <w:t xml:space="preserve"> ا</w:t>
      </w:r>
      <w:r w:rsidRPr="00BC300A">
        <w:rPr>
          <w:rFonts w:hint="cs"/>
          <w:rtl/>
        </w:rPr>
        <w:t>ین</w:t>
      </w:r>
      <w:r w:rsidRPr="00BC300A">
        <w:rPr>
          <w:rtl/>
        </w:rPr>
        <w:t xml:space="preserve"> امکان فراهم آمده است تا برا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بازار</w:t>
      </w:r>
      <w:r w:rsidRPr="00BC300A">
        <w:rPr>
          <w:rFonts w:hint="cs"/>
          <w:rtl/>
        </w:rPr>
        <w:t>یابی</w:t>
      </w:r>
      <w:r w:rsidRPr="00BC300A">
        <w:rPr>
          <w:rtl/>
        </w:rPr>
        <w:t xml:space="preserve"> </w:t>
      </w:r>
      <w:r w:rsidRPr="00BC300A">
        <w:rPr>
          <w:rFonts w:hint="cs"/>
          <w:rtl/>
        </w:rPr>
        <w:t>هدفمند</w:t>
      </w:r>
      <w:r w:rsidRPr="00BC300A">
        <w:rPr>
          <w:rtl/>
        </w:rPr>
        <w:t xml:space="preserve"> تلفن موبا</w:t>
      </w:r>
      <w:r w:rsidRPr="00BC300A">
        <w:rPr>
          <w:rFonts w:hint="cs"/>
          <w:rtl/>
        </w:rPr>
        <w:t>یل</w:t>
      </w:r>
      <w:r w:rsidRPr="00BC300A">
        <w:rPr>
          <w:rtl/>
        </w:rPr>
        <w:t xml:space="preserve"> اعضا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مد</w:t>
      </w:r>
      <w:r w:rsidRPr="00BC300A">
        <w:rPr>
          <w:rFonts w:hint="cs"/>
          <w:rtl/>
        </w:rPr>
        <w:t>یران</w:t>
      </w:r>
      <w:r w:rsidRPr="00BC300A">
        <w:rPr>
          <w:rtl/>
        </w:rPr>
        <w:t xml:space="preserve"> گروه‌ها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کانال‌ها تلگرام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را دانود کن</w:t>
      </w:r>
      <w:r w:rsidRPr="00BC300A">
        <w:rPr>
          <w:rFonts w:hint="cs"/>
          <w:rtl/>
        </w:rPr>
        <w:t>ید</w:t>
      </w:r>
      <w:r w:rsidRPr="00BC300A">
        <w:rPr>
          <w:rtl/>
        </w:rPr>
        <w:t>.</w:t>
      </w:r>
    </w:p>
    <w:p w14:paraId="27262132" w14:textId="77777777" w:rsidR="00816319" w:rsidRDefault="00816319" w:rsidP="00BC300A">
      <w:pPr>
        <w:rPr>
          <w:rtl/>
        </w:rPr>
      </w:pPr>
      <w:r>
        <w:rPr>
          <w:rFonts w:hint="cs"/>
          <w:rtl/>
        </w:rPr>
        <w:t>مشاوره</w:t>
      </w:r>
      <w:r>
        <w:rPr>
          <w:rtl/>
        </w:rPr>
        <w:t>: ارسال پ</w:t>
      </w:r>
      <w:r>
        <w:rPr>
          <w:rFonts w:hint="cs"/>
          <w:rtl/>
        </w:rPr>
        <w:t>یام</w:t>
      </w:r>
      <w:r>
        <w:rPr>
          <w:rtl/>
        </w:rPr>
        <w:t xml:space="preserve"> به 09121۴0023۷  در تلگرام</w:t>
      </w:r>
    </w:p>
    <w:p w14:paraId="754D9FC7" w14:textId="5DB0F718" w:rsidR="00254F72" w:rsidRPr="004543B7" w:rsidRDefault="00254F72" w:rsidP="004543B7">
      <w:pPr>
        <w:rPr>
          <w:b/>
          <w:bCs/>
          <w:sz w:val="20"/>
          <w:szCs w:val="20"/>
        </w:rPr>
      </w:pPr>
      <w:r w:rsidRPr="00254F72">
        <w:rPr>
          <w:rFonts w:hint="cs"/>
          <w:b/>
          <w:bCs/>
          <w:sz w:val="20"/>
          <w:szCs w:val="20"/>
          <w:rtl/>
        </w:rPr>
        <w:t>بخش‌هایی</w:t>
      </w:r>
      <w:r w:rsidRPr="00254F72">
        <w:rPr>
          <w:b/>
          <w:bCs/>
          <w:sz w:val="20"/>
          <w:szCs w:val="20"/>
          <w:rtl/>
        </w:rPr>
        <w:t xml:space="preserve"> از شماره‌ها به * تغ</w:t>
      </w:r>
      <w:r w:rsidRPr="00254F72">
        <w:rPr>
          <w:rFonts w:hint="cs"/>
          <w:b/>
          <w:bCs/>
          <w:sz w:val="20"/>
          <w:szCs w:val="20"/>
          <w:rtl/>
        </w:rPr>
        <w:t>ییر</w:t>
      </w:r>
      <w:r w:rsidRPr="00254F72">
        <w:rPr>
          <w:b/>
          <w:bCs/>
          <w:sz w:val="20"/>
          <w:szCs w:val="20"/>
          <w:rtl/>
        </w:rPr>
        <w:t xml:space="preserve"> </w:t>
      </w:r>
      <w:r w:rsidRPr="00254F72">
        <w:rPr>
          <w:rFonts w:hint="cs"/>
          <w:b/>
          <w:bCs/>
          <w:sz w:val="20"/>
          <w:szCs w:val="20"/>
          <w:rtl/>
        </w:rPr>
        <w:t>یافته</w:t>
      </w:r>
      <w:r w:rsidRPr="00254F72">
        <w:rPr>
          <w:b/>
          <w:bCs/>
          <w:sz w:val="20"/>
          <w:szCs w:val="20"/>
          <w:rtl/>
        </w:rPr>
        <w:t xml:space="preserve"> است. لطفا برا</w:t>
      </w:r>
      <w:r w:rsidRPr="00254F72">
        <w:rPr>
          <w:rFonts w:hint="cs"/>
          <w:b/>
          <w:bCs/>
          <w:sz w:val="20"/>
          <w:szCs w:val="20"/>
          <w:rtl/>
        </w:rPr>
        <w:t>ی</w:t>
      </w:r>
      <w:r w:rsidRPr="00254F72">
        <w:rPr>
          <w:b/>
          <w:bCs/>
          <w:sz w:val="20"/>
          <w:szCs w:val="20"/>
          <w:rtl/>
        </w:rPr>
        <w:t xml:space="preserve"> در</w:t>
      </w:r>
      <w:r w:rsidRPr="00254F72">
        <w:rPr>
          <w:rFonts w:hint="cs"/>
          <w:b/>
          <w:bCs/>
          <w:sz w:val="20"/>
          <w:szCs w:val="20"/>
          <w:rtl/>
        </w:rPr>
        <w:t>یافت</w:t>
      </w:r>
      <w:r w:rsidRPr="00254F72">
        <w:rPr>
          <w:b/>
          <w:bCs/>
          <w:sz w:val="20"/>
          <w:szCs w:val="20"/>
          <w:rtl/>
        </w:rPr>
        <w:t xml:space="preserve"> کامل شماره‌ها، به 09121۴0023۷  در تلگرام پ</w:t>
      </w:r>
      <w:r w:rsidRPr="00254F72">
        <w:rPr>
          <w:rFonts w:hint="cs"/>
          <w:b/>
          <w:bCs/>
          <w:sz w:val="20"/>
          <w:szCs w:val="20"/>
          <w:rtl/>
        </w:rPr>
        <w:t>یام</w:t>
      </w:r>
      <w:r w:rsidRPr="00254F72">
        <w:rPr>
          <w:b/>
          <w:bCs/>
          <w:sz w:val="20"/>
          <w:szCs w:val="20"/>
          <w:rtl/>
        </w:rPr>
        <w:t xml:space="preserve"> ارسال فرما</w:t>
      </w:r>
      <w:r w:rsidRPr="00254F72">
        <w:rPr>
          <w:rFonts w:hint="cs"/>
          <w:b/>
          <w:bCs/>
          <w:sz w:val="20"/>
          <w:szCs w:val="20"/>
          <w:rtl/>
        </w:rPr>
        <w:t>یید</w:t>
      </w:r>
      <w:r w:rsidRPr="00254F72">
        <w:rPr>
          <w:b/>
          <w:bCs/>
          <w:sz w:val="20"/>
          <w:szCs w:val="20"/>
          <w:rtl/>
        </w:rPr>
        <w:t>.</w:t>
      </w:r>
    </w:p>
    <w:tbl>
      <w:tblPr>
        <w:tblStyle w:val="TableGrid"/>
        <w:tblW w:type="auto" w:w="0"/>
        <w:tblLayout w:type="fixed"/>
        <w:tblLook w:firstColumn="1" w:firstRow="1" w:lastColumn="0" w:lastRow="0" w:noHBand="0" w:noVBand="1" w:val="04A0"/>
      </w:tblPr>
      <w:tblGrid>
        <w:gridCol w:w="1728"/>
        <w:gridCol w:w="1728"/>
        <w:gridCol w:w="1728"/>
        <w:gridCol w:w="1728"/>
        <w:gridCol w:w="1728"/>
      </w:tblGrid>
      <w:tr>
        <w:tc>
          <w:tcPr>
            <w:tcW w:type="dxa" w:w="1728"/>
          </w:tcPr>
          <w:p>
            <w:r>
              <w:t>شماره موبایل</w:t>
            </w:r>
          </w:p>
        </w:tc>
        <w:tc>
          <w:tcPr>
            <w:tcW w:type="dxa" w:w="1728"/>
          </w:tcPr>
          <w:p>
            <w:r>
              <w:t>نام</w:t>
            </w:r>
          </w:p>
        </w:tc>
        <w:tc>
          <w:tcPr>
            <w:tcW w:type="dxa" w:w="1728"/>
          </w:tcPr>
          <w:p>
            <w:r>
              <w:t>نام خانوادگی</w:t>
            </w:r>
          </w:p>
        </w:tc>
        <w:tc>
          <w:tcPr>
            <w:tcW w:type="dxa" w:w="1728"/>
          </w:tcPr>
          <w:p>
            <w:r>
              <w:t>نام کاربری تلگرام</w:t>
            </w:r>
          </w:p>
        </w:tc>
        <w:tc>
          <w:tcPr>
            <w:tcW w:type="dxa" w:w="1728"/>
          </w:tcPr>
          <w:p>
            <w:r>
              <w:t>گروه تلگرامی مبدا</w:t>
            </w:r>
          </w:p>
        </w:tc>
      </w:tr>
      <w:tr>
        <w:tc>
          <w:tcPr>
            <w:tcW w:type="dxa" w:w="1728"/>
          </w:tcPr>
          <w:p>
            <w:r>
              <w:t>91**079*4*</w:t>
            </w:r>
          </w:p>
        </w:tc>
        <w:tc>
          <w:tcPr>
            <w:tcW w:type="dxa" w:w="1728"/>
          </w:tcPr>
          <w:p>
            <w:r>
              <w:t>🐾𝑨𝑺𝑴𝑨🐾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miss_asma_85</w:t>
            </w:r>
          </w:p>
        </w:tc>
        <w:tc>
          <w:tcPr>
            <w:tcW w:type="dxa" w:w="1728"/>
          </w:tcPr>
          <w:p>
            <w:r>
              <w:t>گروه دانشجویان ایران</w:t>
            </w:r>
          </w:p>
        </w:tc>
      </w:tr>
      <w:tr>
        <w:tc>
          <w:tcPr>
            <w:tcW w:type="dxa" w:w="1728"/>
          </w:tcPr>
          <w:p>
            <w:r>
              <w:t>9130*74***</w:t>
            </w:r>
          </w:p>
        </w:tc>
        <w:tc>
          <w:tcPr>
            <w:tcW w:type="dxa" w:w="1728"/>
          </w:tcPr>
          <w:p>
            <w:r>
              <w:t>Ssh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shafaghsh1998</w:t>
            </w:r>
          </w:p>
        </w:tc>
        <w:tc>
          <w:tcPr>
            <w:tcW w:type="dxa" w:w="1728"/>
          </w:tcPr>
          <w:p>
            <w:r>
              <w:t>گروه دانشجویان ایران</w:t>
            </w:r>
          </w:p>
        </w:tc>
      </w:tr>
      <w:tr>
        <w:tc>
          <w:tcPr>
            <w:tcW w:type="dxa" w:w="1728"/>
          </w:tcPr>
          <w:p>
            <w:r>
              <w:t>91233*24*9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khosh_bayan</w:t>
            </w:r>
          </w:p>
        </w:tc>
        <w:tc>
          <w:tcPr>
            <w:tcW w:type="dxa" w:w="1728"/>
          </w:tcPr>
          <w:p>
            <w:r>
              <w:t>گروه دانشجویان ایران</w:t>
            </w:r>
          </w:p>
        </w:tc>
      </w:tr>
      <w:tr>
        <w:tc>
          <w:tcPr>
            <w:tcW w:type="dxa" w:w="1728"/>
          </w:tcPr>
          <w:p>
            <w:r>
              <w:t>93*4*30140</w:t>
            </w:r>
          </w:p>
        </w:tc>
        <w:tc>
          <w:tcPr>
            <w:tcW w:type="dxa" w:w="1728"/>
          </w:tcPr>
          <w:p>
            <w:r>
              <w:t>Babak</w:t>
            </w:r>
          </w:p>
        </w:tc>
        <w:tc>
          <w:tcPr>
            <w:tcW w:type="dxa" w:w="1728"/>
          </w:tcPr>
          <w:p>
            <w:r>
              <w:t>Homayouni</w:t>
            </w:r>
          </w:p>
        </w:tc>
        <w:tc>
          <w:tcPr>
            <w:tcW w:type="dxa" w:w="1728"/>
          </w:tcPr>
          <w:p>
            <w:r>
              <w:t>Bhomay</w:t>
            </w:r>
          </w:p>
        </w:tc>
        <w:tc>
          <w:tcPr>
            <w:tcW w:type="dxa" w:w="1728"/>
          </w:tcPr>
          <w:p>
            <w:r>
              <w:t>گروه دانشجویان ایران</w:t>
            </w:r>
          </w:p>
        </w:tc>
      </w:tr>
      <w:tr>
        <w:tc>
          <w:tcPr>
            <w:tcW w:type="dxa" w:w="1728"/>
          </w:tcPr>
          <w:p>
            <w:r>
              <w:t>93*313104*</w:t>
            </w:r>
          </w:p>
        </w:tc>
        <w:tc>
          <w:tcPr>
            <w:tcW w:type="dxa" w:w="1728"/>
          </w:tcPr>
          <w:p>
            <w:r>
              <w:t>AMIRR£ZA</w:t>
            </w:r>
          </w:p>
        </w:tc>
        <w:tc>
          <w:tcPr>
            <w:tcW w:type="dxa" w:w="1728"/>
          </w:tcPr>
          <w:p>
            <w:r>
              <w:t>T@√akoli</w:t>
            </w:r>
          </w:p>
        </w:tc>
        <w:tc>
          <w:tcPr>
            <w:tcW w:type="dxa" w:w="1728"/>
          </w:tcPr>
          <w:p>
            <w:r>
              <w:t>tavakoli3131</w:t>
            </w:r>
          </w:p>
        </w:tc>
        <w:tc>
          <w:tcPr>
            <w:tcW w:type="dxa" w:w="1728"/>
          </w:tcPr>
          <w:p>
            <w:r>
              <w:t>گروه دانشجویان ایران</w:t>
            </w:r>
          </w:p>
        </w:tc>
      </w:tr>
      <w:tr>
        <w:tc>
          <w:tcPr>
            <w:tcW w:type="dxa" w:w="1728"/>
          </w:tcPr>
          <w:p>
            <w:r>
              <w:t>93*3931**0</w:t>
            </w:r>
          </w:p>
        </w:tc>
        <w:tc>
          <w:tcPr>
            <w:tcW w:type="dxa" w:w="1728"/>
          </w:tcPr>
          <w:p>
            <w:r>
              <w:t>Mehrdad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Hi_immehrdad</w:t>
            </w:r>
          </w:p>
        </w:tc>
        <w:tc>
          <w:tcPr>
            <w:tcW w:type="dxa" w:w="1728"/>
          </w:tcPr>
          <w:p>
            <w:r>
              <w:t>گروه دانشجویان ایران</w:t>
            </w:r>
          </w:p>
        </w:tc>
      </w:tr>
      <w:tr>
        <w:tc>
          <w:tcPr>
            <w:tcW w:type="dxa" w:w="1728"/>
          </w:tcPr>
          <w:p>
            <w:r>
              <w:t>93**92***1</w:t>
            </w:r>
          </w:p>
        </w:tc>
        <w:tc>
          <w:tcPr>
            <w:tcW w:type="dxa" w:w="1728"/>
          </w:tcPr>
          <w:p>
            <w:r>
              <w:t>Arman pejman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arman_pejman</w:t>
            </w:r>
          </w:p>
        </w:tc>
        <w:tc>
          <w:tcPr>
            <w:tcW w:type="dxa" w:w="1728"/>
          </w:tcPr>
          <w:p>
            <w:r>
              <w:t>گروه دانشجویان ایران</w:t>
            </w:r>
          </w:p>
        </w:tc>
      </w:tr>
      <w:tr>
        <w:tc>
          <w:tcPr>
            <w:tcW w:type="dxa" w:w="1728"/>
          </w:tcPr>
          <w:p>
            <w:r>
              <w:t>93*7*4**7*</w:t>
            </w:r>
          </w:p>
        </w:tc>
        <w:tc>
          <w:tcPr>
            <w:tcW w:type="dxa" w:w="1728"/>
          </w:tcPr>
          <w:p>
            <w:r>
              <w:t>SaDra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sdrism</w:t>
            </w:r>
          </w:p>
        </w:tc>
        <w:tc>
          <w:tcPr>
            <w:tcW w:type="dxa" w:w="1728"/>
          </w:tcPr>
          <w:p>
            <w:r>
              <w:t>گروه دانشجویان ایران</w:t>
            </w:r>
          </w:p>
        </w:tc>
      </w:tr>
      <w:tr>
        <w:tc>
          <w:tcPr>
            <w:tcW w:type="dxa" w:w="1728"/>
          </w:tcPr>
          <w:p>
            <w:r>
              <w:t>91***0***3</w:t>
            </w:r>
          </w:p>
        </w:tc>
        <w:tc>
          <w:tcPr>
            <w:tcW w:type="dxa" w:w="1728"/>
          </w:tcPr>
          <w:p>
            <w:r>
              <w:t>مریم</w:t>
            </w:r>
          </w:p>
        </w:tc>
        <w:tc>
          <w:tcPr>
            <w:tcW w:type="dxa" w:w="1728"/>
          </w:tcPr>
          <w:p>
            <w:r>
              <w:t>نصوری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گروه دانشجویان ایران</w:t>
            </w:r>
          </w:p>
        </w:tc>
      </w:tr>
      <w:tr>
        <w:tc>
          <w:tcPr>
            <w:tcW w:type="dxa" w:w="1728"/>
          </w:tcPr>
          <w:p>
            <w:r>
              <w:t>91*47*4144</w:t>
            </w:r>
          </w:p>
        </w:tc>
        <w:tc>
          <w:tcPr>
            <w:tcW w:type="dxa" w:w="1728"/>
          </w:tcPr>
          <w:p>
            <w:r>
              <w:t>Amin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Amin84144</w:t>
            </w:r>
          </w:p>
        </w:tc>
        <w:tc>
          <w:tcPr>
            <w:tcW w:type="dxa" w:w="1728"/>
          </w:tcPr>
          <w:p>
            <w:r>
              <w:t>گروه دانشجویان ایران</w:t>
            </w:r>
          </w:p>
        </w:tc>
      </w:tr>
      <w:tr>
        <w:tc>
          <w:tcPr>
            <w:tcW w:type="dxa" w:w="1728"/>
          </w:tcPr>
          <w:p>
            <w:r>
              <w:t>9223137971</w:t>
            </w:r>
          </w:p>
        </w:tc>
        <w:tc>
          <w:tcPr>
            <w:tcW w:type="dxa" w:w="1728"/>
          </w:tcPr>
          <w:p>
            <w:r>
              <w:t>zandi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zandi789</w:t>
            </w:r>
          </w:p>
        </w:tc>
        <w:tc>
          <w:tcPr>
            <w:tcW w:type="dxa" w:w="1728"/>
          </w:tcPr>
          <w:p>
            <w:r>
              <w:t>گروه دانشجویان ایران</w:t>
            </w:r>
          </w:p>
        </w:tc>
      </w:tr>
      <w:tr>
        <w:tc>
          <w:tcPr>
            <w:tcW w:type="dxa" w:w="1728"/>
          </w:tcPr>
          <w:p>
            <w:r>
              <w:t>91*473*1*3</w:t>
            </w:r>
          </w:p>
        </w:tc>
        <w:tc>
          <w:tcPr>
            <w:tcW w:type="dxa" w:w="1728"/>
          </w:tcPr>
          <w:p>
            <w:r>
              <w:t>M.reus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Parham_pk78</w:t>
            </w:r>
          </w:p>
        </w:tc>
        <w:tc>
          <w:tcPr>
            <w:tcW w:type="dxa" w:w="1728"/>
          </w:tcPr>
          <w:p>
            <w:r>
              <w:t>گروه دانشجویان ایران</w:t>
            </w:r>
          </w:p>
        </w:tc>
      </w:tr>
      <w:tr>
        <w:tc>
          <w:tcPr>
            <w:tcW w:type="dxa" w:w="1728"/>
          </w:tcPr>
          <w:p>
            <w:r>
              <w:t>99*10**2**</w:t>
            </w:r>
          </w:p>
        </w:tc>
        <w:tc>
          <w:tcPr>
            <w:tcW w:type="dxa" w:w="1728"/>
          </w:tcPr>
          <w:p>
            <w:r>
              <w:t>Atiyeh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atiyeh_az_90</w:t>
            </w:r>
          </w:p>
        </w:tc>
        <w:tc>
          <w:tcPr>
            <w:tcW w:type="dxa" w:w="1728"/>
          </w:tcPr>
          <w:p>
            <w:r>
              <w:t>گروه دانشجویان ایران</w:t>
            </w:r>
          </w:p>
        </w:tc>
      </w:tr>
      <w:tr>
        <w:tc>
          <w:tcPr>
            <w:tcW w:type="dxa" w:w="1728"/>
          </w:tcPr>
          <w:p>
            <w:r>
              <w:t>91279**439</w:t>
            </w:r>
          </w:p>
        </w:tc>
        <w:tc>
          <w:tcPr>
            <w:tcW w:type="dxa" w:w="1728"/>
          </w:tcPr>
          <w:p>
            <w:r>
              <w:t>🔥ςίαѵαςհ🔥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SiavashSyamaa</w:t>
            </w:r>
          </w:p>
        </w:tc>
        <w:tc>
          <w:tcPr>
            <w:tcW w:type="dxa" w:w="1728"/>
          </w:tcPr>
          <w:p>
            <w:r>
              <w:t>گروه دانشجویان ایران</w:t>
            </w:r>
          </w:p>
        </w:tc>
      </w:tr>
      <w:tr>
        <w:tc>
          <w:tcPr>
            <w:tcW w:type="dxa" w:w="1728"/>
          </w:tcPr>
          <w:p>
            <w:r>
              <w:t>9303201934</w:t>
            </w:r>
          </w:p>
        </w:tc>
        <w:tc>
          <w:tcPr>
            <w:tcW w:type="dxa" w:w="1728"/>
          </w:tcPr>
          <w:p>
            <w:r>
              <w:t>اسراء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anahita_shk</w:t>
            </w:r>
          </w:p>
        </w:tc>
        <w:tc>
          <w:tcPr>
            <w:tcW w:type="dxa" w:w="1728"/>
          </w:tcPr>
          <w:p>
            <w:r>
              <w:t>گروه دانشجویان ایران</w:t>
            </w:r>
          </w:p>
        </w:tc>
      </w:tr>
      <w:tr>
        <w:tc>
          <w:tcPr>
            <w:tcW w:type="dxa" w:w="1728"/>
          </w:tcPr>
          <w:p>
            <w:r>
              <w:t>91334***3*</w:t>
            </w:r>
          </w:p>
        </w:tc>
        <w:tc>
          <w:tcPr>
            <w:tcW w:type="dxa" w:w="1728"/>
          </w:tcPr>
          <w:p>
            <w:r>
              <w:t>Mohsen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MsN5799</w:t>
            </w:r>
          </w:p>
        </w:tc>
        <w:tc>
          <w:tcPr>
            <w:tcW w:type="dxa" w:w="1728"/>
          </w:tcPr>
          <w:p>
            <w:r>
              <w:t>گروه دانشجویان ایران</w:t>
            </w:r>
          </w:p>
        </w:tc>
      </w:tr>
      <w:tr>
        <w:tc>
          <w:tcPr>
            <w:tcW w:type="dxa" w:w="1728"/>
          </w:tcPr>
          <w:p>
            <w:r>
              <w:t>9013*9904*</w:t>
            </w:r>
          </w:p>
        </w:tc>
        <w:tc>
          <w:tcPr>
            <w:tcW w:type="dxa" w:w="1728"/>
          </w:tcPr>
          <w:p>
            <w:r>
              <w:t>Mina0_0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mina0_0kh</w:t>
            </w:r>
          </w:p>
        </w:tc>
        <w:tc>
          <w:tcPr>
            <w:tcW w:type="dxa" w:w="1728"/>
          </w:tcPr>
          <w:p>
            <w:r>
              <w:t>گروه دانشجویان ایران</w:t>
            </w:r>
          </w:p>
        </w:tc>
      </w:tr>
      <w:tr>
        <w:tc>
          <w:tcPr>
            <w:tcW w:type="dxa" w:w="1728"/>
          </w:tcPr>
          <w:p>
            <w:r>
              <w:t>91*970399*</w:t>
            </w:r>
          </w:p>
        </w:tc>
        <w:tc>
          <w:tcPr>
            <w:tcW w:type="dxa" w:w="1728"/>
          </w:tcPr>
          <w:p>
            <w:r>
              <w:t>Arman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EzArmanim</w:t>
            </w:r>
          </w:p>
        </w:tc>
        <w:tc>
          <w:tcPr>
            <w:tcW w:type="dxa" w:w="1728"/>
          </w:tcPr>
          <w:p>
            <w:r>
              <w:t>گروه دانشجویان ایران</w:t>
            </w:r>
          </w:p>
        </w:tc>
      </w:tr>
      <w:tr>
        <w:tc>
          <w:tcPr>
            <w:tcW w:type="dxa" w:w="1728"/>
          </w:tcPr>
          <w:p>
            <w:r>
              <w:t>9907232771</w:t>
            </w:r>
          </w:p>
        </w:tc>
        <w:tc>
          <w:tcPr>
            <w:tcW w:type="dxa" w:w="1728"/>
          </w:tcPr>
          <w:p>
            <w:r>
              <w:t>Samira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Saamira_1378</w:t>
            </w:r>
          </w:p>
        </w:tc>
        <w:tc>
          <w:tcPr>
            <w:tcW w:type="dxa" w:w="1728"/>
          </w:tcPr>
          <w:p>
            <w:r>
              <w:t>گروه دانشجویان ایران</w:t>
            </w:r>
          </w:p>
        </w:tc>
      </w:tr>
      <w:tr>
        <w:tc>
          <w:tcPr>
            <w:tcW w:type="dxa" w:w="1728"/>
          </w:tcPr>
          <w:p>
            <w:r>
              <w:t>91*1***0*2</w:t>
            </w:r>
          </w:p>
        </w:tc>
        <w:tc>
          <w:tcPr>
            <w:tcW w:type="dxa" w:w="1728"/>
          </w:tcPr>
          <w:p>
            <w:r>
              <w:t>فرشته نادری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fereshteh_naderi0</w:t>
            </w:r>
          </w:p>
        </w:tc>
        <w:tc>
          <w:tcPr>
            <w:tcW w:type="dxa" w:w="1728"/>
          </w:tcPr>
          <w:p>
            <w:r>
              <w:t>گروه دانشجویان ایران</w:t>
            </w:r>
          </w:p>
        </w:tc>
      </w:tr>
      <w:tr>
        <w:tc>
          <w:tcPr>
            <w:tcW w:type="dxa" w:w="1728"/>
          </w:tcPr>
          <w:p>
            <w:r>
              <w:t>93**7247*0</w:t>
            </w:r>
          </w:p>
        </w:tc>
        <w:tc>
          <w:tcPr>
            <w:tcW w:type="dxa" w:w="1728"/>
          </w:tcPr>
          <w:p>
            <w:r>
              <w:t>👑☠𝒟𝒜𝒩ℐ𝒴𝒜ℒ☠👑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Dani_sh110</w:t>
            </w:r>
          </w:p>
        </w:tc>
        <w:tc>
          <w:tcPr>
            <w:tcW w:type="dxa" w:w="1728"/>
          </w:tcPr>
          <w:p>
            <w:r>
              <w:t>گروه دانشجویان ایران</w:t>
            </w:r>
          </w:p>
        </w:tc>
      </w:tr>
      <w:tr>
        <w:tc>
          <w:tcPr>
            <w:tcW w:type="dxa" w:w="1728"/>
          </w:tcPr>
          <w:p>
            <w:r>
              <w:t>93922*2772</w:t>
            </w:r>
          </w:p>
        </w:tc>
        <w:tc>
          <w:tcPr>
            <w:tcW w:type="dxa" w:w="1728"/>
          </w:tcPr>
          <w:p>
            <w:r>
              <w:t>N</w:t>
            </w:r>
          </w:p>
        </w:tc>
        <w:tc>
          <w:tcPr>
            <w:tcW w:type="dxa" w:w="1728"/>
          </w:tcPr>
          <w:p>
            <w:r>
              <w:t>A</w:t>
            </w:r>
          </w:p>
        </w:tc>
        <w:tc>
          <w:tcPr>
            <w:tcW w:type="dxa" w:w="1728"/>
          </w:tcPr>
          <w:p>
            <w:r>
              <w:t>Khodayekhubamm</w:t>
            </w:r>
          </w:p>
        </w:tc>
        <w:tc>
          <w:tcPr>
            <w:tcW w:type="dxa" w:w="1728"/>
          </w:tcPr>
          <w:p>
            <w:r>
              <w:t>گروه دانشجویان ایران</w:t>
            </w:r>
          </w:p>
        </w:tc>
      </w:tr>
      <w:tr>
        <w:tc>
          <w:tcPr>
            <w:tcW w:type="dxa" w:w="1728"/>
          </w:tcPr>
          <w:p>
            <w:r>
              <w:t>9131091*9*</w:t>
            </w:r>
          </w:p>
        </w:tc>
        <w:tc>
          <w:tcPr>
            <w:tcW w:type="dxa" w:w="1728"/>
          </w:tcPr>
          <w:p>
            <w:r>
              <w:t>M.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Mp12870</w:t>
            </w:r>
          </w:p>
        </w:tc>
        <w:tc>
          <w:tcPr>
            <w:tcW w:type="dxa" w:w="1728"/>
          </w:tcPr>
          <w:p>
            <w:r>
              <w:t>گروه دانشجویان ایران</w:t>
            </w:r>
          </w:p>
        </w:tc>
      </w:tr>
      <w:tr>
        <w:tc>
          <w:tcPr>
            <w:tcW w:type="dxa" w:w="1728"/>
          </w:tcPr>
          <w:p>
            <w:r>
              <w:t>93**340314</w:t>
            </w:r>
          </w:p>
        </w:tc>
        <w:tc>
          <w:tcPr>
            <w:tcW w:type="dxa" w:w="1728"/>
          </w:tcPr>
          <w:p>
            <w:r>
              <w:t>mohamadreza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mohamadreza272812</w:t>
            </w:r>
          </w:p>
        </w:tc>
        <w:tc>
          <w:tcPr>
            <w:tcW w:type="dxa" w:w="1728"/>
          </w:tcPr>
          <w:p>
            <w:r>
              <w:t>گروه دانشجویان ایران</w:t>
            </w:r>
          </w:p>
        </w:tc>
      </w:tr>
      <w:tr>
        <w:tc>
          <w:tcPr>
            <w:tcW w:type="dxa" w:w="1728"/>
          </w:tcPr>
          <w:p>
            <w:r>
              <w:t>9012*1**39</w:t>
            </w:r>
          </w:p>
        </w:tc>
        <w:tc>
          <w:tcPr>
            <w:tcW w:type="dxa" w:w="1728"/>
          </w:tcPr>
          <w:p>
            <w:r>
              <w:t>Ali</w:t>
            </w:r>
          </w:p>
        </w:tc>
        <w:tc>
          <w:tcPr>
            <w:tcW w:type="dxa" w:w="1728"/>
          </w:tcPr>
          <w:p>
            <w:r>
              <w:t>Es</w:t>
            </w:r>
          </w:p>
        </w:tc>
        <w:tc>
          <w:tcPr>
            <w:tcW w:type="dxa" w:w="1728"/>
          </w:tcPr>
          <w:p>
            <w:r>
              <w:t>Ali_Eslami_98</w:t>
            </w:r>
          </w:p>
        </w:tc>
        <w:tc>
          <w:tcPr>
            <w:tcW w:type="dxa" w:w="1728"/>
          </w:tcPr>
          <w:p>
            <w:r>
              <w:t>گروه دانشجویان ایران</w:t>
            </w:r>
          </w:p>
        </w:tc>
      </w:tr>
      <w:tr>
        <w:tc>
          <w:tcPr>
            <w:tcW w:type="dxa" w:w="1728"/>
          </w:tcPr>
          <w:p>
            <w:r>
              <w:t>9027**303*</w:t>
            </w:r>
          </w:p>
        </w:tc>
        <w:tc>
          <w:tcPr>
            <w:tcW w:type="dxa" w:w="1728"/>
          </w:tcPr>
          <w:p>
            <w:r>
              <w:t>Mohamad reza gholami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Mohamadreza_gh99</w:t>
            </w:r>
          </w:p>
        </w:tc>
        <w:tc>
          <w:tcPr>
            <w:tcW w:type="dxa" w:w="1728"/>
          </w:tcPr>
          <w:p>
            <w:r>
              <w:t>گروه دانشجویان ایران</w:t>
            </w:r>
          </w:p>
        </w:tc>
      </w:tr>
      <w:tr>
        <w:tc>
          <w:tcPr>
            <w:tcW w:type="dxa" w:w="1728"/>
          </w:tcPr>
          <w:p>
            <w:r>
              <w:t>910*7*72*0</w:t>
            </w:r>
          </w:p>
        </w:tc>
        <w:tc>
          <w:tcPr>
            <w:tcW w:type="dxa" w:w="1728"/>
          </w:tcPr>
          <w:p>
            <w:r>
              <w:t>Niloofar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Niloufarm777</w:t>
            </w:r>
          </w:p>
        </w:tc>
        <w:tc>
          <w:tcPr>
            <w:tcW w:type="dxa" w:w="1728"/>
          </w:tcPr>
          <w:p>
            <w:r>
              <w:t>گروه دانشجویان ایران</w:t>
            </w:r>
          </w:p>
        </w:tc>
      </w:tr>
      <w:tr>
        <w:tc>
          <w:tcPr>
            <w:tcW w:type="dxa" w:w="1728"/>
          </w:tcPr>
          <w:p>
            <w:r>
              <w:t>93311*4*71</w:t>
            </w:r>
          </w:p>
        </w:tc>
        <w:tc>
          <w:tcPr>
            <w:tcW w:type="dxa" w:w="1728"/>
          </w:tcPr>
          <w:p>
            <w:r>
              <w:t>MarzieFa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Mrzfaz</w:t>
            </w:r>
          </w:p>
        </w:tc>
        <w:tc>
          <w:tcPr>
            <w:tcW w:type="dxa" w:w="1728"/>
          </w:tcPr>
          <w:p>
            <w:r>
              <w:t>گروه دانشجویان ایران</w:t>
            </w:r>
          </w:p>
        </w:tc>
      </w:tr>
      <w:tr>
        <w:tc>
          <w:tcPr>
            <w:tcW w:type="dxa" w:w="1728"/>
          </w:tcPr>
          <w:p>
            <w:r>
              <w:t>9012917*91</w:t>
            </w:r>
          </w:p>
        </w:tc>
        <w:tc>
          <w:tcPr>
            <w:tcW w:type="dxa" w:w="1728"/>
          </w:tcPr>
          <w:p>
            <w:r>
              <w:t>𓆃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Flying_Shams</w:t>
            </w:r>
          </w:p>
        </w:tc>
        <w:tc>
          <w:tcPr>
            <w:tcW w:type="dxa" w:w="1728"/>
          </w:tcPr>
          <w:p>
            <w:r>
              <w:t>گروه دانشجویان ایران</w:t>
            </w:r>
          </w:p>
        </w:tc>
      </w:tr>
      <w:tr>
        <w:tc>
          <w:tcPr>
            <w:tcW w:type="dxa" w:w="1728"/>
          </w:tcPr>
          <w:p>
            <w:r>
              <w:t>91*2*34*00</w:t>
            </w:r>
          </w:p>
        </w:tc>
        <w:tc>
          <w:tcPr>
            <w:tcW w:type="dxa" w:w="1728"/>
          </w:tcPr>
          <w:p>
            <w:r>
              <w:t>mohammad16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s6mohammad</w:t>
            </w:r>
          </w:p>
        </w:tc>
        <w:tc>
          <w:tcPr>
            <w:tcW w:type="dxa" w:w="1728"/>
          </w:tcPr>
          <w:p>
            <w:r>
              <w:t>گروه دانشجویان ایران</w:t>
            </w:r>
          </w:p>
        </w:tc>
      </w:tr>
      <w:tr>
        <w:tc>
          <w:tcPr>
            <w:tcW w:type="dxa" w:w="1728"/>
          </w:tcPr>
          <w:p>
            <w:r>
              <w:t>937017*170</w:t>
            </w:r>
          </w:p>
        </w:tc>
        <w:tc>
          <w:tcPr>
            <w:tcW w:type="dxa" w:w="1728"/>
          </w:tcPr>
          <w:p>
            <w:r>
              <w:t>Saeid</w:t>
            </w:r>
          </w:p>
        </w:tc>
        <w:tc>
          <w:tcPr>
            <w:tcW w:type="dxa" w:w="1728"/>
          </w:tcPr>
          <w:p>
            <w:r>
              <w:t>Zbh</w:t>
            </w:r>
          </w:p>
        </w:tc>
        <w:tc>
          <w:tcPr>
            <w:tcW w:type="dxa" w:w="1728"/>
          </w:tcPr>
          <w:p>
            <w:r>
              <w:t>saeidZbh</w:t>
            </w:r>
          </w:p>
        </w:tc>
        <w:tc>
          <w:tcPr>
            <w:tcW w:type="dxa" w:w="1728"/>
          </w:tcPr>
          <w:p>
            <w:r>
              <w:t>گروه دانشجویان ایران</w:t>
            </w:r>
          </w:p>
        </w:tc>
      </w:tr>
      <w:tr>
        <w:tc>
          <w:tcPr>
            <w:tcW w:type="dxa" w:w="1728"/>
          </w:tcPr>
          <w:p>
            <w:r>
              <w:t>93**12***1</w:t>
            </w:r>
          </w:p>
        </w:tc>
        <w:tc>
          <w:tcPr>
            <w:tcW w:type="dxa" w:w="1728"/>
          </w:tcPr>
          <w:p>
            <w:r>
              <w:t>aRmin zorofian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Rminn_zr</w:t>
            </w:r>
          </w:p>
        </w:tc>
        <w:tc>
          <w:tcPr>
            <w:tcW w:type="dxa" w:w="1728"/>
          </w:tcPr>
          <w:p>
            <w:r>
              <w:t>گروه دانشجویان ایران</w:t>
            </w:r>
          </w:p>
        </w:tc>
      </w:tr>
      <w:tr>
        <w:tc>
          <w:tcPr>
            <w:tcW w:type="dxa" w:w="1728"/>
          </w:tcPr>
          <w:p>
            <w:r>
              <w:t>93*7477***</w:t>
            </w:r>
          </w:p>
        </w:tc>
        <w:tc>
          <w:tcPr>
            <w:tcW w:type="dxa" w:w="1728"/>
          </w:tcPr>
          <w:p>
            <w:r>
              <w:t>...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Mr_fallah0</w:t>
            </w:r>
          </w:p>
        </w:tc>
        <w:tc>
          <w:tcPr>
            <w:tcW w:type="dxa" w:w="1728"/>
          </w:tcPr>
          <w:p>
            <w:r>
              <w:t>گروه دانشجویان ایران</w:t>
            </w:r>
          </w:p>
        </w:tc>
      </w:tr>
      <w:tr>
        <w:tc>
          <w:tcPr>
            <w:tcW w:type="dxa" w:w="1728"/>
          </w:tcPr>
          <w:p>
            <w:r>
              <w:t>9134349**2</w:t>
            </w:r>
          </w:p>
        </w:tc>
        <w:tc>
          <w:tcPr>
            <w:tcW w:type="dxa" w:w="1728"/>
          </w:tcPr>
          <w:p>
            <w:r>
              <w:t>Golsa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golsakhd</w:t>
            </w:r>
          </w:p>
        </w:tc>
        <w:tc>
          <w:tcPr>
            <w:tcW w:type="dxa" w:w="1728"/>
          </w:tcPr>
          <w:p>
            <w:r>
              <w:t>گروه دانشجویان ایران</w:t>
            </w:r>
          </w:p>
        </w:tc>
      </w:tr>
      <w:tr>
        <w:tc>
          <w:tcPr>
            <w:tcW w:type="dxa" w:w="1728"/>
          </w:tcPr>
          <w:p>
            <w:r>
              <w:t>912*994**3</w:t>
            </w:r>
          </w:p>
        </w:tc>
        <w:tc>
          <w:tcPr>
            <w:tcW w:type="dxa" w:w="1728"/>
          </w:tcPr>
          <w:p>
            <w:r>
              <w:t>Mohammad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mhmmdhmakani</w:t>
            </w:r>
          </w:p>
        </w:tc>
        <w:tc>
          <w:tcPr>
            <w:tcW w:type="dxa" w:w="1728"/>
          </w:tcPr>
          <w:p>
            <w:r>
              <w:t>گروه دانشجویان ایران</w:t>
            </w:r>
          </w:p>
        </w:tc>
      </w:tr>
      <w:tr>
        <w:tc>
          <w:tcPr>
            <w:tcW w:type="dxa" w:w="1728"/>
          </w:tcPr>
          <w:p>
            <w:r>
              <w:t>939*9*1090</w:t>
            </w:r>
          </w:p>
        </w:tc>
        <w:tc>
          <w:tcPr>
            <w:tcW w:type="dxa" w:w="1728"/>
          </w:tcPr>
          <w:p>
            <w:r>
              <w:t>SALEH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Svl9h</w:t>
            </w:r>
          </w:p>
        </w:tc>
        <w:tc>
          <w:tcPr>
            <w:tcW w:type="dxa" w:w="1728"/>
          </w:tcPr>
          <w:p>
            <w:r>
              <w:t>گروه دانشجویان ایران</w:t>
            </w:r>
          </w:p>
        </w:tc>
      </w:tr>
      <w:tr>
        <w:tc>
          <w:tcPr>
            <w:tcW w:type="dxa" w:w="1728"/>
          </w:tcPr>
          <w:p>
            <w:r>
              <w:t>990*430071</w:t>
            </w:r>
          </w:p>
        </w:tc>
        <w:tc>
          <w:tcPr>
            <w:tcW w:type="dxa" w:w="1728"/>
          </w:tcPr>
          <w:p>
            <w:r>
              <w:t>MOHAMMAD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M0hmmad_sadeghi</w:t>
            </w:r>
          </w:p>
        </w:tc>
        <w:tc>
          <w:tcPr>
            <w:tcW w:type="dxa" w:w="1728"/>
          </w:tcPr>
          <w:p>
            <w:r>
              <w:t>گروه دانشجویان ایران</w:t>
            </w:r>
          </w:p>
        </w:tc>
      </w:tr>
      <w:tr>
        <w:tc>
          <w:tcPr>
            <w:tcW w:type="dxa" w:w="1728"/>
          </w:tcPr>
          <w:p>
            <w:r>
              <w:t>91203*0*72</w:t>
            </w:r>
          </w:p>
        </w:tc>
        <w:tc>
          <w:tcPr>
            <w:tcW w:type="dxa" w:w="1728"/>
          </w:tcPr>
          <w:p>
            <w:r>
              <w:t>ardalankazemian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ardalankazemian</w:t>
            </w:r>
          </w:p>
        </w:tc>
        <w:tc>
          <w:tcPr>
            <w:tcW w:type="dxa" w:w="1728"/>
          </w:tcPr>
          <w:p>
            <w:r>
              <w:t>گروه دانشجویان ایران</w:t>
            </w:r>
          </w:p>
        </w:tc>
      </w:tr>
      <w:tr>
        <w:tc>
          <w:tcPr>
            <w:tcW w:type="dxa" w:w="1728"/>
          </w:tcPr>
          <w:p>
            <w:r>
              <w:t>91*47*2101</w:t>
            </w:r>
          </w:p>
        </w:tc>
        <w:tc>
          <w:tcPr>
            <w:tcW w:type="dxa" w:w="1728"/>
          </w:tcPr>
          <w:p>
            <w:r>
              <w:t>ρą-я🗯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parham_778</w:t>
            </w:r>
          </w:p>
        </w:tc>
        <w:tc>
          <w:tcPr>
            <w:tcW w:type="dxa" w:w="1728"/>
          </w:tcPr>
          <w:p>
            <w:r>
              <w:t>گروه دانشجویان ایران</w:t>
            </w:r>
          </w:p>
        </w:tc>
      </w:tr>
      <w:tr>
        <w:tc>
          <w:tcPr>
            <w:tcW w:type="dxa" w:w="1728"/>
          </w:tcPr>
          <w:p>
            <w:r>
              <w:t>903*73*3*9</w:t>
            </w:r>
          </w:p>
        </w:tc>
        <w:tc>
          <w:tcPr>
            <w:tcW w:type="dxa" w:w="1728"/>
          </w:tcPr>
          <w:p>
            <w:r>
              <w:t>Yasaman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YasamanNb</w:t>
            </w:r>
          </w:p>
        </w:tc>
        <w:tc>
          <w:tcPr>
            <w:tcW w:type="dxa" w:w="1728"/>
          </w:tcPr>
          <w:p>
            <w:r>
              <w:t>گروه دانشجویان ایران</w:t>
            </w:r>
          </w:p>
        </w:tc>
      </w:tr>
      <w:tr>
        <w:tc>
          <w:tcPr>
            <w:tcW w:type="dxa" w:w="1728"/>
          </w:tcPr>
          <w:p>
            <w:r>
              <w:t>9397*9*993</w:t>
            </w:r>
          </w:p>
        </w:tc>
        <w:tc>
          <w:tcPr>
            <w:tcW w:type="dxa" w:w="1728"/>
          </w:tcPr>
          <w:p>
            <w:r>
              <w:t>Ainaz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ainaz_ham</w:t>
            </w:r>
          </w:p>
        </w:tc>
        <w:tc>
          <w:tcPr>
            <w:tcW w:type="dxa" w:w="1728"/>
          </w:tcPr>
          <w:p>
            <w:r>
              <w:t>گروه دانشجویان ایران</w:t>
            </w:r>
          </w:p>
        </w:tc>
      </w:tr>
      <w:tr>
        <w:tc>
          <w:tcPr>
            <w:tcW w:type="dxa" w:w="1728"/>
          </w:tcPr>
          <w:p>
            <w:r>
              <w:t>9120321433</w:t>
            </w:r>
          </w:p>
        </w:tc>
        <w:tc>
          <w:tcPr>
            <w:tcW w:type="dxa" w:w="1728"/>
          </w:tcPr>
          <w:p>
            <w:r>
              <w:t>Memol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Memoli712</w:t>
            </w:r>
          </w:p>
        </w:tc>
        <w:tc>
          <w:tcPr>
            <w:tcW w:type="dxa" w:w="1728"/>
          </w:tcPr>
          <w:p>
            <w:r>
              <w:t>گروه دانشجویان ایران</w:t>
            </w:r>
          </w:p>
        </w:tc>
      </w:tr>
      <w:tr>
        <w:tc>
          <w:tcPr>
            <w:tcW w:type="dxa" w:w="1728"/>
          </w:tcPr>
          <w:p>
            <w:r>
              <w:t>903*72*120</w:t>
            </w:r>
          </w:p>
        </w:tc>
        <w:tc>
          <w:tcPr>
            <w:tcW w:type="dxa" w:w="1728"/>
          </w:tcPr>
          <w:p>
            <w:r>
              <w:t>hani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hani_mh93</w:t>
            </w:r>
          </w:p>
        </w:tc>
        <w:tc>
          <w:tcPr>
            <w:tcW w:type="dxa" w:w="1728"/>
          </w:tcPr>
          <w:p>
            <w:r>
              <w:t>گروه دانشجویان ایران</w:t>
            </w:r>
          </w:p>
        </w:tc>
      </w:tr>
      <w:tr>
        <w:tc>
          <w:tcPr>
            <w:tcW w:type="dxa" w:w="1728"/>
          </w:tcPr>
          <w:p>
            <w:r>
              <w:t>901*074**9</w:t>
            </w:r>
          </w:p>
        </w:tc>
        <w:tc>
          <w:tcPr>
            <w:tcW w:type="dxa" w:w="1728"/>
          </w:tcPr>
          <w:p>
            <w:r>
              <w:t>Mehranshiri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mehranshirimo</w:t>
            </w:r>
          </w:p>
        </w:tc>
        <w:tc>
          <w:tcPr>
            <w:tcW w:type="dxa" w:w="1728"/>
          </w:tcPr>
          <w:p>
            <w:r>
              <w:t>گروه دانشجویان ایران</w:t>
            </w:r>
          </w:p>
        </w:tc>
      </w:tr>
      <w:tr>
        <w:tc>
          <w:tcPr>
            <w:tcW w:type="dxa" w:w="1728"/>
          </w:tcPr>
          <w:p>
            <w:r>
              <w:t>93920*3949</w:t>
            </w:r>
          </w:p>
        </w:tc>
        <w:tc>
          <w:tcPr>
            <w:tcW w:type="dxa" w:w="1728"/>
          </w:tcPr>
          <w:p>
            <w:r>
              <w:t>FARAATASH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FARAATASH1</w:t>
            </w:r>
          </w:p>
        </w:tc>
        <w:tc>
          <w:tcPr>
            <w:tcW w:type="dxa" w:w="1728"/>
          </w:tcPr>
          <w:p>
            <w:r>
              <w:t>گروه دانشجویان ایران</w:t>
            </w:r>
          </w:p>
        </w:tc>
      </w:tr>
      <w:tr>
        <w:tc>
          <w:tcPr>
            <w:tcW w:type="dxa" w:w="1728"/>
          </w:tcPr>
          <w:p>
            <w:r>
              <w:t>91**2***33</w:t>
            </w:r>
          </w:p>
        </w:tc>
        <w:tc>
          <w:tcPr>
            <w:tcW w:type="dxa" w:w="1728"/>
          </w:tcPr>
          <w:p>
            <w:r>
              <w:t>H.</w:t>
            </w:r>
          </w:p>
        </w:tc>
        <w:tc>
          <w:tcPr>
            <w:tcW w:type="dxa" w:w="1728"/>
          </w:tcPr>
          <w:p>
            <w:r>
              <w:t>sekandari</w:t>
            </w:r>
          </w:p>
        </w:tc>
        <w:tc>
          <w:tcPr>
            <w:tcW w:type="dxa" w:w="1728"/>
          </w:tcPr>
          <w:p>
            <w:r>
              <w:t>h_sekandari</w:t>
            </w:r>
          </w:p>
        </w:tc>
        <w:tc>
          <w:tcPr>
            <w:tcW w:type="dxa" w:w="1728"/>
          </w:tcPr>
          <w:p>
            <w:r>
              <w:t>گروه دانشجویان ایران</w:t>
            </w:r>
          </w:p>
        </w:tc>
      </w:tr>
      <w:tr>
        <w:tc>
          <w:tcPr>
            <w:tcW w:type="dxa" w:w="1728"/>
          </w:tcPr>
          <w:p>
            <w:r>
              <w:t>913*2093*2</w:t>
            </w:r>
          </w:p>
        </w:tc>
        <w:tc>
          <w:tcPr>
            <w:tcW w:type="dxa" w:w="1728"/>
          </w:tcPr>
          <w:p>
            <w:r>
              <w:t>NeGaR 👧🏻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NEGAR_KHALEGH</w:t>
            </w:r>
          </w:p>
        </w:tc>
        <w:tc>
          <w:tcPr>
            <w:tcW w:type="dxa" w:w="1728"/>
          </w:tcPr>
          <w:p>
            <w:r>
              <w:t>گروه دانشجویان ایران</w:t>
            </w:r>
          </w:p>
        </w:tc>
      </w:tr>
      <w:tr>
        <w:tc>
          <w:tcPr>
            <w:tcW w:type="dxa" w:w="1728"/>
          </w:tcPr>
          <w:p>
            <w:r>
              <w:t>9127133*03</w:t>
            </w:r>
          </w:p>
        </w:tc>
        <w:tc>
          <w:tcPr>
            <w:tcW w:type="dxa" w:w="1728"/>
          </w:tcPr>
          <w:p>
            <w:r>
              <w:t>Vahid</w:t>
            </w:r>
          </w:p>
        </w:tc>
        <w:tc>
          <w:tcPr>
            <w:tcW w:type="dxa" w:w="1728"/>
          </w:tcPr>
          <w:p>
            <w:r>
              <w:t>AD</w:t>
            </w:r>
          </w:p>
        </w:tc>
        <w:tc>
          <w:tcPr>
            <w:tcW w:type="dxa" w:w="1728"/>
          </w:tcPr>
          <w:p>
            <w:r>
              <w:t>vahidadst</w:t>
            </w:r>
          </w:p>
        </w:tc>
        <w:tc>
          <w:tcPr>
            <w:tcW w:type="dxa" w:w="1728"/>
          </w:tcPr>
          <w:p>
            <w:r>
              <w:t>گروه دانشجویان ایران</w:t>
            </w:r>
          </w:p>
        </w:tc>
      </w:tr>
      <w:tr>
        <w:tc>
          <w:tcPr>
            <w:tcW w:type="dxa" w:w="1728"/>
          </w:tcPr>
          <w:p>
            <w:r>
              <w:t>939*1100*0</w:t>
            </w:r>
          </w:p>
        </w:tc>
        <w:tc>
          <w:tcPr>
            <w:tcW w:type="dxa" w:w="1728"/>
          </w:tcPr>
          <w:p>
            <w:r>
              <w:t>....</w:t>
            </w:r>
          </w:p>
        </w:tc>
        <w:tc>
          <w:tcPr>
            <w:tcW w:type="dxa" w:w="1728"/>
          </w:tcPr>
          <w:p>
            <w:r>
              <w:t>....</w:t>
            </w:r>
          </w:p>
        </w:tc>
        <w:tc>
          <w:tcPr>
            <w:tcW w:type="dxa" w:w="1728"/>
          </w:tcPr>
          <w:p>
            <w:r>
              <w:t>BridgetoUSA</w:t>
            </w:r>
          </w:p>
        </w:tc>
        <w:tc>
          <w:tcPr>
            <w:tcW w:type="dxa" w:w="1728"/>
          </w:tcPr>
          <w:p>
            <w:r>
              <w:t>گروه دانشجویان ایران</w:t>
            </w:r>
          </w:p>
        </w:tc>
      </w:tr>
      <w:tr>
        <w:tc>
          <w:tcPr>
            <w:tcW w:type="dxa" w:w="1728"/>
          </w:tcPr>
          <w:p>
            <w:r>
              <w:t>9374172977</w:t>
            </w:r>
          </w:p>
        </w:tc>
        <w:tc>
          <w:tcPr>
            <w:tcW w:type="dxa" w:w="1728"/>
          </w:tcPr>
          <w:p>
            <w:r>
              <w:t>Aboubakr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Trb_20</w:t>
            </w:r>
          </w:p>
        </w:tc>
        <w:tc>
          <w:tcPr>
            <w:tcW w:type="dxa" w:w="1728"/>
          </w:tcPr>
          <w:p>
            <w:r>
              <w:t>گروه دانشجویان ایران</w:t>
            </w:r>
          </w:p>
        </w:tc>
      </w:tr>
      <w:tr>
        <w:tc>
          <w:tcPr>
            <w:tcW w:type="dxa" w:w="1728"/>
          </w:tcPr>
          <w:p>
            <w:r>
              <w:t>99112391**</w:t>
            </w:r>
          </w:p>
        </w:tc>
        <w:tc>
          <w:tcPr>
            <w:tcW w:type="dxa" w:w="1728"/>
          </w:tcPr>
          <w:p>
            <w:r>
              <w:t>Faezeg</w:t>
            </w:r>
          </w:p>
        </w:tc>
        <w:tc>
          <w:tcPr>
            <w:tcW w:type="dxa" w:w="1728"/>
          </w:tcPr>
          <w:p>
            <w:r>
              <w:t>Ghorbani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گروه دانشجویان ایران</w:t>
            </w:r>
          </w:p>
        </w:tc>
      </w:tr>
      <w:tr>
        <w:tc>
          <w:tcPr>
            <w:tcW w:type="dxa" w:w="1728"/>
          </w:tcPr>
          <w:p>
            <w:r>
              <w:t>9112*70994</w:t>
            </w:r>
          </w:p>
        </w:tc>
        <w:tc>
          <w:tcPr>
            <w:tcW w:type="dxa" w:w="1728"/>
          </w:tcPr>
          <w:p>
            <w:r>
              <w:t>nafiseh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Nafisrr</w:t>
            </w:r>
          </w:p>
        </w:tc>
        <w:tc>
          <w:tcPr>
            <w:tcW w:type="dxa" w:w="1728"/>
          </w:tcPr>
          <w:p>
            <w:r>
              <w:t>گروه دانشجویان ایران</w:t>
            </w:r>
          </w:p>
        </w:tc>
      </w:tr>
      <w:tr>
        <w:tc>
          <w:tcPr>
            <w:tcW w:type="dxa" w:w="1728"/>
          </w:tcPr>
          <w:p>
            <w:r>
              <w:t>901*94292*</w:t>
            </w:r>
          </w:p>
        </w:tc>
        <w:tc>
          <w:tcPr>
            <w:tcW w:type="dxa" w:w="1728"/>
          </w:tcPr>
          <w:p>
            <w:r>
              <w:t>Negin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Neegiin_zr</w:t>
            </w:r>
          </w:p>
        </w:tc>
        <w:tc>
          <w:tcPr>
            <w:tcW w:type="dxa" w:w="1728"/>
          </w:tcPr>
          <w:p>
            <w:r>
              <w:t>گروه دانشجویان ایران</w:t>
            </w:r>
          </w:p>
        </w:tc>
      </w:tr>
      <w:tr>
        <w:tc>
          <w:tcPr>
            <w:tcW w:type="dxa" w:w="1728"/>
          </w:tcPr>
          <w:p>
            <w:r>
              <w:t>91**29*4*9</w:t>
            </w:r>
          </w:p>
        </w:tc>
        <w:tc>
          <w:tcPr>
            <w:tcW w:type="dxa" w:w="1728"/>
          </w:tcPr>
          <w:p>
            <w:r>
              <w:t>ʜᴏꜱꜱɪᴇɴ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hossien_safari</w:t>
            </w:r>
          </w:p>
        </w:tc>
        <w:tc>
          <w:tcPr>
            <w:tcW w:type="dxa" w:w="1728"/>
          </w:tcPr>
          <w:p>
            <w:r>
              <w:t>گروه دانشجویان ایران</w:t>
            </w:r>
          </w:p>
        </w:tc>
      </w:tr>
      <w:tr>
        <w:tc>
          <w:tcPr>
            <w:tcW w:type="dxa" w:w="1728"/>
          </w:tcPr>
          <w:p>
            <w:r>
              <w:t>911*737293</w:t>
            </w:r>
          </w:p>
        </w:tc>
        <w:tc>
          <w:tcPr>
            <w:tcW w:type="dxa" w:w="1728"/>
          </w:tcPr>
          <w:p>
            <w:r>
              <w:t>Mohammad</w:t>
            </w:r>
          </w:p>
        </w:tc>
        <w:tc>
          <w:tcPr>
            <w:tcW w:type="dxa" w:w="1728"/>
          </w:tcPr>
          <w:p>
            <w:r>
              <w:t>Hajiabadi</w:t>
            </w:r>
          </w:p>
        </w:tc>
        <w:tc>
          <w:tcPr>
            <w:tcW w:type="dxa" w:w="1728"/>
          </w:tcPr>
          <w:p>
            <w:r>
              <w:t>M_Hajiabadi59</w:t>
            </w:r>
          </w:p>
        </w:tc>
        <w:tc>
          <w:tcPr>
            <w:tcW w:type="dxa" w:w="1728"/>
          </w:tcPr>
          <w:p>
            <w:r>
              <w:t>گروه دانشجویان ایران</w:t>
            </w:r>
          </w:p>
        </w:tc>
      </w:tr>
      <w:tr>
        <w:tc>
          <w:tcPr>
            <w:tcW w:type="dxa" w:w="1728"/>
          </w:tcPr>
          <w:p>
            <w:r>
              <w:t>90292*7***</w:t>
            </w:r>
          </w:p>
        </w:tc>
        <w:tc>
          <w:tcPr>
            <w:tcW w:type="dxa" w:w="1728"/>
          </w:tcPr>
          <w:p>
            <w:r>
              <w:t>ftmemhds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ftmemhds</w:t>
            </w:r>
          </w:p>
        </w:tc>
        <w:tc>
          <w:tcPr>
            <w:tcW w:type="dxa" w:w="1728"/>
          </w:tcPr>
          <w:p>
            <w:r>
              <w:t>گروه دانشجویان ایران</w:t>
            </w:r>
          </w:p>
        </w:tc>
      </w:tr>
      <w:tr>
        <w:tc>
          <w:tcPr>
            <w:tcW w:type="dxa" w:w="1728"/>
          </w:tcPr>
          <w:p>
            <w:r>
              <w:t>93*31*993*</w:t>
            </w:r>
          </w:p>
        </w:tc>
        <w:tc>
          <w:tcPr>
            <w:tcW w:type="dxa" w:w="1728"/>
          </w:tcPr>
          <w:p>
            <w:r>
              <w:t>OMID.sh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S10050</w:t>
            </w:r>
          </w:p>
        </w:tc>
        <w:tc>
          <w:tcPr>
            <w:tcW w:type="dxa" w:w="1728"/>
          </w:tcPr>
          <w:p>
            <w:r>
              <w:t>گروه دانشجویان ایران</w:t>
            </w:r>
          </w:p>
        </w:tc>
      </w:tr>
      <w:tr>
        <w:tc>
          <w:tcPr>
            <w:tcW w:type="dxa" w:w="1728"/>
          </w:tcPr>
          <w:p>
            <w:r>
              <w:t>9374*30*13</w:t>
            </w:r>
          </w:p>
        </w:tc>
        <w:tc>
          <w:tcPr>
            <w:tcW w:type="dxa" w:w="1728"/>
          </w:tcPr>
          <w:p>
            <w:r>
              <w:t>𓄂𓆃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Shahriar_ka99</w:t>
            </w:r>
          </w:p>
        </w:tc>
        <w:tc>
          <w:tcPr>
            <w:tcW w:type="dxa" w:w="1728"/>
          </w:tcPr>
          <w:p>
            <w:r>
              <w:t>گروه دانشجویان ایران</w:t>
            </w:r>
          </w:p>
        </w:tc>
      </w:tr>
      <w:tr>
        <w:tc>
          <w:tcPr>
            <w:tcW w:type="dxa" w:w="1728"/>
          </w:tcPr>
          <w:p>
            <w:r>
              <w:t>910***2412</w:t>
            </w:r>
          </w:p>
        </w:tc>
        <w:tc>
          <w:tcPr>
            <w:tcW w:type="dxa" w:w="1728"/>
          </w:tcPr>
          <w:p>
            <w:r>
              <w:t>Arash Salehipour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WINwinstonWIN</w:t>
            </w:r>
          </w:p>
        </w:tc>
        <w:tc>
          <w:tcPr>
            <w:tcW w:type="dxa" w:w="1728"/>
          </w:tcPr>
          <w:p>
            <w:r>
              <w:t>گروه دانشجویان ایران</w:t>
            </w:r>
          </w:p>
        </w:tc>
      </w:tr>
      <w:tr>
        <w:tc>
          <w:tcPr>
            <w:tcW w:type="dxa" w:w="1728"/>
          </w:tcPr>
          <w:p>
            <w:r>
              <w:t>919933*7*9</w:t>
            </w:r>
          </w:p>
        </w:tc>
        <w:tc>
          <w:tcPr>
            <w:tcW w:type="dxa" w:w="1728"/>
          </w:tcPr>
          <w:p>
            <w:r>
              <w:t>Sarah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sincerelyssara</w:t>
            </w:r>
          </w:p>
        </w:tc>
        <w:tc>
          <w:tcPr>
            <w:tcW w:type="dxa" w:w="1728"/>
          </w:tcPr>
          <w:p>
            <w:r>
              <w:t>گروه دانشجویان ایران</w:t>
            </w:r>
          </w:p>
        </w:tc>
      </w:tr>
      <w:tr>
        <w:tc>
          <w:tcPr>
            <w:tcW w:type="dxa" w:w="1728"/>
          </w:tcPr>
          <w:p>
            <w:r>
              <w:t>913*1143*3</w:t>
            </w:r>
          </w:p>
        </w:tc>
        <w:tc>
          <w:tcPr>
            <w:tcW w:type="dxa" w:w="1728"/>
          </w:tcPr>
          <w:p>
            <w:r>
              <w:t>Mohammad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moal003</w:t>
            </w:r>
          </w:p>
        </w:tc>
        <w:tc>
          <w:tcPr>
            <w:tcW w:type="dxa" w:w="1728"/>
          </w:tcPr>
          <w:p>
            <w:r>
              <w:t>گروه دانشجویان ایران</w:t>
            </w:r>
          </w:p>
        </w:tc>
      </w:tr>
      <w:tr>
        <w:tc>
          <w:tcPr>
            <w:tcW w:type="dxa" w:w="1728"/>
          </w:tcPr>
          <w:p>
            <w:r>
              <w:t>91214**3**</w:t>
            </w:r>
          </w:p>
        </w:tc>
        <w:tc>
          <w:tcPr>
            <w:tcW w:type="dxa" w:w="1728"/>
          </w:tcPr>
          <w:p>
            <w:r>
              <w:t>𝘼𝙛𝙨𝙝𝙞𝙣 𝙉𝙖𝙫𝙞𝙙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AfshinnNavidd</w:t>
            </w:r>
          </w:p>
        </w:tc>
        <w:tc>
          <w:tcPr>
            <w:tcW w:type="dxa" w:w="1728"/>
          </w:tcPr>
          <w:p>
            <w:r>
              <w:t>گروه دانشجویان ایران</w:t>
            </w:r>
          </w:p>
        </w:tc>
      </w:tr>
      <w:tr>
        <w:tc>
          <w:tcPr>
            <w:tcW w:type="dxa" w:w="1728"/>
          </w:tcPr>
          <w:p>
            <w:r>
              <w:t>930737*13*</w:t>
            </w:r>
          </w:p>
        </w:tc>
        <w:tc>
          <w:tcPr>
            <w:tcW w:type="dxa" w:w="1728"/>
          </w:tcPr>
          <w:p>
            <w:r>
              <w:t>🦄Shaqayeq💜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Shagha98sdr</w:t>
            </w:r>
          </w:p>
        </w:tc>
        <w:tc>
          <w:tcPr>
            <w:tcW w:type="dxa" w:w="1728"/>
          </w:tcPr>
          <w:p>
            <w:r>
              <w:t>گروه دانشجویان ایران</w:t>
            </w:r>
          </w:p>
        </w:tc>
      </w:tr>
      <w:tr>
        <w:tc>
          <w:tcPr>
            <w:tcW w:type="dxa" w:w="1728"/>
          </w:tcPr>
          <w:p>
            <w:r>
              <w:t>93*3*2*499</w:t>
            </w:r>
          </w:p>
        </w:tc>
        <w:tc>
          <w:tcPr>
            <w:tcW w:type="dxa" w:w="1728"/>
          </w:tcPr>
          <w:p>
            <w:r>
              <w:t>💄ʍԾɧԹԺԺeՏeɧ💄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ador_design76</w:t>
            </w:r>
          </w:p>
        </w:tc>
        <w:tc>
          <w:tcPr>
            <w:tcW w:type="dxa" w:w="1728"/>
          </w:tcPr>
          <w:p>
            <w:r>
              <w:t>گروه دانشجویان ایران</w:t>
            </w:r>
          </w:p>
        </w:tc>
      </w:tr>
      <w:tr>
        <w:tc>
          <w:tcPr>
            <w:tcW w:type="dxa" w:w="1728"/>
          </w:tcPr>
          <w:p>
            <w:r>
              <w:t>91202**711</w:t>
            </w:r>
          </w:p>
        </w:tc>
        <w:tc>
          <w:tcPr>
            <w:tcW w:type="dxa" w:w="1728"/>
          </w:tcPr>
          <w:p>
            <w:r>
              <w:t>Amirreza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ark69IT</w:t>
            </w:r>
          </w:p>
        </w:tc>
        <w:tc>
          <w:tcPr>
            <w:tcW w:type="dxa" w:w="1728"/>
          </w:tcPr>
          <w:p>
            <w:r>
              <w:t>گروه دانشجویان ایران</w:t>
            </w:r>
          </w:p>
        </w:tc>
      </w:tr>
      <w:tr>
        <w:tc>
          <w:tcPr>
            <w:tcW w:type="dxa" w:w="1728"/>
          </w:tcPr>
          <w:p>
            <w:r>
              <w:t>93*9920097</w:t>
            </w:r>
          </w:p>
        </w:tc>
        <w:tc>
          <w:tcPr>
            <w:tcW w:type="dxa" w:w="1728"/>
          </w:tcPr>
          <w:p>
            <w:r>
              <w:t>Maryam</w:t>
            </w:r>
          </w:p>
        </w:tc>
        <w:tc>
          <w:tcPr>
            <w:tcW w:type="dxa" w:w="1728"/>
          </w:tcPr>
          <w:p>
            <w:r>
              <w:t>Rostami</w:t>
            </w:r>
          </w:p>
        </w:tc>
        <w:tc>
          <w:tcPr>
            <w:tcW w:type="dxa" w:w="1728"/>
          </w:tcPr>
          <w:p>
            <w:r>
              <w:t>Mary_Rossi</w:t>
            </w:r>
          </w:p>
        </w:tc>
        <w:tc>
          <w:tcPr>
            <w:tcW w:type="dxa" w:w="1728"/>
          </w:tcPr>
          <w:p>
            <w:r>
              <w:t>گروه دانشجویان ایران</w:t>
            </w:r>
          </w:p>
        </w:tc>
      </w:tr>
      <w:tr>
        <w:tc>
          <w:tcPr>
            <w:tcW w:type="dxa" w:w="1728"/>
          </w:tcPr>
          <w:p>
            <w:r>
              <w:t>9370972723</w:t>
            </w:r>
          </w:p>
        </w:tc>
        <w:tc>
          <w:tcPr>
            <w:tcW w:type="dxa" w:w="1728"/>
          </w:tcPr>
          <w:p>
            <w:r>
              <w:t>ⓜⓞⓗⓐⓜⓜⓐⓓ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Mohammad_e_1632</w:t>
            </w:r>
          </w:p>
        </w:tc>
        <w:tc>
          <w:tcPr>
            <w:tcW w:type="dxa" w:w="1728"/>
          </w:tcPr>
          <w:p>
            <w:r>
              <w:t>گروه دانشجویان ایران</w:t>
            </w:r>
          </w:p>
        </w:tc>
      </w:tr>
      <w:tr>
        <w:tc>
          <w:tcPr>
            <w:tcW w:type="dxa" w:w="1728"/>
          </w:tcPr>
          <w:p>
            <w:r>
              <w:t>914730*3*7</w:t>
            </w:r>
          </w:p>
        </w:tc>
        <w:tc>
          <w:tcPr>
            <w:tcW w:type="dxa" w:w="1728"/>
          </w:tcPr>
          <w:p>
            <w:r>
              <w:t>hasn akbari layeq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h_inventor</w:t>
            </w:r>
          </w:p>
        </w:tc>
        <w:tc>
          <w:tcPr>
            <w:tcW w:type="dxa" w:w="1728"/>
          </w:tcPr>
          <w:p>
            <w:r>
              <w:t>گروه دانشجویان ایران</w:t>
            </w:r>
          </w:p>
        </w:tc>
      </w:tr>
      <w:tr>
        <w:tc>
          <w:tcPr>
            <w:tcW w:type="dxa" w:w="1728"/>
          </w:tcPr>
          <w:p>
            <w:r>
              <w:t>937*949904</w:t>
            </w:r>
          </w:p>
        </w:tc>
        <w:tc>
          <w:tcPr>
            <w:tcW w:type="dxa" w:w="1728"/>
          </w:tcPr>
          <w:p>
            <w:r>
              <w:t>porya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porya064</w:t>
            </w:r>
          </w:p>
        </w:tc>
        <w:tc>
          <w:tcPr>
            <w:tcW w:type="dxa" w:w="1728"/>
          </w:tcPr>
          <w:p>
            <w:r>
              <w:t>گروه دانشجویان ایران</w:t>
            </w:r>
          </w:p>
        </w:tc>
      </w:tr>
      <w:tr>
        <w:tc>
          <w:tcPr>
            <w:tcW w:type="dxa" w:w="1728"/>
          </w:tcPr>
          <w:p>
            <w:r>
              <w:t>93*71**37*</w:t>
            </w:r>
          </w:p>
        </w:tc>
        <w:tc>
          <w:tcPr>
            <w:tcW w:type="dxa" w:w="1728"/>
          </w:tcPr>
          <w:p>
            <w:r>
              <w:t>LARK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LARK_AR</w:t>
            </w:r>
          </w:p>
        </w:tc>
        <w:tc>
          <w:tcPr>
            <w:tcW w:type="dxa" w:w="1728"/>
          </w:tcPr>
          <w:p>
            <w:r>
              <w:t>گروه دانشجویان ایران</w:t>
            </w:r>
          </w:p>
        </w:tc>
      </w:tr>
      <w:tr>
        <w:tc>
          <w:tcPr>
            <w:tcW w:type="dxa" w:w="1728"/>
          </w:tcPr>
          <w:p>
            <w:r>
              <w:t>903*3410*4</w:t>
            </w:r>
          </w:p>
        </w:tc>
        <w:tc>
          <w:tcPr>
            <w:tcW w:type="dxa" w:w="1728"/>
          </w:tcPr>
          <w:p>
            <w:r>
              <w:t>Art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onlyartis</w:t>
            </w:r>
          </w:p>
        </w:tc>
        <w:tc>
          <w:tcPr>
            <w:tcW w:type="dxa" w:w="1728"/>
          </w:tcPr>
          <w:p>
            <w:r>
              <w:t>گروه دانشجویان ایران</w:t>
            </w:r>
          </w:p>
        </w:tc>
      </w:tr>
      <w:tr>
        <w:tc>
          <w:tcPr>
            <w:tcW w:type="dxa" w:w="1728"/>
          </w:tcPr>
          <w:p>
            <w:r>
              <w:t>9124103342</w:t>
            </w:r>
          </w:p>
        </w:tc>
        <w:tc>
          <w:tcPr>
            <w:tcW w:type="dxa" w:w="1728"/>
          </w:tcPr>
          <w:p>
            <w:r>
              <w:t>Armin</w:t>
            </w:r>
          </w:p>
        </w:tc>
        <w:tc>
          <w:tcPr>
            <w:tcW w:type="dxa" w:w="1728"/>
          </w:tcPr>
          <w:p>
            <w:r>
              <w:t>Manouchehri</w:t>
            </w:r>
          </w:p>
        </w:tc>
        <w:tc>
          <w:tcPr>
            <w:tcW w:type="dxa" w:w="1728"/>
          </w:tcPr>
          <w:p>
            <w:r>
              <w:t>Rmicheri</w:t>
            </w:r>
          </w:p>
        </w:tc>
        <w:tc>
          <w:tcPr>
            <w:tcW w:type="dxa" w:w="1728"/>
          </w:tcPr>
          <w:p>
            <w:r>
              <w:t>گروه دانشجویان ایران</w:t>
            </w:r>
          </w:p>
        </w:tc>
      </w:tr>
      <w:tr>
        <w:tc>
          <w:tcPr>
            <w:tcW w:type="dxa" w:w="1728"/>
          </w:tcPr>
          <w:p>
            <w:r>
              <w:t>9149911141</w:t>
            </w:r>
          </w:p>
        </w:tc>
        <w:tc>
          <w:tcPr>
            <w:tcW w:type="dxa" w:w="1728"/>
          </w:tcPr>
          <w:p>
            <w:r>
              <w:t>• 𝑨𝒎𝒊𝒓 •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گروه دانشجویان ایران</w:t>
            </w:r>
          </w:p>
        </w:tc>
      </w:tr>
      <w:tr>
        <w:tc>
          <w:tcPr>
            <w:tcW w:type="dxa" w:w="1728"/>
          </w:tcPr>
          <w:p>
            <w:r>
              <w:t>92207*4323</w:t>
            </w:r>
          </w:p>
        </w:tc>
        <w:tc>
          <w:tcPr>
            <w:tcW w:type="dxa" w:w="1728"/>
          </w:tcPr>
          <w:p>
            <w:r>
              <w:t>RªHª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Lil3246</w:t>
            </w:r>
          </w:p>
        </w:tc>
        <w:tc>
          <w:tcPr>
            <w:tcW w:type="dxa" w:w="1728"/>
          </w:tcPr>
          <w:p>
            <w:r>
              <w:t>گروه دانشجویان ایران</w:t>
            </w:r>
          </w:p>
        </w:tc>
      </w:tr>
      <w:tr>
        <w:tc>
          <w:tcPr>
            <w:tcW w:type="dxa" w:w="1728"/>
          </w:tcPr>
          <w:p>
            <w:r>
              <w:t>991*7*24**</w:t>
            </w:r>
          </w:p>
        </w:tc>
        <w:tc>
          <w:tcPr>
            <w:tcW w:type="dxa" w:w="1728"/>
          </w:tcPr>
          <w:p>
            <w:r>
              <w:t>Aynour J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lunaphnvr</w:t>
            </w:r>
          </w:p>
        </w:tc>
        <w:tc>
          <w:tcPr>
            <w:tcW w:type="dxa" w:w="1728"/>
          </w:tcPr>
          <w:p>
            <w:r>
              <w:t>گروه دانشجویان ایران</w:t>
            </w:r>
          </w:p>
        </w:tc>
      </w:tr>
      <w:tr>
        <w:tc>
          <w:tcPr>
            <w:tcW w:type="dxa" w:w="1728"/>
          </w:tcPr>
          <w:p>
            <w:r>
              <w:t>903**3019*</w:t>
            </w:r>
          </w:p>
        </w:tc>
        <w:tc>
          <w:tcPr>
            <w:tcW w:type="dxa" w:w="1728"/>
          </w:tcPr>
          <w:p>
            <w:r>
              <w:t>Kosar</w:t>
            </w:r>
          </w:p>
        </w:tc>
        <w:tc>
          <w:tcPr>
            <w:tcW w:type="dxa" w:w="1728"/>
          </w:tcPr>
          <w:p>
            <w:r>
              <w:t>Azizi</w:t>
            </w:r>
          </w:p>
        </w:tc>
        <w:tc>
          <w:tcPr>
            <w:tcW w:type="dxa" w:w="1728"/>
          </w:tcPr>
          <w:p>
            <w:r>
              <w:t>Kosar_azizi_1999</w:t>
            </w:r>
          </w:p>
        </w:tc>
        <w:tc>
          <w:tcPr>
            <w:tcW w:type="dxa" w:w="1728"/>
          </w:tcPr>
          <w:p>
            <w:r>
              <w:t>گروه دانشجویان ایران</w:t>
            </w:r>
          </w:p>
        </w:tc>
      </w:tr>
      <w:tr>
        <w:tc>
          <w:tcPr>
            <w:tcW w:type="dxa" w:w="1728"/>
          </w:tcPr>
          <w:p>
            <w:r>
              <w:t>937*31*372</w:t>
            </w:r>
          </w:p>
        </w:tc>
        <w:tc>
          <w:tcPr>
            <w:tcW w:type="dxa" w:w="1728"/>
          </w:tcPr>
          <w:p>
            <w:r>
              <w:t>Śoroosh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Sorooshew</w:t>
            </w:r>
          </w:p>
        </w:tc>
        <w:tc>
          <w:tcPr>
            <w:tcW w:type="dxa" w:w="1728"/>
          </w:tcPr>
          <w:p>
            <w:r>
              <w:t>گروه دانشجویان ایران</w:t>
            </w:r>
          </w:p>
        </w:tc>
      </w:tr>
      <w:tr>
        <w:tc>
          <w:tcPr>
            <w:tcW w:type="dxa" w:w="1728"/>
          </w:tcPr>
          <w:p>
            <w:r>
              <w:t>901*7*2993</w:t>
            </w:r>
          </w:p>
        </w:tc>
        <w:tc>
          <w:tcPr>
            <w:tcW w:type="dxa" w:w="1728"/>
          </w:tcPr>
          <w:p>
            <w:r>
              <w:t>MR.MEHRDAD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Mehrdadgh6</w:t>
            </w:r>
          </w:p>
        </w:tc>
        <w:tc>
          <w:tcPr>
            <w:tcW w:type="dxa" w:w="1728"/>
          </w:tcPr>
          <w:p>
            <w:r>
              <w:t>گروه دانشجویان ایران</w:t>
            </w:r>
          </w:p>
        </w:tc>
      </w:tr>
      <w:tr>
        <w:tc>
          <w:tcPr>
            <w:tcW w:type="dxa" w:w="1728"/>
          </w:tcPr>
          <w:p>
            <w:r>
              <w:t>912**19**7</w:t>
            </w:r>
          </w:p>
        </w:tc>
        <w:tc>
          <w:tcPr>
            <w:tcW w:type="dxa" w:w="1728"/>
          </w:tcPr>
          <w:p>
            <w:r>
              <w:t>Hoda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HodaSorouri</w:t>
            </w:r>
          </w:p>
        </w:tc>
        <w:tc>
          <w:tcPr>
            <w:tcW w:type="dxa" w:w="1728"/>
          </w:tcPr>
          <w:p>
            <w:r>
              <w:t>گروه دانشجویان ایران</w:t>
            </w:r>
          </w:p>
        </w:tc>
      </w:tr>
      <w:tr>
        <w:tc>
          <w:tcPr>
            <w:tcW w:type="dxa" w:w="1728"/>
          </w:tcPr>
          <w:p>
            <w:r>
              <w:t>9199**17*3</w:t>
            </w:r>
          </w:p>
        </w:tc>
        <w:tc>
          <w:tcPr>
            <w:tcW w:type="dxa" w:w="1728"/>
          </w:tcPr>
          <w:p>
            <w:r>
              <w:t>عمو مصی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santerfiuzher3</w:t>
            </w:r>
          </w:p>
        </w:tc>
        <w:tc>
          <w:tcPr>
            <w:tcW w:type="dxa" w:w="1728"/>
          </w:tcPr>
          <w:p>
            <w:r>
              <w:t>گروه دانشجویان ایران</w:t>
            </w:r>
          </w:p>
        </w:tc>
      </w:tr>
    </w:tbl>
    <w:sectPr w:rsidR="00254F72" w:rsidRPr="004543B7" w:rsidSect="00034616">
      <w:headerReference w:type="default" r:id="rId10"/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655B0782" w14:textId="77777777" w:rsidR="00DF3FF5" w:rsidRDefault="00DF3FF5" w:rsidP="00BC300A">
      <w:r>
        <w:separator/>
      </w:r>
    </w:p>
  </w:endnote>
  <w:endnote w:type="continuationSeparator" w:id="0">
    <w:p w14:paraId="490644AF" w14:textId="77777777" w:rsidR="00DF3FF5" w:rsidRDefault="00DF3FF5" w:rsidP="00BC300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ourier">
    <w:panose1 w:val="02070409020205020404"/>
    <w:charset w:val="00"/>
    <w:family w:val="auto"/>
    <w:pitch w:val="variable"/>
    <w:sig w:usb0="00000003" w:usb1="00000000" w:usb2="00000000" w:usb3="00000000" w:csb0="0000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5E26539F" w14:textId="77777777" w:rsidR="00DF3FF5" w:rsidRDefault="00DF3FF5" w:rsidP="00BC300A">
      <w:r>
        <w:separator/>
      </w:r>
    </w:p>
  </w:footnote>
  <w:footnote w:type="continuationSeparator" w:id="0">
    <w:p w14:paraId="123A334E" w14:textId="77777777" w:rsidR="00DF3FF5" w:rsidRDefault="00DF3FF5" w:rsidP="00BC300A">
      <w:r>
        <w:continuationSeparator/>
      </w:r>
    </w:p>
  </w:footnote>
</w:footnotes>
</file>

<file path=word/header1.xml><?xml version="1.0" encoding="utf-8"?>
<w:hdr xmlns:m="http://schemas.openxmlformats.org/officeDocument/2006/math" xmlns:mc="http://schemas.openxmlformats.org/markup-compatibility/2006" xmlns:mo="http://schemas.microsoft.com/office/mac/office/2008/main" xmlns:mv="urn:schemas-microsoft-com:mac:vml" xmlns:o="urn:schemas-microsoft-com:office:office" xmlns:r="http://schemas.openxmlformats.org/officeDocument/2006/relationships" xmlns:v="urn:schemas-microsoft-com:vml" xmlns:w10="urn:schemas-microsoft-com:office:word" xmlns:w14="http://schemas.microsoft.com/office/word/2010/wordml" xmlns:w="http://schemas.openxmlformats.org/wordprocessingml/2006/main" xmlns:wne="http://schemas.microsoft.com/office/word/2006/wordml" xmlns:wp14="http://schemas.microsoft.com/office/word/2010/wordprocessingDrawing" xmlns:wp="http://schemas.openxmlformats.org/drawingml/2006/wordprocessingDrawing" xmlns:wpc="http://schemas.microsoft.com/office/word/2010/wordprocessingCanvas" xmlns:wpg="http://schemas.microsoft.com/office/word/2010/wordprocessingGroup" xmlns:wpi="http://schemas.microsoft.com/office/word/2010/wordprocessingInk" xmlns:wps="http://schemas.microsoft.com/office/word/2010/wordprocessingShape" mc:Ignorable="w14 wp14">
  <w:p>
    <w:pPr>
      <w:pStyle w:val="Header"/>
    </w:pPr>
    <w:r>
      <w:t>دانلود بانک موبایل گروه دانشجویان ایران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FFFFFF7C"/>
    <w:multiLevelType w:val="singleLevel"/>
    <w:tmpl w:val="C310EC42"/>
    <w:lvl w:ilvl="0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1" w15:restartNumberingAfterBreak="0">
    <w:nsid w:val="FFFFFF7D"/>
    <w:multiLevelType w:val="singleLevel"/>
    <w:tmpl w:val="E4089024"/>
    <w:lvl w:ilvl="0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2" w15:restartNumberingAfterBreak="0">
    <w:nsid w:val="FFFFFF7E"/>
    <w:multiLevelType w:val="singleLevel"/>
    <w:tmpl w:val="FB12693A"/>
    <w:lvl w:ilvl="0">
      <w:start w:val="1"/>
      <w:numFmt w:val="decimal"/>
      <w:pStyle w:val="ListNumber3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3" w15:restartNumberingAfterBreak="0">
    <w:nsid w:val="FFFFFF7F"/>
    <w:multiLevelType w:val="singleLevel"/>
    <w:tmpl w:val="38441652"/>
    <w:lvl w:ilvl="0">
      <w:start w:val="1"/>
      <w:numFmt w:val="decimal"/>
      <w:pStyle w:val="ListNumber2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 w15:restartNumberingAfterBreak="0">
    <w:nsid w:val="FFFFFF81"/>
    <w:multiLevelType w:val="singleLevel"/>
    <w:tmpl w:val="171AC3A4"/>
    <w:lvl w:ilvl="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5" w15:restartNumberingAfterBreak="0">
    <w:nsid w:val="FFFFFF82"/>
    <w:multiLevelType w:val="singleLevel"/>
    <w:tmpl w:val="F3EAFDEC"/>
    <w:lvl w:ilvl="0">
      <w:start w:val="1"/>
      <w:numFmt w:val="bullet"/>
      <w:pStyle w:val="ListBullet3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6" w15:restartNumberingAfterBreak="0">
    <w:nsid w:val="FFFFFF83"/>
    <w:multiLevelType w:val="singleLevel"/>
    <w:tmpl w:val="3D1EFFD4"/>
    <w:lvl w:ilvl="0">
      <w:start w:val="1"/>
      <w:numFmt w:val="bullet"/>
      <w:pStyle w:val="ListBullet2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7" w15:restartNumberingAfterBreak="0">
    <w:nsid w:val="FFFFFF88"/>
    <w:multiLevelType w:val="singleLevel"/>
    <w:tmpl w:val="D0A62B40"/>
    <w:lvl w:ilvl="0">
      <w:start w:val="1"/>
      <w:numFmt w:val="decimal"/>
      <w:pStyle w:val="ListNumber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8" w15:restartNumberingAfterBreak="0">
    <w:nsid w:val="FFFFFF89"/>
    <w:multiLevelType w:val="singleLevel"/>
    <w:tmpl w:val="29761A62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 w16cid:durableId="31350106">
    <w:abstractNumId w:val="8"/>
  </w:num>
  <w:num w:numId="2" w16cid:durableId="231432909">
    <w:abstractNumId w:val="6"/>
  </w:num>
  <w:num w:numId="3" w16cid:durableId="661011812">
    <w:abstractNumId w:val="5"/>
  </w:num>
  <w:num w:numId="4" w16cid:durableId="1462723101">
    <w:abstractNumId w:val="4"/>
  </w:num>
  <w:num w:numId="5" w16cid:durableId="764768395">
    <w:abstractNumId w:val="7"/>
  </w:num>
  <w:num w:numId="6" w16cid:durableId="963848002">
    <w:abstractNumId w:val="3"/>
  </w:num>
  <w:num w:numId="7" w16cid:durableId="1463571987">
    <w:abstractNumId w:val="2"/>
  </w:num>
  <w:num w:numId="8" w16cid:durableId="503059942">
    <w:abstractNumId w:val="1"/>
  </w:num>
  <w:num w:numId="9" w16cid:durableId="8913125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3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47730"/>
    <w:rsid w:val="00034616"/>
    <w:rsid w:val="0006063C"/>
    <w:rsid w:val="00096A11"/>
    <w:rsid w:val="000D47F6"/>
    <w:rsid w:val="0015074B"/>
    <w:rsid w:val="00254F72"/>
    <w:rsid w:val="002675FC"/>
    <w:rsid w:val="0029639D"/>
    <w:rsid w:val="002A08F1"/>
    <w:rsid w:val="00326F90"/>
    <w:rsid w:val="003A6E3D"/>
    <w:rsid w:val="004543B7"/>
    <w:rsid w:val="00484B92"/>
    <w:rsid w:val="00816319"/>
    <w:rsid w:val="008A1D49"/>
    <w:rsid w:val="008D5319"/>
    <w:rsid w:val="0095138F"/>
    <w:rsid w:val="00986BED"/>
    <w:rsid w:val="00A664D9"/>
    <w:rsid w:val="00AA1D8D"/>
    <w:rsid w:val="00AA7416"/>
    <w:rsid w:val="00AE425C"/>
    <w:rsid w:val="00B24F63"/>
    <w:rsid w:val="00B47730"/>
    <w:rsid w:val="00B9235F"/>
    <w:rsid w:val="00BC300A"/>
    <w:rsid w:val="00BD74EE"/>
    <w:rsid w:val="00CA16FA"/>
    <w:rsid w:val="00CB0664"/>
    <w:rsid w:val="00CC4A3F"/>
    <w:rsid w:val="00D04E2B"/>
    <w:rsid w:val="00D736A5"/>
    <w:rsid w:val="00DF3FF5"/>
    <w:rsid w:val="00E227FB"/>
    <w:rsid w:val="00F76EE6"/>
    <w:rsid w:val="00F94DDA"/>
    <w:rsid w:val="00FC69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6D4057F8"/>
  <w14:defaultImageDpi w14:val="300"/>
  <w15:docId w15:val="{5ADE7039-F83C-4E92-A640-210CDAF4053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C300A"/>
    <w:pPr>
      <w:bidi/>
      <w:jc w:val="both"/>
    </w:pPr>
    <w:rPr>
      <w:rFonts w:ascii="Calibri" w:hAnsi="Calibri" w:cs="Calibri"/>
      <w:sz w:val="24"/>
      <w:szCs w:val="24"/>
      <w:lang w:bidi="fa-IR"/>
    </w:rPr>
  </w:style>
  <w:style w:type="paragraph" w:styleId="Heading1">
    <w:name w:val="heading 1"/>
    <w:basedOn w:val="Normal"/>
    <w:next w:val="Normal"/>
    <w:link w:val="Heading1Char"/>
    <w:uiPriority w:val="9"/>
    <w:qFormat/>
    <w:rsid w:val="00FC693F"/>
    <w:pPr>
      <w:keepNext/>
      <w:keepLines/>
      <w:spacing w:before="480" w:after="0"/>
      <w:outlineLvl w:val="0"/>
    </w:pPr>
    <w:rPr>
      <w:rFonts w:eastAsiaTheme="majorEastAsia" w:cstheme="majorBidi"/>
      <w:b/>
      <w:bCs/>
      <w:color w:val="365F91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FC693F"/>
    <w:pPr>
      <w:keepNext/>
      <w:keepLines/>
      <w:spacing w:before="200" w:after="0"/>
      <w:outlineLvl w:val="1"/>
    </w:pPr>
    <w:rPr>
      <w:rFonts w:eastAsiaTheme="majorEastAsia" w:cstheme="majorBidi"/>
      <w:b/>
      <w:bCs/>
      <w:color w:val="4F81BD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FC693F"/>
    <w:pPr>
      <w:keepNext/>
      <w:keepLines/>
      <w:spacing w:before="200" w:after="0"/>
      <w:outlineLvl w:val="2"/>
    </w:pPr>
    <w:rPr>
      <w:rFonts w:eastAsiaTheme="majorEastAsia" w:cstheme="majorBidi"/>
      <w:b/>
      <w:bCs/>
      <w:color w:val="4F81BD" w:themeColor="accent1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FC693F"/>
    <w:pPr>
      <w:keepNext/>
      <w:keepLines/>
      <w:spacing w:before="200" w:after="0"/>
      <w:outlineLvl w:val="3"/>
    </w:pPr>
    <w:rPr>
      <w:rFonts w:eastAsiaTheme="majorEastAsia" w:cstheme="majorBidi"/>
      <w:b/>
      <w:bCs/>
      <w:i/>
      <w:iCs/>
      <w:color w:val="4F81BD" w:themeColor="accent1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FC693F"/>
    <w:pPr>
      <w:keepNext/>
      <w:keepLines/>
      <w:spacing w:before="200" w:after="0"/>
      <w:outlineLvl w:val="4"/>
    </w:pPr>
    <w:rPr>
      <w:rFonts w:eastAsiaTheme="majorEastAsia" w:cstheme="majorBidi"/>
      <w:color w:val="243F60" w:themeColor="accent1" w:themeShade="7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FC693F"/>
    <w:pPr>
      <w:keepNext/>
      <w:keepLines/>
      <w:spacing w:before="200" w:after="0"/>
      <w:outlineLvl w:val="5"/>
    </w:pPr>
    <w:rPr>
      <w:rFonts w:eastAsiaTheme="majorEastAsia" w:cstheme="majorBidi"/>
      <w:i/>
      <w:iCs/>
      <w:color w:val="243F60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FC693F"/>
    <w:pPr>
      <w:keepNext/>
      <w:keepLines/>
      <w:spacing w:before="200" w:after="0"/>
      <w:outlineLvl w:val="6"/>
    </w:pPr>
    <w:rPr>
      <w:rFonts w:eastAsiaTheme="majorEastAsia" w:cstheme="majorBidi"/>
      <w:i/>
      <w:iCs/>
      <w:color w:val="404040" w:themeColor="text1" w:themeTint="BF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FC693F"/>
    <w:pPr>
      <w:keepNext/>
      <w:keepLines/>
      <w:spacing w:before="200" w:after="0"/>
      <w:outlineLvl w:val="7"/>
    </w:pPr>
    <w:rPr>
      <w:rFonts w:eastAsiaTheme="majorEastAsia" w:cstheme="majorBidi"/>
      <w:color w:val="4F81BD" w:themeColor="accent1"/>
      <w:szCs w:val="20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FC693F"/>
    <w:pPr>
      <w:keepNext/>
      <w:keepLines/>
      <w:spacing w:before="200" w:after="0"/>
      <w:outlineLvl w:val="8"/>
    </w:pPr>
    <w:rPr>
      <w:rFonts w:eastAsiaTheme="majorEastAsia" w:cstheme="majorBidi"/>
      <w:i/>
      <w:iCs/>
      <w:color w:val="404040" w:themeColor="text1" w:themeTint="BF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618BF"/>
  </w:style>
  <w:style w:type="paragraph" w:styleId="Footer">
    <w:name w:val="footer"/>
    <w:basedOn w:val="Normal"/>
    <w:link w:val="FooterChar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618BF"/>
  </w:style>
  <w:style w:type="paragraph" w:styleId="NoSpacing">
    <w:name w:val="No Spacing"/>
    <w:uiPriority w:val="1"/>
    <w:qFormat/>
    <w:rsid w:val="00FC693F"/>
    <w:pPr>
      <w:spacing w:after="0" w:line="240" w:lineRule="auto"/>
    </w:pPr>
  </w:style>
  <w:style w:type="character" w:customStyle="1" w:styleId="Heading1Char">
    <w:name w:val="Heading 1 Char"/>
    <w:basedOn w:val="DefaultParagraphFont"/>
    <w:link w:val="Heading1"/>
    <w:uiPriority w:val="9"/>
    <w:rsid w:val="00FC693F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Title">
    <w:name w:val="Title"/>
    <w:basedOn w:val="Normal"/>
    <w:next w:val="Normal"/>
    <w:link w:val="TitleChar"/>
    <w:uiPriority w:val="10"/>
    <w:qFormat/>
    <w:rsid w:val="00BC300A"/>
    <w:pPr>
      <w:pBdr>
        <w:bottom w:val="single" w:sz="8" w:space="4" w:color="4F81BD" w:themeColor="accent1"/>
      </w:pBdr>
      <w:spacing w:after="300" w:line="240" w:lineRule="auto"/>
      <w:contextualSpacing/>
      <w:jc w:val="center"/>
    </w:pPr>
    <w:rPr>
      <w:rFonts w:eastAsiaTheme="majorEastAsia"/>
      <w:color w:val="17365D" w:themeColor="text2" w:themeShade="BF"/>
      <w:spacing w:val="5"/>
      <w:kern w:val="28"/>
      <w:sz w:val="40"/>
      <w:szCs w:val="40"/>
    </w:rPr>
  </w:style>
  <w:style w:type="character" w:customStyle="1" w:styleId="TitleChar">
    <w:name w:val="Title Char"/>
    <w:basedOn w:val="DefaultParagraphFont"/>
    <w:link w:val="Title"/>
    <w:uiPriority w:val="10"/>
    <w:rsid w:val="00BC300A"/>
    <w:rPr>
      <w:rFonts w:ascii="Calibri" w:eastAsiaTheme="majorEastAsia" w:hAnsi="Calibri" w:cs="Calibri"/>
      <w:color w:val="17365D" w:themeColor="text2" w:themeShade="BF"/>
      <w:spacing w:val="5"/>
      <w:kern w:val="28"/>
      <w:sz w:val="40"/>
      <w:szCs w:val="40"/>
      <w:lang w:bidi="fa-IR"/>
    </w:rPr>
  </w:style>
  <w:style w:type="paragraph" w:styleId="Subtitle">
    <w:name w:val="Subtitle"/>
    <w:basedOn w:val="Normal"/>
    <w:next w:val="Normal"/>
    <w:link w:val="SubtitleChar"/>
    <w:uiPriority w:val="11"/>
    <w:qFormat/>
    <w:rsid w:val="00FC693F"/>
    <w:pPr>
      <w:numPr>
        <w:ilvl w:val="1"/>
      </w:numPr>
    </w:pPr>
    <w:rPr>
      <w:rFonts w:eastAsiaTheme="majorEastAsia" w:cstheme="majorBidi"/>
      <w:i/>
      <w:iCs/>
      <w:color w:val="4F81BD" w:themeColor="accent1"/>
      <w:spacing w:val="15"/>
    </w:rPr>
  </w:style>
  <w:style w:type="character" w:customStyle="1" w:styleId="SubtitleChar">
    <w:name w:val="Subtitle Char"/>
    <w:basedOn w:val="DefaultParagraphFont"/>
    <w:link w:val="Subtitle"/>
    <w:uiPriority w:val="11"/>
    <w:rsid w:val="00FC693F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ListParagraph">
    <w:name w:val="List Paragraph"/>
    <w:basedOn w:val="Normal"/>
    <w:uiPriority w:val="34"/>
    <w:qFormat/>
    <w:rsid w:val="00FC693F"/>
    <w:pPr>
      <w:ind w:left="720"/>
      <w:contextualSpacing/>
    </w:pPr>
  </w:style>
  <w:style w:type="paragraph" w:styleId="BodyText">
    <w:name w:val="Body Text"/>
    <w:basedOn w:val="Normal"/>
    <w:link w:val="BodyTextChar"/>
    <w:uiPriority w:val="99"/>
    <w:unhideWhenUsed/>
    <w:rsid w:val="00AA1D8D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rsid w:val="00AA1D8D"/>
  </w:style>
  <w:style w:type="paragraph" w:styleId="BodyText2">
    <w:name w:val="Body Text 2"/>
    <w:basedOn w:val="Normal"/>
    <w:link w:val="BodyText2Char"/>
    <w:uiPriority w:val="99"/>
    <w:unhideWhenUsed/>
    <w:rsid w:val="00AA1D8D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rsid w:val="00AA1D8D"/>
  </w:style>
  <w:style w:type="paragraph" w:styleId="BodyText3">
    <w:name w:val="Body Text 3"/>
    <w:basedOn w:val="Normal"/>
    <w:link w:val="BodyText3Char"/>
    <w:uiPriority w:val="99"/>
    <w:unhideWhenUsed/>
    <w:rsid w:val="00AA1D8D"/>
    <w:pPr>
      <w:spacing w:after="120"/>
    </w:pPr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rsid w:val="00AA1D8D"/>
    <w:rPr>
      <w:sz w:val="16"/>
      <w:szCs w:val="16"/>
    </w:rPr>
  </w:style>
  <w:style w:type="paragraph" w:styleId="List">
    <w:name w:val="List"/>
    <w:basedOn w:val="Normal"/>
    <w:uiPriority w:val="99"/>
    <w:unhideWhenUsed/>
    <w:rsid w:val="00AA1D8D"/>
    <w:pPr>
      <w:ind w:left="360" w:hanging="360"/>
      <w:contextualSpacing/>
    </w:pPr>
  </w:style>
  <w:style w:type="paragraph" w:styleId="List2">
    <w:name w:val="List 2"/>
    <w:basedOn w:val="Normal"/>
    <w:uiPriority w:val="99"/>
    <w:unhideWhenUsed/>
    <w:rsid w:val="00326F90"/>
    <w:pPr>
      <w:ind w:left="720" w:hanging="360"/>
      <w:contextualSpacing/>
    </w:pPr>
  </w:style>
  <w:style w:type="paragraph" w:styleId="List3">
    <w:name w:val="List 3"/>
    <w:basedOn w:val="Normal"/>
    <w:uiPriority w:val="99"/>
    <w:unhideWhenUsed/>
    <w:rsid w:val="00326F90"/>
    <w:pPr>
      <w:ind w:left="1080" w:hanging="360"/>
      <w:contextualSpacing/>
    </w:pPr>
  </w:style>
  <w:style w:type="paragraph" w:styleId="ListBullet">
    <w:name w:val="List Bullet"/>
    <w:basedOn w:val="Normal"/>
    <w:uiPriority w:val="99"/>
    <w:unhideWhenUsed/>
    <w:rsid w:val="00326F90"/>
    <w:pPr>
      <w:numPr>
        <w:numId w:val="1"/>
      </w:numPr>
      <w:contextualSpacing/>
    </w:pPr>
  </w:style>
  <w:style w:type="paragraph" w:styleId="ListBullet2">
    <w:name w:val="List Bullet 2"/>
    <w:basedOn w:val="Normal"/>
    <w:uiPriority w:val="99"/>
    <w:unhideWhenUsed/>
    <w:rsid w:val="00326F90"/>
    <w:pPr>
      <w:numPr>
        <w:numId w:val="2"/>
      </w:numPr>
      <w:contextualSpacing/>
    </w:pPr>
  </w:style>
  <w:style w:type="paragraph" w:styleId="ListBullet3">
    <w:name w:val="List Bullet 3"/>
    <w:basedOn w:val="Normal"/>
    <w:uiPriority w:val="99"/>
    <w:unhideWhenUsed/>
    <w:rsid w:val="00326F90"/>
    <w:pPr>
      <w:numPr>
        <w:numId w:val="3"/>
      </w:numPr>
      <w:contextualSpacing/>
    </w:pPr>
  </w:style>
  <w:style w:type="paragraph" w:styleId="ListNumber">
    <w:name w:val="List Number"/>
    <w:basedOn w:val="Normal"/>
    <w:uiPriority w:val="99"/>
    <w:unhideWhenUsed/>
    <w:rsid w:val="00326F90"/>
    <w:pPr>
      <w:numPr>
        <w:numId w:val="5"/>
      </w:numPr>
      <w:contextualSpacing/>
    </w:pPr>
  </w:style>
  <w:style w:type="paragraph" w:styleId="ListNumber2">
    <w:name w:val="List Number 2"/>
    <w:basedOn w:val="Normal"/>
    <w:uiPriority w:val="99"/>
    <w:unhideWhenUsed/>
    <w:rsid w:val="0029639D"/>
    <w:pPr>
      <w:numPr>
        <w:numId w:val="6"/>
      </w:numPr>
      <w:contextualSpacing/>
    </w:pPr>
  </w:style>
  <w:style w:type="paragraph" w:styleId="ListNumber3">
    <w:name w:val="List Number 3"/>
    <w:basedOn w:val="Normal"/>
    <w:uiPriority w:val="99"/>
    <w:unhideWhenUsed/>
    <w:rsid w:val="0029639D"/>
    <w:pPr>
      <w:numPr>
        <w:numId w:val="7"/>
      </w:numPr>
      <w:contextualSpacing/>
    </w:pPr>
  </w:style>
  <w:style w:type="paragraph" w:styleId="ListContinue">
    <w:name w:val="List Continue"/>
    <w:basedOn w:val="Normal"/>
    <w:uiPriority w:val="99"/>
    <w:unhideWhenUsed/>
    <w:rsid w:val="0029639D"/>
    <w:pPr>
      <w:spacing w:after="120"/>
      <w:ind w:left="360"/>
      <w:contextualSpacing/>
    </w:pPr>
  </w:style>
  <w:style w:type="paragraph" w:styleId="ListContinue2">
    <w:name w:val="List Continue 2"/>
    <w:basedOn w:val="Normal"/>
    <w:uiPriority w:val="99"/>
    <w:unhideWhenUsed/>
    <w:rsid w:val="0029639D"/>
    <w:pPr>
      <w:spacing w:after="120"/>
      <w:ind w:left="720"/>
      <w:contextualSpacing/>
    </w:pPr>
  </w:style>
  <w:style w:type="paragraph" w:styleId="ListContinue3">
    <w:name w:val="List Continue 3"/>
    <w:basedOn w:val="Normal"/>
    <w:uiPriority w:val="99"/>
    <w:unhideWhenUsed/>
    <w:rsid w:val="0029639D"/>
    <w:pPr>
      <w:spacing w:after="120"/>
      <w:ind w:left="1080"/>
      <w:contextualSpacing/>
    </w:pPr>
  </w:style>
  <w:style w:type="paragraph" w:styleId="MacroText">
    <w:name w:val="macro"/>
    <w:link w:val="MacroTextChar"/>
    <w:uiPriority w:val="99"/>
    <w:unhideWhenUsed/>
    <w:rsid w:val="0029639D"/>
    <w:pPr>
      <w:tabs>
        <w:tab w:val="left" w:pos="576"/>
        <w:tab w:val="left" w:pos="1152"/>
        <w:tab w:val="left" w:pos="1728"/>
        <w:tab w:val="left" w:pos="2304"/>
        <w:tab w:val="left" w:pos="2880"/>
        <w:tab w:val="left" w:pos="3456"/>
        <w:tab w:val="left" w:pos="4032"/>
      </w:tabs>
    </w:pPr>
    <w:rPr>
      <w:rFonts w:ascii="Courier" w:hAnsi="Courier"/>
      <w:sz w:val="20"/>
      <w:szCs w:val="20"/>
    </w:rPr>
  </w:style>
  <w:style w:type="character" w:customStyle="1" w:styleId="MacroTextChar">
    <w:name w:val="Macro Text Char"/>
    <w:basedOn w:val="DefaultParagraphFont"/>
    <w:link w:val="MacroText"/>
    <w:uiPriority w:val="99"/>
    <w:rsid w:val="0029639D"/>
    <w:rPr>
      <w:rFonts w:ascii="Courier" w:hAnsi="Courier"/>
      <w:sz w:val="20"/>
      <w:szCs w:val="20"/>
    </w:rPr>
  </w:style>
  <w:style w:type="paragraph" w:styleId="Quote">
    <w:name w:val="Quote"/>
    <w:basedOn w:val="Normal"/>
    <w:next w:val="Normal"/>
    <w:link w:val="QuoteChar"/>
    <w:uiPriority w:val="29"/>
    <w:qFormat/>
    <w:rsid w:val="00FC693F"/>
    <w:rPr>
      <w:i/>
      <w:iCs/>
      <w:color w:val="000000" w:themeColor="text1"/>
    </w:rPr>
  </w:style>
  <w:style w:type="character" w:customStyle="1" w:styleId="QuoteChar">
    <w:name w:val="Quote Char"/>
    <w:basedOn w:val="DefaultParagraphFont"/>
    <w:link w:val="Quote"/>
    <w:uiPriority w:val="29"/>
    <w:rsid w:val="00FC693F"/>
    <w:rPr>
      <w:i/>
      <w:iCs/>
      <w:color w:val="000000" w:themeColor="text1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FC693F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FC693F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FC693F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FC693F"/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FC693F"/>
    <w:pPr>
      <w:spacing w:line="240" w:lineRule="auto"/>
    </w:pPr>
    <w:rPr>
      <w:b/>
      <w:bCs/>
      <w:color w:val="4F81BD" w:themeColor="accent1"/>
      <w:sz w:val="18"/>
      <w:szCs w:val="18"/>
    </w:rPr>
  </w:style>
  <w:style w:type="character" w:styleId="Strong">
    <w:name w:val="Strong"/>
    <w:basedOn w:val="DefaultParagraphFont"/>
    <w:uiPriority w:val="22"/>
    <w:qFormat/>
    <w:rsid w:val="00FC693F"/>
    <w:rPr>
      <w:b/>
      <w:bCs/>
    </w:rPr>
  </w:style>
  <w:style w:type="character" w:styleId="Emphasis">
    <w:name w:val="Emphasis"/>
    <w:basedOn w:val="DefaultParagraphFont"/>
    <w:uiPriority w:val="20"/>
    <w:qFormat/>
    <w:rsid w:val="00FC693F"/>
    <w:rPr>
      <w:i/>
      <w:iCs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FC693F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FC693F"/>
    <w:rPr>
      <w:b/>
      <w:bCs/>
      <w:i/>
      <w:iCs/>
      <w:color w:val="4F81BD" w:themeColor="accent1"/>
    </w:rPr>
  </w:style>
  <w:style w:type="character" w:styleId="SubtleEmphasis">
    <w:name w:val="Subtle Emphasis"/>
    <w:basedOn w:val="DefaultParagraphFont"/>
    <w:uiPriority w:val="19"/>
    <w:qFormat/>
    <w:rsid w:val="00FC693F"/>
    <w:rPr>
      <w:i/>
      <w:iCs/>
      <w:color w:val="808080" w:themeColor="text1" w:themeTint="7F"/>
    </w:rPr>
  </w:style>
  <w:style w:type="character" w:styleId="IntenseEmphasis">
    <w:name w:val="Intense Emphasis"/>
    <w:basedOn w:val="DefaultParagraphFont"/>
    <w:uiPriority w:val="21"/>
    <w:qFormat/>
    <w:rsid w:val="00FC693F"/>
    <w:rPr>
      <w:b/>
      <w:bCs/>
      <w:i/>
      <w:iCs/>
      <w:color w:val="4F81BD" w:themeColor="accent1"/>
    </w:rPr>
  </w:style>
  <w:style w:type="character" w:styleId="SubtleReference">
    <w:name w:val="Subtle Reference"/>
    <w:basedOn w:val="DefaultParagraphFont"/>
    <w:uiPriority w:val="31"/>
    <w:qFormat/>
    <w:rsid w:val="00FC693F"/>
    <w:rPr>
      <w:smallCaps/>
      <w:color w:val="C0504D" w:themeColor="accent2"/>
      <w:u w:val="single"/>
    </w:rPr>
  </w:style>
  <w:style w:type="character" w:styleId="IntenseReference">
    <w:name w:val="Intense Reference"/>
    <w:basedOn w:val="DefaultParagraphFont"/>
    <w:uiPriority w:val="32"/>
    <w:qFormat/>
    <w:rsid w:val="00FC693F"/>
    <w:rPr>
      <w:b/>
      <w:bCs/>
      <w:smallCaps/>
      <w:color w:val="C0504D" w:themeColor="accent2"/>
      <w:spacing w:val="5"/>
      <w:u w:val="single"/>
    </w:rPr>
  </w:style>
  <w:style w:type="character" w:styleId="BookTitle">
    <w:name w:val="Book Title"/>
    <w:basedOn w:val="DefaultParagraphFont"/>
    <w:uiPriority w:val="33"/>
    <w:qFormat/>
    <w:rsid w:val="00FC693F"/>
    <w:rPr>
      <w:b/>
      <w:bCs/>
      <w:smallCaps/>
      <w:spacing w:val="5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FC693F"/>
    <w:pPr>
      <w:outlineLvl w:val="9"/>
    </w:pPr>
  </w:style>
  <w:style w:type="table" w:styleId="TableGrid">
    <w:name w:val="Table Grid"/>
    <w:basedOn w:val="TableNormal"/>
    <w:uiPriority w:val="59"/>
    <w:rsid w:val="00FC693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LightShading">
    <w:name w:val="Light Shading"/>
    <w:basedOn w:val="TableNormal"/>
    <w:uiPriority w:val="60"/>
    <w:rsid w:val="00FC693F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LightShading-Accent1">
    <w:name w:val="Light Shading Accent 1"/>
    <w:basedOn w:val="TableNormal"/>
    <w:uiPriority w:val="60"/>
    <w:rsid w:val="00FC693F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Borders>
        <w:top w:val="single" w:sz="8" w:space="0" w:color="4F81BD" w:themeColor="accent1"/>
        <w:bottom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styleId="LightShading-Accent2">
    <w:name w:val="Light Shading Accent 2"/>
    <w:basedOn w:val="TableNormal"/>
    <w:uiPriority w:val="60"/>
    <w:rsid w:val="00FC693F"/>
    <w:pPr>
      <w:spacing w:after="0" w:line="240" w:lineRule="auto"/>
    </w:pPr>
    <w:rPr>
      <w:color w:val="943634" w:themeColor="accent2" w:themeShade="BF"/>
    </w:rPr>
    <w:tblPr>
      <w:tblStyleRowBandSize w:val="1"/>
      <w:tblStyleColBandSize w:val="1"/>
      <w:tblBorders>
        <w:top w:val="single" w:sz="8" w:space="0" w:color="C0504D" w:themeColor="accent2"/>
        <w:bottom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  <w:style w:type="table" w:styleId="LightShading-Accent3">
    <w:name w:val="Light Shading Accent 3"/>
    <w:basedOn w:val="TableNormal"/>
    <w:uiPriority w:val="60"/>
    <w:rsid w:val="00FC693F"/>
    <w:pPr>
      <w:spacing w:after="0" w:line="240" w:lineRule="auto"/>
    </w:pPr>
    <w:rPr>
      <w:color w:val="76923C" w:themeColor="accent3" w:themeShade="BF"/>
    </w:rPr>
    <w:tblPr>
      <w:tblStyleRowBandSize w:val="1"/>
      <w:tblStyleColBandSize w:val="1"/>
      <w:tblBorders>
        <w:top w:val="single" w:sz="8" w:space="0" w:color="9BBB59" w:themeColor="accent3"/>
        <w:bottom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</w:style>
  <w:style w:type="table" w:styleId="LightShading-Accent4">
    <w:name w:val="Light Shading Accent 4"/>
    <w:basedOn w:val="TableNormal"/>
    <w:uiPriority w:val="60"/>
    <w:rsid w:val="00FC693F"/>
    <w:pPr>
      <w:spacing w:after="0" w:line="240" w:lineRule="auto"/>
    </w:pPr>
    <w:rPr>
      <w:color w:val="5F497A" w:themeColor="accent4" w:themeShade="BF"/>
    </w:rPr>
    <w:tblPr>
      <w:tblStyleRowBandSize w:val="1"/>
      <w:tblStyleColBandSize w:val="1"/>
      <w:tblBorders>
        <w:top w:val="single" w:sz="8" w:space="0" w:color="8064A2" w:themeColor="accent4"/>
        <w:bottom w:val="single" w:sz="8" w:space="0" w:color="8064A2" w:themeColor="accent4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</w:style>
  <w:style w:type="table" w:styleId="LightShading-Accent5">
    <w:name w:val="Light Shading Accent 5"/>
    <w:basedOn w:val="TableNormal"/>
    <w:uiPriority w:val="60"/>
    <w:rsid w:val="00FC693F"/>
    <w:pPr>
      <w:spacing w:after="0" w:line="240" w:lineRule="auto"/>
    </w:pPr>
    <w:rPr>
      <w:color w:val="31849B" w:themeColor="accent5" w:themeShade="BF"/>
    </w:rPr>
    <w:tblPr>
      <w:tblStyleRowBandSize w:val="1"/>
      <w:tblStyleColBandSize w:val="1"/>
      <w:tblBorders>
        <w:top w:val="single" w:sz="8" w:space="0" w:color="4BACC6" w:themeColor="accent5"/>
        <w:bottom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table" w:styleId="LightShading-Accent6">
    <w:name w:val="Light Shading Accent 6"/>
    <w:basedOn w:val="TableNormal"/>
    <w:uiPriority w:val="60"/>
    <w:rsid w:val="00FC693F"/>
    <w:pPr>
      <w:spacing w:after="0" w:line="240" w:lineRule="auto"/>
    </w:pPr>
    <w:rPr>
      <w:color w:val="E36C0A" w:themeColor="accent6" w:themeShade="BF"/>
    </w:rPr>
    <w:tblPr>
      <w:tblStyleRowBandSize w:val="1"/>
      <w:tblStyleColBandSize w:val="1"/>
      <w:tblBorders>
        <w:top w:val="single" w:sz="8" w:space="0" w:color="F79646" w:themeColor="accent6"/>
        <w:bottom w:val="single" w:sz="8" w:space="0" w:color="F79646" w:themeColor="accent6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</w:style>
  <w:style w:type="table" w:styleId="LightList">
    <w:name w:val="Light List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styleId="LightList-Accent1">
    <w:name w:val="Light List Accent 1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LightList-Accent2">
    <w:name w:val="Light List Accent 2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</w:style>
  <w:style w:type="table" w:styleId="LightList-Accent3">
    <w:name w:val="Light List Accent 3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</w:style>
  <w:style w:type="table" w:styleId="LightList-Accent4">
    <w:name w:val="Light List Accent 4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</w:style>
  <w:style w:type="table" w:styleId="LightList-Accent5">
    <w:name w:val="Light List Accent 5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table" w:styleId="LightList-Accent6">
    <w:name w:val="Light List Accent 6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</w:style>
  <w:style w:type="table" w:styleId="LightGrid">
    <w:name w:val="Light Grid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LightGrid-Accent1">
    <w:name w:val="Light Grid Accent 1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  <w:style w:type="table" w:styleId="LightGrid-Accent2">
    <w:name w:val="Light Grid Accent 2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1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  <w:shd w:val="clear" w:color="auto" w:fill="EFD3D2" w:themeFill="accent2" w:themeFillTint="3F"/>
      </w:tcPr>
    </w:tblStylePr>
    <w:tblStylePr w:type="band2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</w:tcPr>
    </w:tblStylePr>
  </w:style>
  <w:style w:type="table" w:styleId="LightGrid-Accent3">
    <w:name w:val="Light Grid Accent 3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1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  <w:shd w:val="clear" w:color="auto" w:fill="E6EED5" w:themeFill="accent3" w:themeFillTint="3F"/>
      </w:tcPr>
    </w:tblStylePr>
    <w:tblStylePr w:type="band2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</w:tcPr>
    </w:tblStylePr>
  </w:style>
  <w:style w:type="table" w:styleId="LightGrid-Accent4">
    <w:name w:val="Light Grid Accent 4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1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  <w:shd w:val="clear" w:color="auto" w:fill="DFD8E8" w:themeFill="accent4" w:themeFillTint="3F"/>
      </w:tcPr>
    </w:tblStylePr>
    <w:tblStylePr w:type="band2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</w:tcPr>
    </w:tblStylePr>
  </w:style>
  <w:style w:type="table" w:styleId="LightGrid-Accent5">
    <w:name w:val="Light Grid Accent 5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1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  <w:shd w:val="clear" w:color="auto" w:fill="D2EAF1" w:themeFill="accent5" w:themeFillTint="3F"/>
      </w:tcPr>
    </w:tblStylePr>
    <w:tblStylePr w:type="band2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</w:tcPr>
    </w:tblStylePr>
  </w:style>
  <w:style w:type="table" w:styleId="LightGrid-Accent6">
    <w:name w:val="Light Grid Accent 6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1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  <w:shd w:val="clear" w:color="auto" w:fill="FDE4D0" w:themeFill="accent6" w:themeFillTint="3F"/>
      </w:tcPr>
    </w:tblStylePr>
    <w:tblStylePr w:type="band2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</w:tcPr>
    </w:tblStylePr>
  </w:style>
  <w:style w:type="table" w:styleId="MediumShading1">
    <w:name w:val="Medium Shading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1">
    <w:name w:val="Medium Shading 1 Accent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2">
    <w:name w:val="Medium Shading 1 Accent 2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FD3D2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3">
    <w:name w:val="Medium Shading 1 Accent 3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6EED5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4">
    <w:name w:val="Medium Shading 1 Accent 4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FD8E8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5">
    <w:name w:val="Medium Shading 1 Accent 5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2EAF1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6">
    <w:name w:val="Medium Shading 1 Accent 6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DE4D0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2">
    <w:name w:val="Medium Shading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1">
    <w:name w:val="Medium Shading 2 Accent 1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2">
    <w:name w:val="Medium Shading 2 Accent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3">
    <w:name w:val="Medium Shading 2 Accent 3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4">
    <w:name w:val="Medium Shading 2 Accent 4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5">
    <w:name w:val="Medium Shading 2 Accent 5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6">
    <w:name w:val="Medium Shading 2 Accent 6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List1">
    <w:name w:val="Medium Lis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MediumList1-Accent1">
    <w:name w:val="Medium List 1 Accen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4F81BD" w:themeColor="accent1"/>
        <w:bottom w:val="single" w:sz="8" w:space="0" w:color="4F81BD" w:themeColor="accent1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F81BD" w:themeColor="accen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shd w:val="clear" w:color="auto" w:fill="D3DFEE" w:themeFill="accent1" w:themeFillTint="3F"/>
      </w:tcPr>
    </w:tblStylePr>
  </w:style>
  <w:style w:type="table" w:styleId="MediumList1-Accent2">
    <w:name w:val="Medium List 1 Accent 2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C0504D" w:themeColor="accent2"/>
        <w:bottom w:val="single" w:sz="8" w:space="0" w:color="C0504D" w:themeColor="accent2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C0504D" w:themeColor="accent2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shd w:val="clear" w:color="auto" w:fill="EFD3D2" w:themeFill="accent2" w:themeFillTint="3F"/>
      </w:tcPr>
    </w:tblStylePr>
  </w:style>
  <w:style w:type="table" w:styleId="MediumList1-Accent3">
    <w:name w:val="Medium List 1 Accent 3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9BBB59" w:themeColor="accent3"/>
        <w:bottom w:val="single" w:sz="8" w:space="0" w:color="9BBB59" w:themeColor="accent3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9BBB59" w:themeColor="accent3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shd w:val="clear" w:color="auto" w:fill="E6EED5" w:themeFill="accent3" w:themeFillTint="3F"/>
      </w:tcPr>
    </w:tblStylePr>
  </w:style>
  <w:style w:type="table" w:styleId="MediumList1-Accent4">
    <w:name w:val="Medium List 1 Accent 4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8064A2" w:themeColor="accent4"/>
        <w:bottom w:val="single" w:sz="8" w:space="0" w:color="8064A2" w:themeColor="accent4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8064A2" w:themeColor="accent4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shd w:val="clear" w:color="auto" w:fill="DFD8E8" w:themeFill="accent4" w:themeFillTint="3F"/>
      </w:tcPr>
    </w:tblStylePr>
  </w:style>
  <w:style w:type="table" w:styleId="MediumList1-Accent5">
    <w:name w:val="Medium List 1 Accent 5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4BACC6" w:themeColor="accent5"/>
        <w:bottom w:val="single" w:sz="8" w:space="0" w:color="4BACC6" w:themeColor="accent5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BACC6" w:themeColor="accent5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shd w:val="clear" w:color="auto" w:fill="D2EAF1" w:themeFill="accent5" w:themeFillTint="3F"/>
      </w:tcPr>
    </w:tblStylePr>
  </w:style>
  <w:style w:type="table" w:styleId="MediumList1-Accent6">
    <w:name w:val="Medium List 1 Accent 6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F79646" w:themeColor="accent6"/>
        <w:bottom w:val="single" w:sz="8" w:space="0" w:color="F79646" w:themeColor="accent6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F79646" w:themeColor="accent6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shd w:val="clear" w:color="auto" w:fill="FDE4D0" w:themeFill="accent6" w:themeFillTint="3F"/>
      </w:tcPr>
    </w:tblStylePr>
  </w:style>
  <w:style w:type="table" w:styleId="MediumList2">
    <w:name w:val="Medium Lis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1">
    <w:name w:val="Medium List 2 Accent 1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F81BD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F81BD" w:themeColor="accen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F81BD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F81BD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3DFEE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2">
    <w:name w:val="Medium List 2 Accen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C0504D" w:themeColor="accent2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C0504D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C0504D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FD3D2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3">
    <w:name w:val="Medium List 2 Accent 3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9BBB59" w:themeColor="accent3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9BBB59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9BBB59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6EED5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4">
    <w:name w:val="Medium List 2 Accent 4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8064A2" w:themeColor="accent4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8064A2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8064A2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FD8E8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5">
    <w:name w:val="Medium List 2 Accent 5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BACC6" w:themeColor="accent5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BACC6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BACC6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2EAF1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6">
    <w:name w:val="Medium List 2 Accent 6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F79646" w:themeColor="accent6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F79646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F79646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DE4D0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Grid1">
    <w:name w:val="Medium Grid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MediumGrid1-Accent1">
    <w:name w:val="Medium Grid 1 Accent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  <w:insideV w:val="single" w:sz="8" w:space="0" w:color="7BA0CD" w:themeColor="accent1" w:themeTint="BF"/>
      </w:tblBorders>
    </w:tblPr>
    <w:tcPr>
      <w:shd w:val="clear" w:color="auto" w:fill="D3DFEE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BA0CD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MediumGrid1-Accent2">
    <w:name w:val="Medium Grid 1 Accent 2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  <w:insideV w:val="single" w:sz="8" w:space="0" w:color="CF7B79" w:themeColor="accent2" w:themeTint="BF"/>
      </w:tblBorders>
    </w:tblPr>
    <w:tcPr>
      <w:shd w:val="clear" w:color="auto" w:fill="EFD3D2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CF7B79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MediumGrid1-Accent3">
    <w:name w:val="Medium Grid 1 Accent 3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  <w:insideV w:val="single" w:sz="8" w:space="0" w:color="B3CC82" w:themeColor="accent3" w:themeTint="BF"/>
      </w:tblBorders>
    </w:tblPr>
    <w:tcPr>
      <w:shd w:val="clear" w:color="auto" w:fill="E6EED5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3CC82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MediumGrid1-Accent4">
    <w:name w:val="Medium Grid 1 Accent 4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  <w:insideV w:val="single" w:sz="8" w:space="0" w:color="9F8AB9" w:themeColor="accent4" w:themeTint="BF"/>
      </w:tblBorders>
    </w:tblPr>
    <w:tcPr>
      <w:shd w:val="clear" w:color="auto" w:fill="DFD8E8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F8AB9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MediumGrid1-Accent5">
    <w:name w:val="Medium Grid 1 Accent 5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  <w:insideV w:val="single" w:sz="8" w:space="0" w:color="78C0D4" w:themeColor="accent5" w:themeTint="BF"/>
      </w:tblBorders>
    </w:tblPr>
    <w:tcPr>
      <w:shd w:val="clear" w:color="auto" w:fill="D2EAF1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C0D4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MediumGrid1-Accent6">
    <w:name w:val="Medium Grid 1 Accent 6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  <w:insideV w:val="single" w:sz="8" w:space="0" w:color="F9B074" w:themeColor="accent6" w:themeTint="BF"/>
      </w:tblBorders>
    </w:tblPr>
    <w:tcPr>
      <w:shd w:val="clear" w:color="auto" w:fill="FDE4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9B074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styleId="MediumGrid2">
    <w:name w:val="Medium Grid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1">
    <w:name w:val="Medium Grid 2 Accent 1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</w:tblPr>
    <w:tcPr>
      <w:shd w:val="clear" w:color="auto" w:fill="D3DFEE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EDF2F8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BE5F1" w:themeFill="accent1" w:themeFillTint="33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tcBorders>
          <w:insideH w:val="single" w:sz="6" w:space="0" w:color="4F81BD" w:themeColor="accent1"/>
          <w:insideV w:val="single" w:sz="6" w:space="0" w:color="4F81BD" w:themeColor="accent1"/>
        </w:tcBorders>
        <w:shd w:val="clear" w:color="auto" w:fill="A7BFDE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2">
    <w:name w:val="Medium Grid 2 Accent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</w:tblPr>
    <w:tcPr>
      <w:shd w:val="clear" w:color="auto" w:fill="EFD3D2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F8EDED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2DBDB" w:themeFill="accent2" w:themeFillTint="33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tcBorders>
          <w:insideH w:val="single" w:sz="6" w:space="0" w:color="C0504D" w:themeColor="accent2"/>
          <w:insideV w:val="single" w:sz="6" w:space="0" w:color="C0504D" w:themeColor="accent2"/>
        </w:tcBorders>
        <w:shd w:val="clear" w:color="auto" w:fill="DFA7A6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3">
    <w:name w:val="Medium Grid 2 Accent 3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</w:tblPr>
    <w:tcPr>
      <w:shd w:val="clear" w:color="auto" w:fill="E6EED5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F5F8EE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AF1DD" w:themeFill="accent3" w:themeFillTint="33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tcBorders>
          <w:insideH w:val="single" w:sz="6" w:space="0" w:color="9BBB59" w:themeColor="accent3"/>
          <w:insideV w:val="single" w:sz="6" w:space="0" w:color="9BBB59" w:themeColor="accent3"/>
        </w:tcBorders>
        <w:shd w:val="clear" w:color="auto" w:fill="CDDDAC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4">
    <w:name w:val="Medium Grid 2 Accent 4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</w:tblPr>
    <w:tcPr>
      <w:shd w:val="clear" w:color="auto" w:fill="DFD8E8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F2EFF6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5DFEC" w:themeFill="accent4" w:themeFillTint="33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tcBorders>
          <w:insideH w:val="single" w:sz="6" w:space="0" w:color="8064A2" w:themeColor="accent4"/>
          <w:insideV w:val="single" w:sz="6" w:space="0" w:color="8064A2" w:themeColor="accent4"/>
        </w:tcBorders>
        <w:shd w:val="clear" w:color="auto" w:fill="BFB1D0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5">
    <w:name w:val="Medium Grid 2 Accent 5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</w:tblPr>
    <w:tcPr>
      <w:shd w:val="clear" w:color="auto" w:fill="D2EAF1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EDF6F9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AEEF3" w:themeFill="accent5" w:themeFillTint="33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tcBorders>
          <w:insideH w:val="single" w:sz="6" w:space="0" w:color="4BACC6" w:themeColor="accent5"/>
          <w:insideV w:val="single" w:sz="6" w:space="0" w:color="4BACC6" w:themeColor="accent5"/>
        </w:tcBorders>
        <w:shd w:val="clear" w:color="auto" w:fill="A5D5E2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6">
    <w:name w:val="Medium Grid 2 Accent 6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</w:tblPr>
    <w:tcPr>
      <w:shd w:val="clear" w:color="auto" w:fill="FDE4D0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FEF4EC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9D9" w:themeFill="accent6" w:themeFillTint="33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tcBorders>
          <w:insideH w:val="single" w:sz="6" w:space="0" w:color="F79646" w:themeColor="accent6"/>
          <w:insideV w:val="single" w:sz="6" w:space="0" w:color="F79646" w:themeColor="accent6"/>
        </w:tcBorders>
        <w:shd w:val="clear" w:color="auto" w:fill="FBCAA2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3">
    <w:name w:val="Medium Grid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styleId="MediumGrid3-Accent1">
    <w:name w:val="Medium Grid 3 Accent 1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3DFEE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7BFDE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7BFDE" w:themeFill="accent1" w:themeFillTint="7F"/>
      </w:tcPr>
    </w:tblStylePr>
  </w:style>
  <w:style w:type="table" w:styleId="MediumGrid3-Accent2">
    <w:name w:val="Medium Grid 3 Accent 2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EFD3D2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FA7A6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FA7A6" w:themeFill="accent2" w:themeFillTint="7F"/>
      </w:tcPr>
    </w:tblStylePr>
  </w:style>
  <w:style w:type="table" w:styleId="MediumGrid3-Accent3">
    <w:name w:val="Medium Grid 3 Accent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E6EED5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CDDDAC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CDDDAC" w:themeFill="accent3" w:themeFillTint="7F"/>
      </w:tcPr>
    </w:tblStylePr>
  </w:style>
  <w:style w:type="table" w:styleId="MediumGrid3-Accent4">
    <w:name w:val="Medium Grid 3 Accent 4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FD8E8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BFB1D0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BFB1D0" w:themeFill="accent4" w:themeFillTint="7F"/>
      </w:tcPr>
    </w:tblStylePr>
  </w:style>
  <w:style w:type="table" w:styleId="MediumGrid3-Accent5">
    <w:name w:val="Medium Grid 3 Accent 5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2EAF1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5D5E2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5D5E2" w:themeFill="accent5" w:themeFillTint="7F"/>
      </w:tcPr>
    </w:tblStylePr>
  </w:style>
  <w:style w:type="table" w:styleId="MediumGrid3-Accent6">
    <w:name w:val="Medium Grid 3 Accent 6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FDE4D0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BCAA2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BCAA2" w:themeFill="accent6" w:themeFillTint="7F"/>
      </w:tcPr>
    </w:tblStylePr>
  </w:style>
  <w:style w:type="table" w:styleId="DarkList">
    <w:name w:val="Dark List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DarkList-Accent1">
    <w:name w:val="Dark List Accent 1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4F81BD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43F60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65F91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</w:style>
  <w:style w:type="table" w:styleId="DarkList-Accent2">
    <w:name w:val="Dark List Accent 2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C0504D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622423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943634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</w:style>
  <w:style w:type="table" w:styleId="DarkList-Accent3">
    <w:name w:val="Dark List Accent 3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9BBB59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4E6128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76923C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</w:style>
  <w:style w:type="table" w:styleId="DarkList-Accent4">
    <w:name w:val="Dark List Accent 4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8064A2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F3151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5F497A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</w:style>
  <w:style w:type="table" w:styleId="DarkList-Accent5">
    <w:name w:val="Dark List Accent 5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4BACC6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05867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1849B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</w:style>
  <w:style w:type="table" w:styleId="DarkList-Accent6">
    <w:name w:val="Dark List Accent 6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F79646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974706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E36C0A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</w:style>
  <w:style w:type="table" w:styleId="ColorfulShading">
    <w:name w:val="Colorful Shading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C0504D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1">
    <w:name w:val="Colorful Shading Accent 1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C0504D" w:themeColor="accent2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DF2F8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C4C74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C4C74" w:themeColor="accent1" w:themeShade="99"/>
          <w:insideV w:val="nil"/>
        </w:tcBorders>
        <w:shd w:val="clear" w:color="auto" w:fill="2C4C74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C4C74" w:themeFill="accent1" w:themeFillShade="99"/>
      </w:tcPr>
    </w:tblStylePr>
    <w:tblStylePr w:type="band1Vert">
      <w:tblPr/>
      <w:tcPr>
        <w:shd w:val="clear" w:color="auto" w:fill="B8CCE4" w:themeFill="accent1" w:themeFillTint="66"/>
      </w:tcPr>
    </w:tblStylePr>
    <w:tblStylePr w:type="band1Horz">
      <w:tblPr/>
      <w:tcPr>
        <w:shd w:val="clear" w:color="auto" w:fill="A7BFDE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2">
    <w:name w:val="Colorful Shading Accent 2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C0504D" w:themeColor="accent2"/>
        <w:left w:val="single" w:sz="4" w:space="0" w:color="C0504D" w:themeColor="accent2"/>
        <w:bottom w:val="single" w:sz="4" w:space="0" w:color="C0504D" w:themeColor="accent2"/>
        <w:right w:val="single" w:sz="4" w:space="0" w:color="C0504D" w:themeColor="accent2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8EDED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772C2A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772C2A" w:themeColor="accent2" w:themeShade="99"/>
          <w:insideV w:val="nil"/>
        </w:tcBorders>
        <w:shd w:val="clear" w:color="auto" w:fill="772C2A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72C2A" w:themeFill="accent2" w:themeFillShade="99"/>
      </w:tcPr>
    </w:tblStylePr>
    <w:tblStylePr w:type="band1Vert">
      <w:tblPr/>
      <w:tcPr>
        <w:shd w:val="clear" w:color="auto" w:fill="E5B8B7" w:themeFill="accent2" w:themeFillTint="66"/>
      </w:tcPr>
    </w:tblStylePr>
    <w:tblStylePr w:type="band1Horz">
      <w:tblPr/>
      <w:tcPr>
        <w:shd w:val="clear" w:color="auto" w:fill="DFA7A6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3">
    <w:name w:val="Colorful Shading Accent 3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8064A2" w:themeColor="accent4"/>
        <w:left w:val="single" w:sz="4" w:space="0" w:color="9BBB59" w:themeColor="accent3"/>
        <w:bottom w:val="single" w:sz="4" w:space="0" w:color="9BBB59" w:themeColor="accent3"/>
        <w:right w:val="single" w:sz="4" w:space="0" w:color="9BBB59" w:themeColor="accent3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5F8EE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5E7530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5E7530" w:themeColor="accent3" w:themeShade="99"/>
          <w:insideV w:val="nil"/>
        </w:tcBorders>
        <w:shd w:val="clear" w:color="auto" w:fill="5E7530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E7530" w:themeFill="accent3" w:themeFillShade="99"/>
      </w:tcPr>
    </w:tblStylePr>
    <w:tblStylePr w:type="band1Vert">
      <w:tblPr/>
      <w:tcPr>
        <w:shd w:val="clear" w:color="auto" w:fill="D6E3BC" w:themeFill="accent3" w:themeFillTint="66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Shading-Accent4">
    <w:name w:val="Colorful Shading Accent 4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9BBB59" w:themeColor="accent3"/>
        <w:left w:val="single" w:sz="4" w:space="0" w:color="8064A2" w:themeColor="accent4"/>
        <w:bottom w:val="single" w:sz="4" w:space="0" w:color="8064A2" w:themeColor="accent4"/>
        <w:right w:val="single" w:sz="4" w:space="0" w:color="8064A2" w:themeColor="accent4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2EFF6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4C3B62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4C3B62" w:themeColor="accent4" w:themeShade="99"/>
          <w:insideV w:val="nil"/>
        </w:tcBorders>
        <w:shd w:val="clear" w:color="auto" w:fill="4C3B62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C3B62" w:themeFill="accent4" w:themeFillShade="99"/>
      </w:tcPr>
    </w:tblStylePr>
    <w:tblStylePr w:type="band1Vert">
      <w:tblPr/>
      <w:tcPr>
        <w:shd w:val="clear" w:color="auto" w:fill="CCC0D9" w:themeFill="accent4" w:themeFillTint="66"/>
      </w:tcPr>
    </w:tblStylePr>
    <w:tblStylePr w:type="band1Horz">
      <w:tblPr/>
      <w:tcPr>
        <w:shd w:val="clear" w:color="auto" w:fill="BFB1D0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5">
    <w:name w:val="Colorful Shading Accent 5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F79646" w:themeColor="accent6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DF6F9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76A7C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76A7C" w:themeColor="accent5" w:themeShade="99"/>
          <w:insideV w:val="nil"/>
        </w:tcBorders>
        <w:shd w:val="clear" w:color="auto" w:fill="276A7C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76A7C" w:themeFill="accent5" w:themeFillShade="99"/>
      </w:tcPr>
    </w:tblStylePr>
    <w:tblStylePr w:type="band1Vert">
      <w:tblPr/>
      <w:tcPr>
        <w:shd w:val="clear" w:color="auto" w:fill="B6DDE8" w:themeFill="accent5" w:themeFillTint="66"/>
      </w:tcPr>
    </w:tblStylePr>
    <w:tblStylePr w:type="band1Horz">
      <w:tblPr/>
      <w:tcPr>
        <w:shd w:val="clear" w:color="auto" w:fill="A5D5E2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6">
    <w:name w:val="Colorful Shading Accent 6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4BACC6" w:themeColor="accent5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EF4EC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B65608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B65608" w:themeColor="accent6" w:themeShade="99"/>
          <w:insideV w:val="nil"/>
        </w:tcBorders>
        <w:shd w:val="clear" w:color="auto" w:fill="B65608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65608" w:themeFill="accent6" w:themeFillShade="99"/>
      </w:tcPr>
    </w:tblStylePr>
    <w:tblStylePr w:type="band1Vert">
      <w:tblPr/>
      <w:tcPr>
        <w:shd w:val="clear" w:color="auto" w:fill="FBD4B4" w:themeFill="accent6" w:themeFillTint="66"/>
      </w:tcPr>
    </w:tblStylePr>
    <w:tblStylePr w:type="band1Horz">
      <w:tblPr/>
      <w:tcPr>
        <w:shd w:val="clear" w:color="auto" w:fill="FBCAA2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List">
    <w:name w:val="Colorful List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ColorfulList-Accent1">
    <w:name w:val="Colorful List Accent 1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DF2F8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ColorfulList-Accent2">
    <w:name w:val="Colorful List Accent 2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8EDED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styleId="ColorfulList-Accent3">
    <w:name w:val="Colorful List Accent 3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5F8EE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664E82" w:themeFill="accent4" w:themeFillShade="CC"/>
      </w:tcPr>
    </w:tblStylePr>
    <w:tblStylePr w:type="lastRow">
      <w:rPr>
        <w:b/>
        <w:bCs/>
        <w:color w:val="664E82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styleId="ColorfulList-Accent4">
    <w:name w:val="Colorful List Accent 4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2EFF6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7E9C40" w:themeFill="accent3" w:themeFillShade="CC"/>
      </w:tcPr>
    </w:tblStylePr>
    <w:tblStylePr w:type="lastRow">
      <w:rPr>
        <w:b/>
        <w:bCs/>
        <w:color w:val="7E9C40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styleId="ColorfulList-Accent5">
    <w:name w:val="Colorful List Accent 5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DF6F9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F2730A" w:themeFill="accent6" w:themeFillShade="CC"/>
      </w:tcPr>
    </w:tblStylePr>
    <w:tblStylePr w:type="lastRow">
      <w:rPr>
        <w:b/>
        <w:bCs/>
        <w:color w:val="F2730A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ColorfulList-Accent6">
    <w:name w:val="Colorful List Accent 6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EF4EC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348DA5" w:themeFill="accent5" w:themeFillShade="CC"/>
      </w:tcPr>
    </w:tblStylePr>
    <w:tblStylePr w:type="lastRow">
      <w:rPr>
        <w:b/>
        <w:bCs/>
        <w:color w:val="348DA5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shd w:val="clear" w:color="auto" w:fill="FDE9D9" w:themeFill="accent6" w:themeFillTint="33"/>
      </w:tcPr>
    </w:tblStylePr>
  </w:style>
  <w:style w:type="table" w:styleId="ColorfulGrid">
    <w:name w:val="Colorful Grid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ColorfulGrid-Accent1">
    <w:name w:val="Colorful Grid Accent 1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DBE5F1" w:themeFill="accent1" w:themeFillTint="33"/>
    </w:tcPr>
    <w:tblStylePr w:type="firstRow">
      <w:rPr>
        <w:b/>
        <w:bCs/>
      </w:rPr>
      <w:tblPr/>
      <w:tcPr>
        <w:shd w:val="clear" w:color="auto" w:fill="B8CCE4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8CCE4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ColorfulGrid-Accent2">
    <w:name w:val="Colorful Grid Accent 2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F2DBDB" w:themeFill="accent2" w:themeFillTint="33"/>
    </w:tcPr>
    <w:tblStylePr w:type="firstRow">
      <w:rPr>
        <w:b/>
        <w:bCs/>
      </w:rPr>
      <w:tblPr/>
      <w:tcPr>
        <w:shd w:val="clear" w:color="auto" w:fill="E5B8B7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E5B8B7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ColorfulGrid-Accent3">
    <w:name w:val="Colorful Grid Accent 3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EAF1DD" w:themeFill="accent3" w:themeFillTint="33"/>
    </w:tcPr>
    <w:tblStylePr w:type="firstRow">
      <w:rPr>
        <w:b/>
        <w:bCs/>
      </w:rPr>
      <w:tblPr/>
      <w:tcPr>
        <w:shd w:val="clear" w:color="auto" w:fill="D6E3BC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D6E3BC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Grid-Accent4">
    <w:name w:val="Colorful Grid Accent 4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E5DFEC" w:themeFill="accent4" w:themeFillTint="33"/>
    </w:tcPr>
    <w:tblStylePr w:type="firstRow">
      <w:rPr>
        <w:b/>
        <w:bCs/>
      </w:rPr>
      <w:tblPr/>
      <w:tcPr>
        <w:shd w:val="clear" w:color="auto" w:fill="CCC0D9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CC0D9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ColorfulGrid-Accent5">
    <w:name w:val="Colorful Grid Accent 5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DAEEF3" w:themeFill="accent5" w:themeFillTint="33"/>
    </w:tcPr>
    <w:tblStylePr w:type="firstRow">
      <w:rPr>
        <w:b/>
        <w:bCs/>
      </w:rPr>
      <w:tblPr/>
      <w:tcPr>
        <w:shd w:val="clear" w:color="auto" w:fill="B6DDE8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6DDE8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ColorfulGrid-Accent6">
    <w:name w:val="Colorful Grid Accent 6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FDE9D9" w:themeFill="accent6" w:themeFillTint="33"/>
    </w:tcPr>
    <w:tblStylePr w:type="firstRow">
      <w:rPr>
        <w:b/>
        <w:bCs/>
      </w:rPr>
      <w:tblPr/>
      <w:tcPr>
        <w:shd w:val="clear" w:color="auto" w:fill="FBD4B4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BD4B4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allowPNG/>
</w:webSettings>
</file>

<file path=word/_rels/document.xml.rels><?xml version='1.0' encoding='UTF-8' standalone='yes'?>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Relationship Id="rId10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'1.0' encoding='UTF-8' standalone='yes'?>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EF278816-EC6F-A645-907D-7F25AECB1D4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1</Pages>
  <Words>117</Words>
  <Characters>673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Manager/>
  <Company/>
  <LinksUpToDate>false</LinksUpToDate>
  <CharactersWithSpaces>789</CharactersWithSpaces>
  <SharedDoc>false</SharedDoc>
  <HyperlinkBase/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python-docx</dc:creator>
  <cp:keywords/>
  <dc:description>generated by python-docx</dc:description>
  <cp:lastModifiedBy>Mohammad Ali Zare Chahooki</cp:lastModifiedBy>
  <cp:revision>12</cp:revision>
  <dcterms:created xsi:type="dcterms:W3CDTF">2024-09-15T05:19:00Z</dcterms:created>
  <dcterms:modified xsi:type="dcterms:W3CDTF">2024-09-15T13:13:00Z</dcterms:modified>
  <cp:category/>
</cp:coreProperties>
</file>