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خریدوفروش ومشاوره تجهیزات کوهنوردی،طبیعت،سنگنوردی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خریدوفروش ومشاوره تجهیزات کوهنوردی،طبیعت،سنگنوردی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91910042*1</w:t>
            </w:r>
          </w:p>
        </w:tc>
        <w:tc>
          <w:tcPr>
            <w:tcW w:type="dxa" w:w="1728"/>
          </w:tcPr>
          <w:p>
            <w:r>
              <w:t>🏕𝑨𝒔𝒂𝒍 𝑩𝒂𝒏𝒐𝒐𝒐🏖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Sevsay7076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912*7071**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Youtube5090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93*397**40</w:t>
            </w:r>
          </w:p>
        </w:tc>
        <w:tc>
          <w:tcPr>
            <w:tcW w:type="dxa" w:w="1728"/>
          </w:tcPr>
          <w:p>
            <w:r>
              <w:t>Saba</w:t>
            </w:r>
          </w:p>
        </w:tc>
        <w:tc>
          <w:tcPr>
            <w:tcW w:type="dxa" w:w="1728"/>
          </w:tcPr>
          <w:p>
            <w:r>
              <w:t>Safavi</w:t>
            </w:r>
          </w:p>
        </w:tc>
        <w:tc>
          <w:tcPr>
            <w:tcW w:type="dxa" w:w="1728"/>
          </w:tcPr>
          <w:p>
            <w:r>
              <w:t>saba_Sa_Fa_Vi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91223**343</w:t>
            </w:r>
          </w:p>
        </w:tc>
        <w:tc>
          <w:tcPr>
            <w:tcW w:type="dxa" w:w="1728"/>
          </w:tcPr>
          <w:p>
            <w:r>
              <w:t>Hosein Shalchi</w:t>
            </w:r>
          </w:p>
        </w:tc>
        <w:tc>
          <w:tcPr>
            <w:tcW w:type="dxa" w:w="1728"/>
          </w:tcPr>
          <w:p>
            <w:r>
              <w:t>H.o</w:t>
            </w:r>
          </w:p>
        </w:tc>
        <w:tc>
          <w:tcPr>
            <w:tcW w:type="dxa" w:w="1728"/>
          </w:tcPr>
          <w:p>
            <w:r>
              <w:t>h_shalchi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912*214*39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Qanbari</w:t>
            </w:r>
          </w:p>
        </w:tc>
        <w:tc>
          <w:tcPr>
            <w:tcW w:type="dxa" w:w="1728"/>
          </w:tcPr>
          <w:p>
            <w:r>
              <w:t>Mo_Qa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912**7049*</w:t>
            </w:r>
          </w:p>
        </w:tc>
        <w:tc>
          <w:tcPr>
            <w:tcW w:type="dxa" w:w="1728"/>
          </w:tcPr>
          <w:p>
            <w:r>
              <w:t>YOUNES</w:t>
            </w:r>
          </w:p>
        </w:tc>
        <w:tc>
          <w:tcPr>
            <w:tcW w:type="dxa" w:w="1728"/>
          </w:tcPr>
          <w:p>
            <w:r>
              <w:t>REZA KHANI</w:t>
            </w:r>
          </w:p>
        </w:tc>
        <w:tc>
          <w:tcPr>
            <w:tcW w:type="dxa" w:w="1728"/>
          </w:tcPr>
          <w:p>
            <w:r>
              <w:t>yoonesrezakhani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910*1703*2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Rezaee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912*02**19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91**2*041*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>
              <w:t>Kheibari</w:t>
            </w:r>
          </w:p>
        </w:tc>
        <w:tc>
          <w:tcPr>
            <w:tcW w:type="dxa" w:w="1728"/>
          </w:tcPr>
          <w:p>
            <w:r>
              <w:t>Spideremad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930*413731</w:t>
            </w:r>
          </w:p>
        </w:tc>
        <w:tc>
          <w:tcPr>
            <w:tcW w:type="dxa" w:w="1728"/>
          </w:tcPr>
          <w:p>
            <w:r>
              <w:t>Miladondo🕊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Miladondo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91247*0434</w:t>
            </w:r>
          </w:p>
        </w:tc>
        <w:tc>
          <w:tcPr>
            <w:tcW w:type="dxa" w:w="1728"/>
          </w:tcPr>
          <w:p>
            <w:r>
              <w:t>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9123171*72</w:t>
            </w:r>
          </w:p>
        </w:tc>
        <w:tc>
          <w:tcPr>
            <w:tcW w:type="dxa" w:w="1728"/>
          </w:tcPr>
          <w:p>
            <w:r>
              <w:t>Hosein.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933*47***1</w:t>
            </w:r>
          </w:p>
        </w:tc>
        <w:tc>
          <w:tcPr>
            <w:tcW w:type="dxa" w:w="1728"/>
          </w:tcPr>
          <w:p>
            <w:r>
              <w:t>@Ali ialali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921*90*440</w:t>
            </w:r>
          </w:p>
        </w:tc>
        <w:tc>
          <w:tcPr>
            <w:tcW w:type="dxa" w:w="1728"/>
          </w:tcPr>
          <w:p>
            <w:r>
              <w:t>DOOM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MKshirazi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901*317972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>
              <w:t>Kami5253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9144477993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Mahdizawwar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91377390*9</w:t>
            </w:r>
          </w:p>
        </w:tc>
        <w:tc>
          <w:tcPr>
            <w:tcW w:type="dxa" w:w="1728"/>
          </w:tcPr>
          <w:p>
            <w:r>
              <w:t>Pejman</w:t>
            </w:r>
          </w:p>
        </w:tc>
        <w:tc>
          <w:tcPr>
            <w:tcW w:type="dxa" w:w="1728"/>
          </w:tcPr>
          <w:p>
            <w:r>
              <w:t>Karimian</w:t>
            </w:r>
          </w:p>
        </w:tc>
        <w:tc>
          <w:tcPr>
            <w:tcW w:type="dxa" w:w="1728"/>
          </w:tcPr>
          <w:p>
            <w:r>
              <w:t>K13871393p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9192219171</w:t>
            </w:r>
          </w:p>
        </w:tc>
        <w:tc>
          <w:tcPr>
            <w:tcW w:type="dxa" w:w="1728"/>
          </w:tcPr>
          <w:p>
            <w:r>
              <w:t>💠 ️ محمد مهدی</w:t>
            </w:r>
          </w:p>
        </w:tc>
        <w:tc>
          <w:tcPr>
            <w:tcW w:type="dxa" w:w="1728"/>
          </w:tcPr>
          <w:p>
            <w:r>
              <w:t>ثباتی 💠</w:t>
            </w:r>
          </w:p>
        </w:tc>
        <w:tc>
          <w:tcPr>
            <w:tcW w:type="dxa" w:w="1728"/>
          </w:tcPr>
          <w:p>
            <w:r>
              <w:t>MMSOBATI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9197*0*0*4</w:t>
            </w:r>
          </w:p>
        </w:tc>
        <w:tc>
          <w:tcPr>
            <w:tcW w:type="dxa" w:w="1728"/>
          </w:tcPr>
          <w:p>
            <w:r>
              <w:t>@mooohaaamad@$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mohamad_1626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9122729349</w:t>
            </w:r>
          </w:p>
        </w:tc>
        <w:tc>
          <w:tcPr>
            <w:tcW w:type="dxa" w:w="1728"/>
          </w:tcPr>
          <w:p>
            <w:r>
              <w:t>Mahmood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91227*0*9*</w:t>
            </w:r>
          </w:p>
        </w:tc>
        <w:tc>
          <w:tcPr>
            <w:tcW w:type="dxa" w:w="1728"/>
          </w:tcPr>
          <w:p>
            <w:r>
              <w:t>Majnooni</w:t>
            </w:r>
          </w:p>
        </w:tc>
        <w:tc>
          <w:tcPr>
            <w:tcW w:type="dxa" w:w="1728"/>
          </w:tcPr>
          <w:p>
            <w:r>
              <w:t>Khorasani</w:t>
            </w:r>
          </w:p>
        </w:tc>
        <w:tc>
          <w:tcPr>
            <w:tcW w:type="dxa" w:w="1728"/>
          </w:tcPr>
          <w:p>
            <w:r>
              <w:t>KHORASANISM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93*2*2**0*</w:t>
            </w:r>
          </w:p>
        </w:tc>
        <w:tc>
          <w:tcPr>
            <w:tcW w:type="dxa" w:w="1728"/>
          </w:tcPr>
          <w:p>
            <w:r>
              <w:t>Zari shiralizade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zarishiralizade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933*4*2**4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mohsenian</w:t>
            </w:r>
          </w:p>
        </w:tc>
        <w:tc>
          <w:tcPr>
            <w:tcW w:type="dxa" w:w="1728"/>
          </w:tcPr>
          <w:p>
            <w:r>
              <w:t>Arezoo_mohsenian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990044*230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Prsmn2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9121*70720</w:t>
            </w:r>
          </w:p>
        </w:tc>
        <w:tc>
          <w:tcPr>
            <w:tcW w:type="dxa" w:w="1728"/>
          </w:tcPr>
          <w:p>
            <w:r>
              <w:t>Ali Akbar</w:t>
            </w:r>
          </w:p>
        </w:tc>
        <w:tc>
          <w:tcPr>
            <w:tcW w:type="dxa" w:w="1728"/>
          </w:tcPr>
          <w:p>
            <w:r>
              <w:t>Rashidi</w:t>
            </w:r>
          </w:p>
        </w:tc>
        <w:tc>
          <w:tcPr>
            <w:tcW w:type="dxa" w:w="1728"/>
          </w:tcPr>
          <w:p>
            <w:r>
              <w:t>Rashidi1963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912*02*2*3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soheil66a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912*1*0*10</w:t>
            </w:r>
          </w:p>
        </w:tc>
        <w:tc>
          <w:tcPr>
            <w:tcW w:type="dxa" w:w="1728"/>
          </w:tcPr>
          <w:p>
            <w:r>
              <w:t>ایرانگرد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Irangard1963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912*09371*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Zarnali</w:t>
            </w:r>
          </w:p>
        </w:tc>
        <w:tc>
          <w:tcPr>
            <w:tcW w:type="dxa" w:w="1728"/>
          </w:tcPr>
          <w:p>
            <w:r>
              <w:t>ARAZ_1986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91*9******</w:t>
            </w:r>
          </w:p>
        </w:tc>
        <w:tc>
          <w:tcPr>
            <w:tcW w:type="dxa" w:w="1728"/>
          </w:tcPr>
          <w:p>
            <w:r>
              <w:t>لیدر کوهنوردی وطبیعتگردی منطقهM:Z:E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Zakerymehdy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93792**3*4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IdeaBaranParsian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91220*9*0*</w:t>
            </w:r>
          </w:p>
        </w:tc>
        <w:tc>
          <w:tcPr>
            <w:tcW w:type="dxa" w:w="1728"/>
          </w:tcPr>
          <w:p>
            <w:r>
              <w:t>E❤️B❤️p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E_afagh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912*047929</w:t>
            </w:r>
          </w:p>
        </w:tc>
        <w:tc>
          <w:tcPr>
            <w:tcW w:type="dxa" w:w="1728"/>
          </w:tcPr>
          <w:p>
            <w:r>
              <w:t>ئاساره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Shahnaz_mazaheri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91222*7219</w:t>
            </w:r>
          </w:p>
        </w:tc>
        <w:tc>
          <w:tcPr>
            <w:tcW w:type="dxa" w:w="1728"/>
          </w:tcPr>
          <w:p>
            <w:r>
              <w:t>شاناز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Shanazzz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93*72*1*27</w:t>
            </w:r>
          </w:p>
        </w:tc>
        <w:tc>
          <w:tcPr>
            <w:tcW w:type="dxa" w:w="1728"/>
          </w:tcPr>
          <w:p>
            <w:r>
              <w:t>Tahereh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912**97*1*</w:t>
            </w:r>
          </w:p>
        </w:tc>
        <w:tc>
          <w:tcPr>
            <w:tcW w:type="dxa" w:w="1728"/>
          </w:tcPr>
          <w:p>
            <w:r>
              <w:t>Amo_Ebrahim 💚♥️💙</w:t>
            </w:r>
          </w:p>
        </w:tc>
        <w:tc>
          <w:tcPr>
            <w:tcW w:type="dxa" w:w="1728"/>
          </w:tcPr>
          <w:p>
            <w:r>
              <w:t>▪️</w:t>
            </w:r>
          </w:p>
        </w:tc>
        <w:tc>
          <w:tcPr>
            <w:tcW w:type="dxa" w:w="1728"/>
          </w:tcPr>
          <w:p>
            <w:r>
              <w:t>Amo_ibrahim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9333**213*</w:t>
            </w:r>
          </w:p>
        </w:tc>
        <w:tc>
          <w:tcPr>
            <w:tcW w:type="dxa" w:w="1728"/>
          </w:tcPr>
          <w:p>
            <w:r>
              <w:t>R-sh-d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Rsd74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93**7*7212</w:t>
            </w:r>
          </w:p>
        </w:tc>
        <w:tc>
          <w:tcPr>
            <w:tcW w:type="dxa" w:w="1728"/>
          </w:tcPr>
          <w:p>
            <w:r>
              <w:t>SssS16421642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Esiblack1642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9194*70*01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91*22*0*7*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Rabiei</w:t>
            </w:r>
          </w:p>
        </w:tc>
        <w:tc>
          <w:tcPr>
            <w:tcW w:type="dxa" w:w="1728"/>
          </w:tcPr>
          <w:p>
            <w:r>
              <w:t>mahdirabiei62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912**0***0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>
              <w:t>jahanmehr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9124099473</w:t>
            </w:r>
          </w:p>
        </w:tc>
        <w:tc>
          <w:tcPr>
            <w:tcW w:type="dxa" w:w="1728"/>
          </w:tcPr>
          <w:p>
            <w:r>
              <w:t>Kalhor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9120**3347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Najafiyan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922**97992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Alikelidari62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91213**949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Khazaie</w:t>
            </w:r>
          </w:p>
        </w:tc>
        <w:tc>
          <w:tcPr>
            <w:tcW w:type="dxa" w:w="1728"/>
          </w:tcPr>
          <w:p>
            <w:r>
              <w:t>M_khazaie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9140034772</w:t>
            </w:r>
          </w:p>
        </w:tc>
        <w:tc>
          <w:tcPr>
            <w:tcW w:type="dxa" w:w="1728"/>
          </w:tcPr>
          <w:p>
            <w:r>
              <w:t>amin_volly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amin_volly1375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9214**3433</w:t>
            </w:r>
          </w:p>
        </w:tc>
        <w:tc>
          <w:tcPr>
            <w:tcW w:type="dxa" w:w="1728"/>
          </w:tcPr>
          <w:p>
            <w:r>
              <w:t>morteza amini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mortezaaaminii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9121342972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>
              <w:t>Farahani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9123119497</w:t>
            </w:r>
          </w:p>
        </w:tc>
        <w:tc>
          <w:tcPr>
            <w:tcW w:type="dxa" w:w="1728"/>
          </w:tcPr>
          <w:p>
            <w:r>
              <w:t>Alihasani95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Alihasani95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93*1*1*227</w:t>
            </w:r>
          </w:p>
        </w:tc>
        <w:tc>
          <w:tcPr>
            <w:tcW w:type="dxa" w:w="1728"/>
          </w:tcPr>
          <w:p>
            <w:r>
              <w:t>Mahroo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Mahroo5728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9337**979*</w:t>
            </w:r>
          </w:p>
        </w:tc>
        <w:tc>
          <w:tcPr>
            <w:tcW w:type="dxa" w:w="1728"/>
          </w:tcPr>
          <w:p>
            <w:r>
              <w:t>پشتیبانی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dss_support3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93**4*9**1</w:t>
            </w:r>
          </w:p>
        </w:tc>
        <w:tc>
          <w:tcPr>
            <w:tcW w:type="dxa" w:w="1728"/>
          </w:tcPr>
          <w:p>
            <w:r>
              <w:t>Saye farsi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saye_mehr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93***71272</w:t>
            </w:r>
          </w:p>
        </w:tc>
        <w:tc>
          <w:tcPr>
            <w:tcW w:type="dxa" w:w="1728"/>
          </w:tcPr>
          <w:p>
            <w:r>
              <w:t>rasuol</w:t>
            </w:r>
          </w:p>
        </w:tc>
        <w:tc>
          <w:tcPr>
            <w:tcW w:type="dxa" w:w="1728"/>
          </w:tcPr>
          <w:p>
            <w:r>
              <w:t>Gholipor</w:t>
            </w:r>
          </w:p>
        </w:tc>
        <w:tc>
          <w:tcPr>
            <w:tcW w:type="dxa" w:w="1728"/>
          </w:tcPr>
          <w:p>
            <w:r>
              <w:t>rasuol7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93****4*23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93*29*191*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Farahani</w:t>
            </w:r>
          </w:p>
        </w:tc>
        <w:tc>
          <w:tcPr>
            <w:tcW w:type="dxa" w:w="1728"/>
          </w:tcPr>
          <w:p>
            <w:r>
              <w:t>Nimaii_1985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91240*77*1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Za_Ta_369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91*7120234</w:t>
            </w:r>
          </w:p>
        </w:tc>
        <w:tc>
          <w:tcPr>
            <w:tcW w:type="dxa" w:w="1728"/>
          </w:tcPr>
          <w:p>
            <w:r>
              <w:t>S_zoomorod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93***924*7</w:t>
            </w:r>
          </w:p>
        </w:tc>
        <w:tc>
          <w:tcPr>
            <w:tcW w:type="dxa" w:w="1728"/>
          </w:tcPr>
          <w:p>
            <w:r>
              <w:t>S.Hamdy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S_Hamdyy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91*13027*2</w:t>
            </w:r>
          </w:p>
        </w:tc>
        <w:tc>
          <w:tcPr>
            <w:tcW w:type="dxa" w:w="1728"/>
          </w:tcPr>
          <w:p>
            <w:r>
              <w:t>Salimi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92132*242*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>
              <w:t>جوکار</w:t>
            </w:r>
          </w:p>
        </w:tc>
        <w:tc>
          <w:tcPr>
            <w:tcW w:type="dxa" w:w="1728"/>
          </w:tcPr>
          <w:p>
            <w:r>
              <w:t>Javadjokar1376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91943**2*1</w:t>
            </w:r>
          </w:p>
        </w:tc>
        <w:tc>
          <w:tcPr>
            <w:tcW w:type="dxa" w:w="1728"/>
          </w:tcPr>
          <w:p>
            <w:r>
              <w:t>Marzeye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karami8261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990*0377*1</w:t>
            </w:r>
          </w:p>
        </w:tc>
        <w:tc>
          <w:tcPr>
            <w:tcW w:type="dxa" w:w="1728"/>
          </w:tcPr>
          <w:p>
            <w:r>
              <w:t>Zeinab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z_life89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93*997*9*9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Royal</w:t>
            </w:r>
          </w:p>
        </w:tc>
        <w:tc>
          <w:tcPr>
            <w:tcW w:type="dxa" w:w="1728"/>
          </w:tcPr>
          <w:p>
            <w:r>
              <w:t>ImanRoyal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912*377*30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yaghoobi</w:t>
            </w:r>
          </w:p>
        </w:tc>
        <w:tc>
          <w:tcPr>
            <w:tcW w:type="dxa" w:w="1728"/>
          </w:tcPr>
          <w:p>
            <w:r>
              <w:t>ay369369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91230193*4</w:t>
            </w:r>
          </w:p>
        </w:tc>
        <w:tc>
          <w:tcPr>
            <w:tcW w:type="dxa" w:w="1728"/>
          </w:tcPr>
          <w:p>
            <w:r>
              <w:t>M h</w:t>
            </w:r>
          </w:p>
        </w:tc>
        <w:tc>
          <w:tcPr>
            <w:tcW w:type="dxa" w:w="1728"/>
          </w:tcPr>
          <w:p>
            <w:r>
              <w:t>Pornejad</w:t>
            </w:r>
          </w:p>
        </w:tc>
        <w:tc>
          <w:tcPr>
            <w:tcW w:type="dxa" w:w="1728"/>
          </w:tcPr>
          <w:p>
            <w:r>
              <w:t>Alipornejad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93**22*3**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Mahdi_Shaygan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91***0*2**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Rashidi</w:t>
            </w:r>
          </w:p>
        </w:tc>
        <w:tc>
          <w:tcPr>
            <w:tcW w:type="dxa" w:w="1728"/>
          </w:tcPr>
          <w:p>
            <w:r>
              <w:t>JvdRR_88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91*3*937*1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Vahidspring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912**30310</w:t>
            </w:r>
          </w:p>
        </w:tc>
        <w:tc>
          <w:tcPr>
            <w:tcW w:type="dxa" w:w="1728"/>
          </w:tcPr>
          <w:p>
            <w:r>
              <w:t>𐎠𐎶𐎹𐎼(امیر)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seter_gemstone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91022242*0</w:t>
            </w:r>
          </w:p>
        </w:tc>
        <w:tc>
          <w:tcPr>
            <w:tcW w:type="dxa" w:w="1728"/>
          </w:tcPr>
          <w:p>
            <w:r>
              <w:t>Amir.r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Amirreza1988engineer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91224***94</w:t>
            </w:r>
          </w:p>
        </w:tc>
        <w:tc>
          <w:tcPr>
            <w:tcW w:type="dxa" w:w="1728"/>
          </w:tcPr>
          <w:p>
            <w:r>
              <w:t>Mamoud.Ghambari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GhAdmin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9141*02939</w:t>
            </w:r>
          </w:p>
        </w:tc>
        <w:tc>
          <w:tcPr>
            <w:tcW w:type="dxa" w:w="1728"/>
          </w:tcPr>
          <w:p>
            <w:r>
              <w:t>yagoub</w:t>
            </w:r>
          </w:p>
        </w:tc>
        <w:tc>
          <w:tcPr>
            <w:tcW w:type="dxa" w:w="1728"/>
          </w:tcPr>
          <w:p>
            <w:r>
              <w:t>🦴</w:t>
            </w:r>
          </w:p>
        </w:tc>
        <w:tc>
          <w:tcPr>
            <w:tcW w:type="dxa" w:w="1728"/>
          </w:tcPr>
          <w:p>
            <w:r>
              <w:t>Mahdi_43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91*7*0*103</w:t>
            </w:r>
          </w:p>
        </w:tc>
        <w:tc>
          <w:tcPr>
            <w:tcW w:type="dxa" w:w="1728"/>
          </w:tcPr>
          <w:p>
            <w:r>
              <w:t>علی سپه وند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Sepahvand_a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912191010*</w:t>
            </w:r>
          </w:p>
        </w:tc>
        <w:tc>
          <w:tcPr>
            <w:tcW w:type="dxa" w:w="1728"/>
          </w:tcPr>
          <w:p>
            <w:r>
              <w:t>حمید مساعدیان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DrHamidMosaedian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93*39*9*14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>
              <w:t>زینلی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93*7*4***9</w:t>
            </w:r>
          </w:p>
        </w:tc>
        <w:tc>
          <w:tcPr>
            <w:tcW w:type="dxa" w:w="1728"/>
          </w:tcPr>
          <w:p>
            <w:r>
              <w:t>Alborz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Alborz1540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912*11719*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9331*24*42</w:t>
            </w:r>
          </w:p>
        </w:tc>
        <w:tc>
          <w:tcPr>
            <w:tcW w:type="dxa" w:w="1728"/>
          </w:tcPr>
          <w:p>
            <w:r>
              <w:t>T. 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TarokhA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91**4040**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hadii_emami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912*24044*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Mrpendar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  <w:tr>
        <w:tc>
          <w:tcPr>
            <w:tcW w:type="dxa" w:w="1728"/>
          </w:tcPr>
          <w:p>
            <w:r>
              <w:t>912*33*299</w:t>
            </w:r>
          </w:p>
        </w:tc>
        <w:tc>
          <w:tcPr>
            <w:tcW w:type="dxa" w:w="1728"/>
          </w:tcPr>
          <w:p>
            <w:r>
              <w:t>Elham🌜🌞💖🔮💰🔓💞🌛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Elham19841362</w:t>
            </w:r>
          </w:p>
        </w:tc>
        <w:tc>
          <w:tcPr>
            <w:tcW w:type="dxa" w:w="1728"/>
          </w:tcPr>
          <w:p>
            <w:r>
              <w:t>گروه خریدوفروش ومشاوره تجهیزات کوهنوردی،طبیعت،سنگنوردی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خریدوفروش ومشاوره تجهیزات کوهنوردی،طبیعت،سنگنوردی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