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تریپل آلفا ساینتیفیک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تریپل آلفا ساینتیفیک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9122**1012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>
              <w:t>maleki</w:t>
            </w:r>
          </w:p>
        </w:tc>
        <w:tc>
          <w:tcPr>
            <w:tcW w:type="dxa" w:w="1728"/>
          </w:tcPr>
          <w:p>
            <w:r>
              <w:t>Hadimaalekiii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903*0107*3</w:t>
            </w:r>
          </w:p>
        </w:tc>
        <w:tc>
          <w:tcPr>
            <w:tcW w:type="dxa" w:w="1728"/>
          </w:tcPr>
          <w:p>
            <w:r>
              <w:t>علیرضا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9120130422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knowmyrightss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9379**977*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91330*730*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91**21**00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Ghalavani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91310**0*3</w:t>
            </w:r>
          </w:p>
        </w:tc>
        <w:tc>
          <w:tcPr>
            <w:tcW w:type="dxa" w:w="1728"/>
          </w:tcPr>
          <w:p>
            <w:r>
              <w:t>قدر ت اله</w:t>
            </w:r>
          </w:p>
        </w:tc>
        <w:tc>
          <w:tcPr>
            <w:tcW w:type="dxa" w:w="1728"/>
          </w:tcPr>
          <w:p>
            <w:r>
              <w:t>حق شناس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912*72*702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>
              <w:t>درگاهی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933*2*2*03</w:t>
            </w:r>
          </w:p>
        </w:tc>
        <w:tc>
          <w:tcPr>
            <w:tcW w:type="dxa" w:w="1728"/>
          </w:tcPr>
          <w:p>
            <w:r>
              <w:t>girl</w:t>
            </w:r>
          </w:p>
        </w:tc>
        <w:tc>
          <w:tcPr>
            <w:tcW w:type="dxa" w:w="1728"/>
          </w:tcPr>
          <w:p>
            <w:r>
              <w:t>rain?</w:t>
            </w:r>
          </w:p>
        </w:tc>
        <w:tc>
          <w:tcPr>
            <w:tcW w:type="dxa" w:w="1728"/>
          </w:tcPr>
          <w:p>
            <w:r>
              <w:t>gita4030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930*19*411</w:t>
            </w:r>
          </w:p>
        </w:tc>
        <w:tc>
          <w:tcPr>
            <w:tcW w:type="dxa" w:w="1728"/>
          </w:tcPr>
          <w:p>
            <w:r>
              <w:t>ادمین آگهی استخدام بندرعباس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estekhdam_admin96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939*1**399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Vahidgdi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9211794324</w:t>
            </w:r>
          </w:p>
        </w:tc>
        <w:tc>
          <w:tcPr>
            <w:tcW w:type="dxa" w:w="1728"/>
          </w:tcPr>
          <w:p>
            <w:r>
              <w:t>◦•●◉✿Ā☆Ř✿◉●•◦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Alirezaa0093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92273*339*</w:t>
            </w:r>
          </w:p>
        </w:tc>
        <w:tc>
          <w:tcPr>
            <w:tcW w:type="dxa" w:w="1728"/>
          </w:tcPr>
          <w:p>
            <w:r>
              <w:t>Pilot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933**912**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Yazdi</w:t>
            </w:r>
          </w:p>
        </w:tc>
        <w:tc>
          <w:tcPr>
            <w:tcW w:type="dxa" w:w="1728"/>
          </w:tcPr>
          <w:p>
            <w:r>
              <w:t>Alireza_myz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9122*33**1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>
              <w:t>Bakhtiar</w:t>
            </w:r>
          </w:p>
        </w:tc>
        <w:tc>
          <w:tcPr>
            <w:tcW w:type="dxa" w:w="1728"/>
          </w:tcPr>
          <w:p>
            <w:r>
              <w:t>Masoudbakhtiar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90309*1*39</w:t>
            </w:r>
          </w:p>
        </w:tc>
        <w:tc>
          <w:tcPr>
            <w:tcW w:type="dxa" w:w="1728"/>
          </w:tcPr>
          <w:p>
            <w:r>
              <w:t>Yasharfam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9907193909</w:t>
            </w:r>
          </w:p>
        </w:tc>
        <w:tc>
          <w:tcPr>
            <w:tcW w:type="dxa" w:w="1728"/>
          </w:tcPr>
          <w:p>
            <w:r>
              <w:t>P̷̷A̷̷R̷̷S̷̷A̷̷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seyedparsahoseini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9191****00</w:t>
            </w:r>
          </w:p>
        </w:tc>
        <w:tc>
          <w:tcPr>
            <w:tcW w:type="dxa" w:w="1728"/>
          </w:tcPr>
          <w:p>
            <w:r>
              <w:t>F.s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9197307901</w:t>
            </w:r>
          </w:p>
        </w:tc>
        <w:tc>
          <w:tcPr>
            <w:tcW w:type="dxa" w:w="1728"/>
          </w:tcPr>
          <w:p>
            <w:r>
              <w:t>Khosrow Rouzbayani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avionics343302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91217*10*0</w:t>
            </w:r>
          </w:p>
        </w:tc>
        <w:tc>
          <w:tcPr>
            <w:tcW w:type="dxa" w:w="1728"/>
          </w:tcPr>
          <w:p>
            <w:r>
              <w:t>Reza Atighechi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9211*727**</w:t>
            </w:r>
          </w:p>
        </w:tc>
        <w:tc>
          <w:tcPr>
            <w:tcW w:type="dxa" w:w="1728"/>
          </w:tcPr>
          <w:p>
            <w:r>
              <w:t>Amir jam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Amirjam7000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9379*7*01*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Mahdimzn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922323**04</w:t>
            </w:r>
          </w:p>
        </w:tc>
        <w:tc>
          <w:tcPr>
            <w:tcW w:type="dxa" w:w="1728"/>
          </w:tcPr>
          <w:p>
            <w:r>
              <w:t>Mahzoon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Aerospace999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93*7724**3</w:t>
            </w:r>
          </w:p>
        </w:tc>
        <w:tc>
          <w:tcPr>
            <w:tcW w:type="dxa" w:w="1728"/>
          </w:tcPr>
          <w:p>
            <w:r>
              <w:t>Rebel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m_astronomer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9121*991**</w:t>
            </w:r>
          </w:p>
        </w:tc>
        <w:tc>
          <w:tcPr>
            <w:tcW w:type="dxa" w:w="1728"/>
          </w:tcPr>
          <w:p>
            <w:r>
              <w:t>Amirhossein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Amhnezamlou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901***31*1</w:t>
            </w:r>
          </w:p>
        </w:tc>
        <w:tc>
          <w:tcPr>
            <w:tcW w:type="dxa" w:w="1728"/>
          </w:tcPr>
          <w:p>
            <w:r>
              <w:t>Samira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IISamiraaaaaaa12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93**113099</w:t>
            </w:r>
          </w:p>
        </w:tc>
        <w:tc>
          <w:tcPr>
            <w:tcW w:type="dxa" w:w="1728"/>
          </w:tcPr>
          <w:p>
            <w:r>
              <w:t>Abtin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abtin0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93**3717*1</w:t>
            </w:r>
          </w:p>
        </w:tc>
        <w:tc>
          <w:tcPr>
            <w:tcW w:type="dxa" w:w="1728"/>
          </w:tcPr>
          <w:p>
            <w:r>
              <w:t>––––•(-• ĵḁṿḁḓ •-)•––––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Javad_1385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93*249332*</w:t>
            </w:r>
          </w:p>
        </w:tc>
        <w:tc>
          <w:tcPr>
            <w:tcW w:type="dxa" w:w="1728"/>
          </w:tcPr>
          <w:p>
            <w:r>
              <w:t>فایزه</w:t>
            </w:r>
          </w:p>
        </w:tc>
        <w:tc>
          <w:tcPr>
            <w:tcW w:type="dxa" w:w="1728"/>
          </w:tcPr>
          <w:p>
            <w:r>
              <w:t>زنگنه</w:t>
            </w:r>
          </w:p>
        </w:tc>
        <w:tc>
          <w:tcPr>
            <w:tcW w:type="dxa" w:w="1728"/>
          </w:tcPr>
          <w:p>
            <w:r>
              <w:t>Asmaneabry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99043*930*</w:t>
            </w:r>
          </w:p>
        </w:tc>
        <w:tc>
          <w:tcPr>
            <w:tcW w:type="dxa" w:w="1728"/>
          </w:tcPr>
          <w:p>
            <w:r>
              <w:t>**** 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asdfgh0987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9397*12*19</w:t>
            </w:r>
          </w:p>
        </w:tc>
        <w:tc>
          <w:tcPr>
            <w:tcW w:type="dxa" w:w="1728"/>
          </w:tcPr>
          <w:p>
            <w:r>
              <w:t>Phoenix Sky✈️🕊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ghao7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912711*2*9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>
              <w:t>رحمانی</w:t>
            </w:r>
          </w:p>
        </w:tc>
        <w:tc>
          <w:tcPr>
            <w:tcW w:type="dxa" w:w="1728"/>
          </w:tcPr>
          <w:p>
            <w:r>
              <w:t>drmahdirahmani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91270*****</w:t>
            </w:r>
          </w:p>
        </w:tc>
        <w:tc>
          <w:tcPr>
            <w:tcW w:type="dxa" w:w="1728"/>
          </w:tcPr>
          <w:p>
            <w:r>
              <w:t>Milad</w:t>
            </w:r>
          </w:p>
        </w:tc>
        <w:tc>
          <w:tcPr>
            <w:tcW w:type="dxa" w:w="1728"/>
          </w:tcPr>
          <w:p>
            <w:r>
              <w:t>Nami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912132**99</w:t>
            </w:r>
          </w:p>
        </w:tc>
        <w:tc>
          <w:tcPr>
            <w:tcW w:type="dxa" w:w="1728"/>
          </w:tcPr>
          <w:p>
            <w:r>
              <w:t>J.</w:t>
            </w:r>
          </w:p>
        </w:tc>
        <w:tc>
          <w:tcPr>
            <w:tcW w:type="dxa" w:w="1728"/>
          </w:tcPr>
          <w:p>
            <w:r>
              <w:t>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939*401719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EP_IAD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939247*1*0</w:t>
            </w:r>
          </w:p>
        </w:tc>
        <w:tc>
          <w:tcPr>
            <w:tcW w:type="dxa" w:w="1728"/>
          </w:tcPr>
          <w:p>
            <w:r>
              <w:t>کوروش</w:t>
            </w:r>
          </w:p>
        </w:tc>
        <w:tc>
          <w:tcPr>
            <w:tcW w:type="dxa" w:w="1728"/>
          </w:tcPr>
          <w:p>
            <w:r>
              <w:t>نورانی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9907**7914</w:t>
            </w:r>
          </w:p>
        </w:tc>
        <w:tc>
          <w:tcPr>
            <w:tcW w:type="dxa" w:w="1728"/>
          </w:tcPr>
          <w:p>
            <w:r>
              <w:t>Soheil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Spaceeagle2022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9197109177</w:t>
            </w:r>
          </w:p>
        </w:tc>
        <w:tc>
          <w:tcPr>
            <w:tcW w:type="dxa" w:w="1728"/>
          </w:tcPr>
          <w:p>
            <w:r>
              <w:t>3a££|)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Saeet03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93917*94**</w:t>
            </w:r>
          </w:p>
        </w:tc>
        <w:tc>
          <w:tcPr>
            <w:tcW w:type="dxa" w:w="1728"/>
          </w:tcPr>
          <w:p>
            <w:r>
              <w:t>Safaei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Tarrm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9333110172</w:t>
            </w:r>
          </w:p>
        </w:tc>
        <w:tc>
          <w:tcPr>
            <w:tcW w:type="dxa" w:w="1728"/>
          </w:tcPr>
          <w:p>
            <w:r>
              <w:t>Mahyar</w:t>
            </w:r>
          </w:p>
        </w:tc>
        <w:tc>
          <w:tcPr>
            <w:tcW w:type="dxa" w:w="1728"/>
          </w:tcPr>
          <w:p>
            <w:r>
              <w:t>Motlagh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912*4*7234</w:t>
            </w:r>
          </w:p>
        </w:tc>
        <w:tc>
          <w:tcPr>
            <w:tcW w:type="dxa" w:w="1728"/>
          </w:tcPr>
          <w:p>
            <w:r>
              <w:t>Behnam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Behnam_Marcopolo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9109492*23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ali_jafariir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9141072429</w:t>
            </w:r>
          </w:p>
        </w:tc>
        <w:tc>
          <w:tcPr>
            <w:tcW w:type="dxa" w:w="1728"/>
          </w:tcPr>
          <w:p>
            <w:r>
              <w:t>Mahdieh</w:t>
            </w:r>
          </w:p>
        </w:tc>
        <w:tc>
          <w:tcPr>
            <w:tcW w:type="dxa" w:w="1728"/>
          </w:tcPr>
          <w:p>
            <w:r>
              <w:t>Mi73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93**704422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Saeedamar1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91***709**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>
              <w:t>Askari</w:t>
            </w:r>
          </w:p>
        </w:tc>
        <w:tc>
          <w:tcPr>
            <w:tcW w:type="dxa" w:w="1728"/>
          </w:tcPr>
          <w:p>
            <w:r>
              <w:t>SkyOzone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9124712941</w:t>
            </w:r>
          </w:p>
        </w:tc>
        <w:tc>
          <w:tcPr>
            <w:tcW w:type="dxa" w:w="1728"/>
          </w:tcPr>
          <w:p>
            <w:r>
              <w:t>09124712941 Msaadatim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91711*0*2*</w:t>
            </w:r>
          </w:p>
        </w:tc>
        <w:tc>
          <w:tcPr>
            <w:tcW w:type="dxa" w:w="1728"/>
          </w:tcPr>
          <w:p>
            <w:r>
              <w:t>علي اصغر</w:t>
            </w:r>
          </w:p>
        </w:tc>
        <w:tc>
          <w:tcPr>
            <w:tcW w:type="dxa" w:w="1728"/>
          </w:tcPr>
          <w:p>
            <w:r>
              <w:t>mehdipour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912*717***</w:t>
            </w:r>
          </w:p>
        </w:tc>
        <w:tc>
          <w:tcPr>
            <w:tcW w:type="dxa" w:w="1728"/>
          </w:tcPr>
          <w:p>
            <w:r>
              <w:t>Fallah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Fallahtabar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9124*7*2*2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Azbehani</w:t>
            </w:r>
          </w:p>
        </w:tc>
        <w:tc>
          <w:tcPr>
            <w:tcW w:type="dxa" w:w="1728"/>
          </w:tcPr>
          <w:p>
            <w:r>
              <w:t>Azbehani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9020233939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KARAMODDIN</w:t>
            </w:r>
          </w:p>
        </w:tc>
        <w:tc>
          <w:tcPr>
            <w:tcW w:type="dxa" w:w="1728"/>
          </w:tcPr>
          <w:p>
            <w:r>
              <w:t>mehdikaramodin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91*32337*9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Amir_ra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93314092*4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90192*90*4</w:t>
            </w:r>
          </w:p>
        </w:tc>
        <w:tc>
          <w:tcPr>
            <w:tcW w:type="dxa" w:w="1728"/>
          </w:tcPr>
          <w:p>
            <w:r>
              <w:t>لیموزن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hitlar1371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91241**147</w:t>
            </w:r>
          </w:p>
        </w:tc>
        <w:tc>
          <w:tcPr>
            <w:tcW w:type="dxa" w:w="1728"/>
          </w:tcPr>
          <w:p>
            <w:r>
              <w:t>Farima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9399*9417*</w:t>
            </w:r>
          </w:p>
        </w:tc>
        <w:tc>
          <w:tcPr>
            <w:tcW w:type="dxa" w:w="1728"/>
          </w:tcPr>
          <w:p>
            <w:r>
              <w:t>به رنگ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9393342*40</w:t>
            </w:r>
          </w:p>
        </w:tc>
        <w:tc>
          <w:tcPr>
            <w:tcW w:type="dxa" w:w="1728"/>
          </w:tcPr>
          <w:p>
            <w:r>
              <w:t>Mm</w:t>
            </w:r>
          </w:p>
        </w:tc>
        <w:tc>
          <w:tcPr>
            <w:tcW w:type="dxa" w:w="1728"/>
          </w:tcPr>
          <w:p>
            <w:r>
              <w:t>mM</w:t>
            </w:r>
          </w:p>
        </w:tc>
        <w:tc>
          <w:tcPr>
            <w:tcW w:type="dxa" w:w="1728"/>
          </w:tcPr>
          <w:p>
            <w:r>
              <w:t>Memol_memol_a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939*429733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9121*147*7</w:t>
            </w:r>
          </w:p>
        </w:tc>
        <w:tc>
          <w:tcPr>
            <w:tcW w:type="dxa" w:w="1728"/>
          </w:tcPr>
          <w:p>
            <w:r>
              <w:t>Tavalla</w:t>
            </w:r>
          </w:p>
        </w:tc>
        <w:tc>
          <w:tcPr>
            <w:tcW w:type="dxa" w:w="1728"/>
          </w:tcPr>
          <w:p>
            <w:r>
              <w:t>Ghorbanian</w:t>
            </w:r>
          </w:p>
        </w:tc>
        <w:tc>
          <w:tcPr>
            <w:tcW w:type="dxa" w:w="1728"/>
          </w:tcPr>
          <w:p>
            <w:r>
              <w:t>TavallaGhorbanian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9301732970</w:t>
            </w:r>
          </w:p>
        </w:tc>
        <w:tc>
          <w:tcPr>
            <w:tcW w:type="dxa" w:w="1728"/>
          </w:tcPr>
          <w:p>
            <w:r>
              <w:t>mohammad 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mohammadtomcat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9039*9*227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Sweeetdreammm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93902*39*3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shirazi</w:t>
            </w:r>
          </w:p>
        </w:tc>
        <w:tc>
          <w:tcPr>
            <w:tcW w:type="dxa" w:w="1728"/>
          </w:tcPr>
          <w:p>
            <w:r>
              <w:t>aviationmechanic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9394**0301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>
              <w:t>Hashemi Nasab</w:t>
            </w:r>
          </w:p>
        </w:tc>
        <w:tc>
          <w:tcPr>
            <w:tcW w:type="dxa" w:w="1728"/>
          </w:tcPr>
          <w:p>
            <w:r>
              <w:t>OstadHashemiOH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90320**37*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Saeid_Habibzadeh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912023*0**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amirhosseinfly172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91**7*700*</w:t>
            </w:r>
          </w:p>
        </w:tc>
        <w:tc>
          <w:tcPr>
            <w:tcW w:type="dxa" w:w="1728"/>
          </w:tcPr>
          <w:p>
            <w:r>
              <w:t>@li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benamet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912**77294</w:t>
            </w:r>
          </w:p>
        </w:tc>
        <w:tc>
          <w:tcPr>
            <w:tcW w:type="dxa" w:w="1728"/>
          </w:tcPr>
          <w:p>
            <w:r>
              <w:t>F.Naraghi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F_naraghi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91210*3723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Karimi</w:t>
            </w:r>
          </w:p>
        </w:tc>
        <w:tc>
          <w:tcPr>
            <w:tcW w:type="dxa" w:w="1728"/>
          </w:tcPr>
          <w:p>
            <w:r>
              <w:t>mohsenkarimi66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921*9*4322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Heydari</w:t>
            </w:r>
          </w:p>
        </w:tc>
        <w:tc>
          <w:tcPr>
            <w:tcW w:type="dxa" w:w="1728"/>
          </w:tcPr>
          <w:p>
            <w:r>
              <w:t>EP_IBS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91203*1442</w:t>
            </w:r>
          </w:p>
        </w:tc>
        <w:tc>
          <w:tcPr>
            <w:tcW w:type="dxa" w:w="1728"/>
          </w:tcPr>
          <w:p>
            <w:r>
              <w:t>Moein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91**00*441</w:t>
            </w:r>
          </w:p>
        </w:tc>
        <w:tc>
          <w:tcPr>
            <w:tcW w:type="dxa" w:w="1728"/>
          </w:tcPr>
          <w:p>
            <w:r>
              <w:t>Self Sustaining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93**0**127</w:t>
            </w:r>
          </w:p>
        </w:tc>
        <w:tc>
          <w:tcPr>
            <w:tcW w:type="dxa" w:w="1728"/>
          </w:tcPr>
          <w:p>
            <w:r>
              <w:t>Victor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MdFa59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913*130*0*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Amirflight47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93**1*1409</w:t>
            </w:r>
          </w:p>
        </w:tc>
        <w:tc>
          <w:tcPr>
            <w:tcW w:type="dxa" w:w="1728"/>
          </w:tcPr>
          <w:p>
            <w:r>
              <w:t>ناصر</w:t>
            </w:r>
          </w:p>
        </w:tc>
        <w:tc>
          <w:tcPr>
            <w:tcW w:type="dxa" w:w="1728"/>
          </w:tcPr>
          <w:p>
            <w:r>
              <w:t>جعفری</w:t>
            </w:r>
          </w:p>
        </w:tc>
        <w:tc>
          <w:tcPr>
            <w:tcW w:type="dxa" w:w="1728"/>
          </w:tcPr>
          <w:p>
            <w:r>
              <w:t>Na3r9317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91292314**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9374*41342</w:t>
            </w:r>
          </w:p>
        </w:tc>
        <w:tc>
          <w:tcPr>
            <w:tcW w:type="dxa" w:w="1728"/>
          </w:tcPr>
          <w:p>
            <w:r>
              <w:t>King A👑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Prince_AK77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9907*4**91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Azazil_697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930*994747</w:t>
            </w:r>
          </w:p>
        </w:tc>
        <w:tc>
          <w:tcPr>
            <w:tcW w:type="dxa" w:w="1728"/>
          </w:tcPr>
          <w:p>
            <w:r>
              <w:t>Mahsa soleimani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91224**79*</w:t>
            </w:r>
          </w:p>
        </w:tc>
        <w:tc>
          <w:tcPr>
            <w:tcW w:type="dxa" w:w="1728"/>
          </w:tcPr>
          <w:p>
            <w:r>
              <w:t>&amp;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Amirsalehi2465795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93*1*9*93*</w:t>
            </w:r>
          </w:p>
        </w:tc>
        <w:tc>
          <w:tcPr>
            <w:tcW w:type="dxa" w:w="1728"/>
          </w:tcPr>
          <w:p>
            <w:r>
              <w:t>MehrdaD</w:t>
            </w:r>
          </w:p>
        </w:tc>
        <w:tc>
          <w:tcPr>
            <w:tcW w:type="dxa" w:w="1728"/>
          </w:tcPr>
          <w:p>
            <w:r>
              <w:t>Jafari</w:t>
            </w:r>
          </w:p>
        </w:tc>
        <w:tc>
          <w:tcPr>
            <w:tcW w:type="dxa" w:w="1728"/>
          </w:tcPr>
          <w:p>
            <w:r>
              <w:t>Mehrdad65jafari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  <w:tr>
        <w:tc>
          <w:tcPr>
            <w:tcW w:type="dxa" w:w="1728"/>
          </w:tcPr>
          <w:p>
            <w:r>
              <w:t>921***901*</w:t>
            </w:r>
          </w:p>
        </w:tc>
        <w:tc>
          <w:tcPr>
            <w:tcW w:type="dxa" w:w="1728"/>
          </w:tcPr>
          <w:p>
            <w:r>
              <w:t>Nadia.B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Nadiaflight</w:t>
            </w:r>
          </w:p>
        </w:tc>
        <w:tc>
          <w:tcPr>
            <w:tcW w:type="dxa" w:w="1728"/>
          </w:tcPr>
          <w:p>
            <w:r>
              <w:t>گروه تریپل آلفا ساینتیفیک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تریپل آلفا ساینتیفیک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