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تخصصی محمد برزه (همراه پروژه)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تخصصی محمد برزه (همراه پروژه)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902*4*2299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Jabarimehdii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9123223741</w:t>
            </w:r>
          </w:p>
        </w:tc>
        <w:tc>
          <w:tcPr>
            <w:tcW w:type="dxa" w:w="1728"/>
          </w:tcPr>
          <w:p>
            <w:r>
              <w:t>Hashem</w:t>
            </w:r>
          </w:p>
        </w:tc>
        <w:tc>
          <w:tcPr>
            <w:tcW w:type="dxa" w:w="1728"/>
          </w:tcPr>
          <w:p>
            <w:r>
              <w:t>Zamanian</w:t>
            </w:r>
          </w:p>
        </w:tc>
        <w:tc>
          <w:tcPr>
            <w:tcW w:type="dxa" w:w="1728"/>
          </w:tcPr>
          <w:p>
            <w:r>
              <w:t>HmZamanian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912493434*</w:t>
            </w:r>
          </w:p>
        </w:tc>
        <w:tc>
          <w:tcPr>
            <w:tcW w:type="dxa" w:w="1728"/>
          </w:tcPr>
          <w:p>
            <w:r>
              <w:t>Shahrouz</w:t>
            </w:r>
          </w:p>
        </w:tc>
        <w:tc>
          <w:tcPr>
            <w:tcW w:type="dxa" w:w="1728"/>
          </w:tcPr>
          <w:p>
            <w:r>
              <w:t>Seif</w:t>
            </w:r>
          </w:p>
        </w:tc>
        <w:tc>
          <w:tcPr>
            <w:tcW w:type="dxa" w:w="1728"/>
          </w:tcPr>
          <w:p>
            <w:r>
              <w:t>Shahrouzseif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9121403740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Shahraki</w:t>
            </w:r>
          </w:p>
        </w:tc>
        <w:tc>
          <w:tcPr>
            <w:tcW w:type="dxa" w:w="1728"/>
          </w:tcPr>
          <w:p>
            <w:r>
              <w:t>Behzadshahraki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913*92922*</w:t>
            </w:r>
          </w:p>
        </w:tc>
        <w:tc>
          <w:tcPr>
            <w:tcW w:type="dxa" w:w="1728"/>
          </w:tcPr>
          <w:p>
            <w:r>
              <w:t>سید صابر</w:t>
            </w:r>
          </w:p>
        </w:tc>
        <w:tc>
          <w:tcPr>
            <w:tcW w:type="dxa" w:w="1728"/>
          </w:tcPr>
          <w:p>
            <w:r>
              <w:t>سجادی</w:t>
            </w:r>
          </w:p>
        </w:tc>
        <w:tc>
          <w:tcPr>
            <w:tcW w:type="dxa" w:w="1728"/>
          </w:tcPr>
          <w:p>
            <w:r>
              <w:t>SaberSap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91419401**</w:t>
            </w:r>
          </w:p>
        </w:tc>
        <w:tc>
          <w:tcPr>
            <w:tcW w:type="dxa" w:w="1728"/>
          </w:tcPr>
          <w:p>
            <w:r>
              <w:t>Hessam</w:t>
            </w:r>
          </w:p>
        </w:tc>
        <w:tc>
          <w:tcPr>
            <w:tcW w:type="dxa" w:w="1728"/>
          </w:tcPr>
          <w:p>
            <w:r>
              <w:t>Nourabadi</w:t>
            </w:r>
          </w:p>
        </w:tc>
        <w:tc>
          <w:tcPr>
            <w:tcW w:type="dxa" w:w="1728"/>
          </w:tcPr>
          <w:p>
            <w:r>
              <w:t>Hessam_Nourabadi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917**7912*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Vahid45769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9177474*40</w:t>
            </w:r>
          </w:p>
        </w:tc>
        <w:tc>
          <w:tcPr>
            <w:tcW w:type="dxa" w:w="1728"/>
          </w:tcPr>
          <w:p>
            <w:r>
              <w:t>🇮🇷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93**7*2017</w:t>
            </w:r>
          </w:p>
        </w:tc>
        <w:tc>
          <w:tcPr>
            <w:tcW w:type="dxa" w:w="1728"/>
          </w:tcPr>
          <w:p>
            <w:r>
              <w:t>میلاد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Miladk_1993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93904*4237</w:t>
            </w:r>
          </w:p>
        </w:tc>
        <w:tc>
          <w:tcPr>
            <w:tcW w:type="dxa" w:w="1728"/>
          </w:tcPr>
          <w:p>
            <w:r>
              <w:t>Amir 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Amirshojaie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93**129*2*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93321**90*</w:t>
            </w:r>
          </w:p>
        </w:tc>
        <w:tc>
          <w:tcPr>
            <w:tcW w:type="dxa" w:w="1728"/>
          </w:tcPr>
          <w:p>
            <w:r>
              <w:t>🧿𝓗𝓲𝓶𝓪𝓷🧿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Himan177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9120**1493</w:t>
            </w:r>
          </w:p>
        </w:tc>
        <w:tc>
          <w:tcPr>
            <w:tcW w:type="dxa" w:w="1728"/>
          </w:tcPr>
          <w:p>
            <w:r>
              <w:t>Narges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Nargessde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9203*24273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912*04*047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>
              <w:t>Abshenas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9030*49***</w:t>
            </w:r>
          </w:p>
        </w:tc>
        <w:tc>
          <w:tcPr>
            <w:tcW w:type="dxa" w:w="1728"/>
          </w:tcPr>
          <w:p>
            <w:r>
              <w:t>H.p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Hpabarja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93*3*92212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Seiedy3537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9392133*17</w:t>
            </w:r>
          </w:p>
        </w:tc>
        <w:tc>
          <w:tcPr>
            <w:tcW w:type="dxa" w:w="1728"/>
          </w:tcPr>
          <w:p>
            <w:r>
              <w:t>🐙🐙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9044393399</w:t>
            </w:r>
          </w:p>
        </w:tc>
        <w:tc>
          <w:tcPr>
            <w:tcW w:type="dxa" w:w="1728"/>
          </w:tcPr>
          <w:p>
            <w:r>
              <w:t>♡Ahmadzadeh_Morteza♡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Ahmadzadeh_Morteza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917112**1*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>
              <w:t>Neisary</w:t>
            </w:r>
          </w:p>
        </w:tc>
        <w:tc>
          <w:tcPr>
            <w:tcW w:type="dxa" w:w="1728"/>
          </w:tcPr>
          <w:p>
            <w:r>
              <w:t>Navid_Neisary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9121***932</w:t>
            </w:r>
          </w:p>
        </w:tc>
        <w:tc>
          <w:tcPr>
            <w:tcW w:type="dxa" w:w="1728"/>
          </w:tcPr>
          <w:p>
            <w:r>
              <w:t>Farshad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93***3*292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Mojtaba_Dr1994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9123*2773*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Nahvi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9173914273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hamid238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9194***70*</w:t>
            </w:r>
          </w:p>
        </w:tc>
        <w:tc>
          <w:tcPr>
            <w:tcW w:type="dxa" w:w="1728"/>
          </w:tcPr>
          <w:p>
            <w:r>
              <w:t>Lak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lak8021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9144229101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91372779**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>
              <w:t>مومنی</w:t>
            </w:r>
          </w:p>
        </w:tc>
        <w:tc>
          <w:tcPr>
            <w:tcW w:type="dxa" w:w="1728"/>
          </w:tcPr>
          <w:p>
            <w:r>
              <w:t>mralef2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91411*943*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Jm</w:t>
            </w:r>
          </w:p>
        </w:tc>
        <w:tc>
          <w:tcPr>
            <w:tcW w:type="dxa" w:w="1728"/>
          </w:tcPr>
          <w:p>
            <w:r>
              <w:t>amirjm1978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93*2909379</w:t>
            </w:r>
          </w:p>
        </w:tc>
        <w:tc>
          <w:tcPr>
            <w:tcW w:type="dxa" w:w="1728"/>
          </w:tcPr>
          <w:p>
            <w:r>
              <w:t>H.pahlavani.sotoude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HPSotoude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9122*2*110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khoshlahjeh</w:t>
            </w:r>
          </w:p>
        </w:tc>
        <w:tc>
          <w:tcPr>
            <w:tcW w:type="dxa" w:w="1728"/>
          </w:tcPr>
          <w:p>
            <w:r>
              <w:t>Khosh007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913***0393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9393139391</w:t>
            </w:r>
          </w:p>
        </w:tc>
        <w:tc>
          <w:tcPr>
            <w:tcW w:type="dxa" w:w="1728"/>
          </w:tcPr>
          <w:p>
            <w:r>
              <w:t>Ce.R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Le_sage_malchanceux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91272**0**</w:t>
            </w:r>
          </w:p>
        </w:tc>
        <w:tc>
          <w:tcPr>
            <w:tcW w:type="dxa" w:w="1728"/>
          </w:tcPr>
          <w:p>
            <w:r>
              <w:t>Maryam@sharifi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Shrfmaryam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911233*794</w:t>
            </w:r>
          </w:p>
        </w:tc>
        <w:tc>
          <w:tcPr>
            <w:tcW w:type="dxa" w:w="1728"/>
          </w:tcPr>
          <w:p>
            <w:r>
              <w:t>Shabnam</w:t>
            </w:r>
          </w:p>
        </w:tc>
        <w:tc>
          <w:tcPr>
            <w:tcW w:type="dxa" w:w="1728"/>
          </w:tcPr>
          <w:p>
            <w:r>
              <w:t>Prs</w:t>
            </w:r>
          </w:p>
        </w:tc>
        <w:tc>
          <w:tcPr>
            <w:tcW w:type="dxa" w:w="1728"/>
          </w:tcPr>
          <w:p>
            <w:r>
              <w:t>shabnamprs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913**0*231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azarnia_ali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91944***29</w:t>
            </w:r>
          </w:p>
        </w:tc>
        <w:tc>
          <w:tcPr>
            <w:tcW w:type="dxa" w:w="1728"/>
          </w:tcPr>
          <w:p>
            <w:r>
              <w:t>mdr</w:t>
            </w:r>
          </w:p>
        </w:tc>
        <w:tc>
          <w:tcPr>
            <w:tcW w:type="dxa" w:w="1728"/>
          </w:tcPr>
          <w:p>
            <w:r>
              <w:t>mas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9131274031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Alireza31544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91319**32*</w:t>
            </w:r>
          </w:p>
        </w:tc>
        <w:tc>
          <w:tcPr>
            <w:tcW w:type="dxa" w:w="1728"/>
          </w:tcPr>
          <w:p>
            <w:r>
              <w:t>.. h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mina199ddd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913**4*73*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cacti_786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91*0*07*07</w:t>
            </w:r>
          </w:p>
        </w:tc>
        <w:tc>
          <w:tcPr>
            <w:tcW w:type="dxa" w:w="1728"/>
          </w:tcPr>
          <w:p>
            <w:r>
              <w:t>Я£乙ﾑ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Reza_377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91***9291*</w:t>
            </w:r>
          </w:p>
        </w:tc>
        <w:tc>
          <w:tcPr>
            <w:tcW w:type="dxa" w:w="1728"/>
          </w:tcPr>
          <w:p>
            <w:r>
              <w:t>حجت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Ne500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937129*34*</w:t>
            </w:r>
          </w:p>
        </w:tc>
        <w:tc>
          <w:tcPr>
            <w:tcW w:type="dxa" w:w="1728"/>
          </w:tcPr>
          <w:p>
            <w:r>
              <w:t>Hamid.kh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Hamidrezakn78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919*092*42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Soltaninia</w:t>
            </w:r>
          </w:p>
        </w:tc>
        <w:tc>
          <w:tcPr>
            <w:tcW w:type="dxa" w:w="1728"/>
          </w:tcPr>
          <w:p>
            <w:r>
              <w:t>a_h_soltaninia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9173037*11</w:t>
            </w:r>
          </w:p>
        </w:tc>
        <w:tc>
          <w:tcPr>
            <w:tcW w:type="dxa" w:w="1728"/>
          </w:tcPr>
          <w:p>
            <w:r>
              <w:t>S.</w:t>
            </w:r>
          </w:p>
        </w:tc>
        <w:tc>
          <w:tcPr>
            <w:tcW w:type="dxa" w:w="1728"/>
          </w:tcPr>
          <w:p>
            <w:r>
              <w:t>Parvaz</w:t>
            </w:r>
          </w:p>
        </w:tc>
        <w:tc>
          <w:tcPr>
            <w:tcW w:type="dxa" w:w="1728"/>
          </w:tcPr>
          <w:p>
            <w:r>
              <w:t>Sasan202025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9373*722**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91327902*2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HRP3088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9192*104**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Rahimizadeh</w:t>
            </w:r>
          </w:p>
        </w:tc>
        <w:tc>
          <w:tcPr>
            <w:tcW w:type="dxa" w:w="1728"/>
          </w:tcPr>
          <w:p>
            <w:r>
              <w:t>Ma_rahimizadeh0485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93*34*70*7</w:t>
            </w:r>
          </w:p>
        </w:tc>
        <w:tc>
          <w:tcPr>
            <w:tcW w:type="dxa" w:w="1728"/>
          </w:tcPr>
          <w:p>
            <w:r>
              <w:t>B@|¬@|)¤R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Badi71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91*9037*90</w:t>
            </w:r>
          </w:p>
        </w:tc>
        <w:tc>
          <w:tcPr>
            <w:tcW w:type="dxa" w:w="1728"/>
          </w:tcPr>
          <w:p>
            <w:r>
              <w:t>Talash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Quality_Assurance1500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912*30440*</w:t>
            </w:r>
          </w:p>
        </w:tc>
        <w:tc>
          <w:tcPr>
            <w:tcW w:type="dxa" w:w="1728"/>
          </w:tcPr>
          <w:p>
            <w:r>
              <w:t>Sina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9113*13***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Roshannea</w:t>
            </w:r>
          </w:p>
        </w:tc>
        <w:tc>
          <w:tcPr>
            <w:tcW w:type="dxa" w:w="1728"/>
          </w:tcPr>
          <w:p>
            <w:r>
              <w:t>Sherabad5255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91**109**1</w:t>
            </w:r>
          </w:p>
        </w:tc>
        <w:tc>
          <w:tcPr>
            <w:tcW w:type="dxa" w:w="1728"/>
          </w:tcPr>
          <w:p>
            <w:r>
              <w:t>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miracle_centuries77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912394**2*</w:t>
            </w:r>
          </w:p>
        </w:tc>
        <w:tc>
          <w:tcPr>
            <w:tcW w:type="dxa" w:w="1728"/>
          </w:tcPr>
          <w:p>
            <w:r>
              <w:t>Mehdi.Saa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913422771*</w:t>
            </w:r>
          </w:p>
        </w:tc>
        <w:tc>
          <w:tcPr>
            <w:tcW w:type="dxa" w:w="1728"/>
          </w:tcPr>
          <w:p>
            <w:r>
              <w:t>Parrie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Parto_ral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93*3****01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91*9221224</w:t>
            </w:r>
          </w:p>
        </w:tc>
        <w:tc>
          <w:tcPr>
            <w:tcW w:type="dxa" w:w="1728"/>
          </w:tcPr>
          <w:p>
            <w:r>
              <w:t>M .</w:t>
            </w:r>
          </w:p>
        </w:tc>
        <w:tc>
          <w:tcPr>
            <w:tcW w:type="dxa" w:w="1728"/>
          </w:tcPr>
          <w:p>
            <w:r>
              <w:t>Kiani</w:t>
            </w:r>
          </w:p>
        </w:tc>
        <w:tc>
          <w:tcPr>
            <w:tcW w:type="dxa" w:w="1728"/>
          </w:tcPr>
          <w:p>
            <w:r>
              <w:t>Moslemkiani_dk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910**177*3</w:t>
            </w:r>
          </w:p>
        </w:tc>
        <w:tc>
          <w:tcPr>
            <w:tcW w:type="dxa" w:w="1728"/>
          </w:tcPr>
          <w:p>
            <w:r>
              <w:t>♈ṝḁḯṅ ♉</w:t>
            </w:r>
          </w:p>
        </w:tc>
        <w:tc>
          <w:tcPr>
            <w:tcW w:type="dxa" w:w="1728"/>
          </w:tcPr>
          <w:p>
            <w:r>
              <w:t>architecture and art.</w:t>
            </w:r>
          </w:p>
        </w:tc>
        <w:tc>
          <w:tcPr>
            <w:tcW w:type="dxa" w:w="1728"/>
          </w:tcPr>
          <w:p>
            <w:r>
              <w:t>engineerAfsari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9122*0*419</w:t>
            </w:r>
          </w:p>
        </w:tc>
        <w:tc>
          <w:tcPr>
            <w:tcW w:type="dxa" w:w="1728"/>
          </w:tcPr>
          <w:p>
            <w:r>
              <w:t>HSM</w:t>
            </w:r>
          </w:p>
        </w:tc>
        <w:tc>
          <w:tcPr>
            <w:tcW w:type="dxa" w:w="1728"/>
          </w:tcPr>
          <w:p>
            <w:r>
              <w:t>PRG</w:t>
            </w:r>
          </w:p>
        </w:tc>
        <w:tc>
          <w:tcPr>
            <w:tcW w:type="dxa" w:w="1728"/>
          </w:tcPr>
          <w:p>
            <w:r>
              <w:t>hpem76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93*0927743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SAJJAD040475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93****7*2*</w:t>
            </w:r>
          </w:p>
        </w:tc>
        <w:tc>
          <w:tcPr>
            <w:tcW w:type="dxa" w:w="1728"/>
          </w:tcPr>
          <w:p>
            <w:r>
              <w:t>Shoayb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shadow_warrior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9123*30**3</w:t>
            </w:r>
          </w:p>
        </w:tc>
        <w:tc>
          <w:tcPr>
            <w:tcW w:type="dxa" w:w="1728"/>
          </w:tcPr>
          <w:p>
            <w:r>
              <w:t>💎M.S.N💎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Mima_SN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912490*23*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Eftekhari</w:t>
            </w:r>
          </w:p>
        </w:tc>
        <w:tc>
          <w:tcPr>
            <w:tcW w:type="dxa" w:w="1728"/>
          </w:tcPr>
          <w:p>
            <w:r>
              <w:t>rezaelshan63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913**941*4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Amirhosain7678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910**7074*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Nimajoafshan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91**41*79*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training_section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9177*7422*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93309109**</w:t>
            </w:r>
          </w:p>
        </w:tc>
        <w:tc>
          <w:tcPr>
            <w:tcW w:type="dxa" w:w="1728"/>
          </w:tcPr>
          <w:p>
            <w:r>
              <w:t>Sobhan</w:t>
            </w:r>
          </w:p>
        </w:tc>
        <w:tc>
          <w:tcPr>
            <w:tcW w:type="dxa" w:w="1728"/>
          </w:tcPr>
          <w:p>
            <w:r>
              <w:t>Heidarian</w:t>
            </w:r>
          </w:p>
        </w:tc>
        <w:tc>
          <w:tcPr>
            <w:tcW w:type="dxa" w:w="1728"/>
          </w:tcPr>
          <w:p>
            <w:r>
              <w:t>Sobhan980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93*92174*0</w:t>
            </w:r>
          </w:p>
        </w:tc>
        <w:tc>
          <w:tcPr>
            <w:tcW w:type="dxa" w:w="1728"/>
          </w:tcPr>
          <w:p>
            <w:r>
              <w:t>AmiR 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amirmasoud7450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9123*9*3*4</w:t>
            </w:r>
          </w:p>
        </w:tc>
        <w:tc>
          <w:tcPr>
            <w:tcW w:type="dxa" w:w="1728"/>
          </w:tcPr>
          <w:p>
            <w:r>
              <w:t>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Smirmortazavi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91*2*39093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Mehrabi</w:t>
            </w:r>
          </w:p>
        </w:tc>
        <w:tc>
          <w:tcPr>
            <w:tcW w:type="dxa" w:w="1728"/>
          </w:tcPr>
          <w:p>
            <w:r>
              <w:t>Mohsen33417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91331*01*9</w:t>
            </w:r>
          </w:p>
        </w:tc>
        <w:tc>
          <w:tcPr>
            <w:tcW w:type="dxa" w:w="1728"/>
          </w:tcPr>
          <w:p>
            <w:r>
              <w:t>Ali$X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Ali_ma1288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9124413224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Bazargan</w:t>
            </w:r>
          </w:p>
        </w:tc>
        <w:tc>
          <w:tcPr>
            <w:tcW w:type="dxa" w:w="1728"/>
          </w:tcPr>
          <w:p>
            <w:r>
              <w:t>arb1056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914413493*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Ali_ghasemi2069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93*9*19344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90243**9*2</w:t>
            </w:r>
          </w:p>
        </w:tc>
        <w:tc>
          <w:tcPr>
            <w:tcW w:type="dxa" w:w="1728"/>
          </w:tcPr>
          <w:p>
            <w:r>
              <w:t>adel</w:t>
            </w:r>
          </w:p>
        </w:tc>
        <w:tc>
          <w:tcPr>
            <w:tcW w:type="dxa" w:w="1728"/>
          </w:tcPr>
          <w:p>
            <w:r>
              <w:t>aliniya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901*7122**</w:t>
            </w:r>
          </w:p>
        </w:tc>
        <w:tc>
          <w:tcPr>
            <w:tcW w:type="dxa" w:w="1728"/>
          </w:tcPr>
          <w:p>
            <w:r>
              <w:t>Nhp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Madar457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9143*943*3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JAFAREAN</w:t>
            </w:r>
          </w:p>
        </w:tc>
        <w:tc>
          <w:tcPr>
            <w:tcW w:type="dxa" w:w="1728"/>
          </w:tcPr>
          <w:p>
            <w:r>
              <w:t>sajadjafarean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91***29397</w:t>
            </w:r>
          </w:p>
        </w:tc>
        <w:tc>
          <w:tcPr>
            <w:tcW w:type="dxa" w:w="1728"/>
          </w:tcPr>
          <w:p>
            <w:r>
              <w:t>H0$$ein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Hossein6745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9147*30140</w:t>
            </w:r>
          </w:p>
        </w:tc>
        <w:tc>
          <w:tcPr>
            <w:tcW w:type="dxa" w:w="1728"/>
          </w:tcPr>
          <w:p>
            <w:r>
              <w:t>𝓮.𝓰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civil990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  <w:tr>
        <w:tc>
          <w:tcPr>
            <w:tcW w:type="dxa" w:w="1728"/>
          </w:tcPr>
          <w:p>
            <w:r>
              <w:t>912*3**4*7</w:t>
            </w:r>
          </w:p>
        </w:tc>
        <w:tc>
          <w:tcPr>
            <w:tcW w:type="dxa" w:w="1728"/>
          </w:tcPr>
          <w:p>
            <w:r>
              <w:t>Parsa</w:t>
            </w:r>
          </w:p>
        </w:tc>
        <w:tc>
          <w:tcPr>
            <w:tcW w:type="dxa" w:w="1728"/>
          </w:tcPr>
          <w:p>
            <w:r>
              <w:t>Sharifi</w:t>
            </w:r>
          </w:p>
        </w:tc>
        <w:tc>
          <w:tcPr>
            <w:tcW w:type="dxa" w:w="1728"/>
          </w:tcPr>
          <w:p>
            <w:r>
              <w:t>ParsaSharifi4K</w:t>
            </w:r>
          </w:p>
        </w:tc>
        <w:tc>
          <w:tcPr>
            <w:tcW w:type="dxa" w:w="1728"/>
          </w:tcPr>
          <w:p>
            <w:r>
              <w:t>گروه تخصصی محمد برزه (همراه پروژه)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تخصصی محمد برزه (همراه پروژه)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