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تبلیغاتی شیپور( گیلان__تالش)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تبلیغاتی شیپور( گیلان__تالش)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914771*17*</w:t>
            </w:r>
          </w:p>
        </w:tc>
        <w:tc>
          <w:tcPr>
            <w:tcW w:type="dxa" w:w="1728"/>
          </w:tcPr>
          <w:p>
            <w:r>
              <w:t>(¬_¬)ﾉAmir Tak Too(｡♥‿♥｡)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914*72*7**</w:t>
            </w:r>
          </w:p>
        </w:tc>
        <w:tc>
          <w:tcPr>
            <w:tcW w:type="dxa" w:w="1728"/>
          </w:tcPr>
          <w:p>
            <w:r>
              <w:t>mdf. اصغرزاده</w:t>
            </w:r>
          </w:p>
        </w:tc>
        <w:tc>
          <w:tcPr>
            <w:tcW w:type="dxa" w:w="1728"/>
          </w:tcPr>
          <w:p>
            <w:r>
              <w:t>کابینت کاج</w:t>
            </w:r>
          </w:p>
        </w:tc>
        <w:tc>
          <w:tcPr>
            <w:tcW w:type="dxa" w:w="1728"/>
          </w:tcPr>
          <w:p>
            <w:r>
              <w:t>Mansur1366asg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917291*399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90*7*29*03</w:t>
            </w:r>
          </w:p>
        </w:tc>
        <w:tc>
          <w:tcPr>
            <w:tcW w:type="dxa" w:w="1728"/>
          </w:tcPr>
          <w:p>
            <w:r>
              <w:t>Sona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9377*94479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Alijangjot78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910097*190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9337*2*21*</w:t>
            </w:r>
          </w:p>
        </w:tc>
        <w:tc>
          <w:tcPr>
            <w:tcW w:type="dxa" w:w="1728"/>
          </w:tcPr>
          <w:p>
            <w:r>
              <w:t>Rwmy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ramtin_raf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93*30219**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Marjani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93*19039*2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912*7*010*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93*044***9</w:t>
            </w:r>
          </w:p>
        </w:tc>
        <w:tc>
          <w:tcPr>
            <w:tcW w:type="dxa" w:w="1728"/>
          </w:tcPr>
          <w:p>
            <w:r>
              <w:t>Nzae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9193*407*1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91134***23</w:t>
            </w:r>
          </w:p>
        </w:tc>
        <w:tc>
          <w:tcPr>
            <w:tcW w:type="dxa" w:w="1728"/>
          </w:tcPr>
          <w:p>
            <w:r>
              <w:t>Farah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911421001*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90**077*42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mo_ein711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911**4434*</w:t>
            </w:r>
          </w:p>
        </w:tc>
        <w:tc>
          <w:tcPr>
            <w:tcW w:type="dxa" w:w="1728"/>
          </w:tcPr>
          <w:p>
            <w:r>
              <w:t>validashti-paki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92121*2402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91171*4497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Abolzaz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913*793127</w:t>
            </w:r>
          </w:p>
        </w:tc>
        <w:tc>
          <w:tcPr>
            <w:tcW w:type="dxa" w:w="1728"/>
          </w:tcPr>
          <w:p>
            <w:r>
              <w:t>MAHYEA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9333*019**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mrashkn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9112*30410</w:t>
            </w:r>
          </w:p>
        </w:tc>
        <w:tc>
          <w:tcPr>
            <w:tcW w:type="dxa" w:w="1728"/>
          </w:tcPr>
          <w:p>
            <w:r>
              <w:t>W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91193**90*</w:t>
            </w:r>
          </w:p>
        </w:tc>
        <w:tc>
          <w:tcPr>
            <w:tcW w:type="dxa" w:w="1728"/>
          </w:tcPr>
          <w:p>
            <w:r>
              <w:t>💗 نازنین زهرا💗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naz93415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930*73139*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9339229**4</w:t>
            </w:r>
          </w:p>
        </w:tc>
        <w:tc>
          <w:tcPr>
            <w:tcW w:type="dxa" w:w="1728"/>
          </w:tcPr>
          <w:p>
            <w:r>
              <w:t>S,j,A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93*9*33307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Royai1720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9391*3**99</w:t>
            </w:r>
          </w:p>
        </w:tc>
        <w:tc>
          <w:tcPr>
            <w:tcW w:type="dxa" w:w="1728"/>
          </w:tcPr>
          <w:p>
            <w:r>
              <w:t>A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A1978M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912033199*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93903*7*41</w:t>
            </w:r>
          </w:p>
        </w:tc>
        <w:tc>
          <w:tcPr>
            <w:tcW w:type="dxa" w:w="1728"/>
          </w:tcPr>
          <w:p>
            <w:r>
              <w:t>Zari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Zariiiahmadi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93*4373302</w:t>
            </w:r>
          </w:p>
        </w:tc>
        <w:tc>
          <w:tcPr>
            <w:tcW w:type="dxa" w:w="1728"/>
          </w:tcPr>
          <w:p>
            <w:r>
              <w:t>ابی</w:t>
            </w:r>
          </w:p>
        </w:tc>
        <w:tc>
          <w:tcPr>
            <w:tcW w:type="dxa" w:w="1728"/>
          </w:tcPr>
          <w:p>
            <w:r>
              <w:t>کاروان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930**2***0</w:t>
            </w:r>
          </w:p>
        </w:tc>
        <w:tc>
          <w:tcPr>
            <w:tcW w:type="dxa" w:w="1728"/>
          </w:tcPr>
          <w:p>
            <w:r>
              <w:t>97183</w:t>
            </w:r>
          </w:p>
        </w:tc>
        <w:tc>
          <w:tcPr>
            <w:tcW w:type="dxa" w:w="1728"/>
          </w:tcPr>
          <w:p>
            <w:r>
              <w:t>Yasin</w:t>
            </w:r>
          </w:p>
        </w:tc>
        <w:tc>
          <w:tcPr>
            <w:tcW w:type="dxa" w:w="1728"/>
          </w:tcPr>
          <w:p>
            <w:r>
              <w:t>Yasinheidaryh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93310*20*9</w:t>
            </w:r>
          </w:p>
        </w:tc>
        <w:tc>
          <w:tcPr>
            <w:tcW w:type="dxa" w:w="1728"/>
          </w:tcPr>
          <w:p>
            <w:r>
              <w:t>پسرک شیطونم</w:t>
            </w:r>
          </w:p>
        </w:tc>
        <w:tc>
          <w:tcPr>
            <w:tcW w:type="dxa" w:w="1728"/>
          </w:tcPr>
          <w:p>
            <w:r>
              <w:t>همون King-tl</w:t>
            </w:r>
          </w:p>
        </w:tc>
        <w:tc>
          <w:tcPr>
            <w:tcW w:type="dxa" w:w="1728"/>
          </w:tcPr>
          <w:p>
            <w:r>
              <w:t>Sh_sitonm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937919*2**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9113444377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91****07*4</w:t>
            </w:r>
          </w:p>
        </w:tc>
        <w:tc>
          <w:tcPr>
            <w:tcW w:type="dxa" w:w="1728"/>
          </w:tcPr>
          <w:p>
            <w:r>
              <w:t>رز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9113340143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911*449*32</w:t>
            </w:r>
          </w:p>
        </w:tc>
        <w:tc>
          <w:tcPr>
            <w:tcW w:type="dxa" w:w="1728"/>
          </w:tcPr>
          <w:p>
            <w:r>
              <w:t>N.hatam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9337127479</w:t>
            </w:r>
          </w:p>
        </w:tc>
        <w:tc>
          <w:tcPr>
            <w:tcW w:type="dxa" w:w="1728"/>
          </w:tcPr>
          <w:p>
            <w:r>
              <w:t>Shahriarzandi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shahriarzandi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91*2920*2*</w:t>
            </w:r>
          </w:p>
        </w:tc>
        <w:tc>
          <w:tcPr>
            <w:tcW w:type="dxa" w:w="1728"/>
          </w:tcPr>
          <w:p>
            <w:r>
              <w:t>احسان حیدرنیا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91*0107912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AZ6770VR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9177979*03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93*1313124</w:t>
            </w:r>
          </w:p>
        </w:tc>
        <w:tc>
          <w:tcPr>
            <w:tcW w:type="dxa" w:w="1728"/>
          </w:tcPr>
          <w:p>
            <w:r>
              <w:t>Marjan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93920492*3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91*0*1**2*</w:t>
            </w:r>
          </w:p>
        </w:tc>
        <w:tc>
          <w:tcPr>
            <w:tcW w:type="dxa" w:w="1728"/>
          </w:tcPr>
          <w:p>
            <w:r>
              <w:t>‌.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939*71*074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930*204*0*</w:t>
            </w:r>
          </w:p>
        </w:tc>
        <w:tc>
          <w:tcPr>
            <w:tcW w:type="dxa" w:w="1728"/>
          </w:tcPr>
          <w:p>
            <w:r>
              <w:t>امین</w:t>
            </w:r>
          </w:p>
        </w:tc>
        <w:tc>
          <w:tcPr>
            <w:tcW w:type="dxa" w:w="1728"/>
          </w:tcPr>
          <w:p>
            <w:r>
              <w:t>دانش پرور</w:t>
            </w:r>
          </w:p>
        </w:tc>
        <w:tc>
          <w:tcPr>
            <w:tcW w:type="dxa" w:w="1728"/>
          </w:tcPr>
          <w:p>
            <w:r>
              <w:t>alahomma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911**33197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93**722032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910*91434*</w:t>
            </w:r>
          </w:p>
        </w:tc>
        <w:tc>
          <w:tcPr>
            <w:tcW w:type="dxa" w:w="1728"/>
          </w:tcPr>
          <w:p>
            <w:r>
              <w:t>الاه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911**44**3</w:t>
            </w:r>
          </w:p>
        </w:tc>
        <w:tc>
          <w:tcPr>
            <w:tcW w:type="dxa" w:w="1728"/>
          </w:tcPr>
          <w:p>
            <w:r>
              <w:t>atlas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Ebrahimz134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919*32*199</w:t>
            </w:r>
          </w:p>
        </w:tc>
        <w:tc>
          <w:tcPr>
            <w:tcW w:type="dxa" w:w="1728"/>
          </w:tcPr>
          <w:p>
            <w:r>
              <w:t>? Aliiii?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990947*799</w:t>
            </w:r>
          </w:p>
        </w:tc>
        <w:tc>
          <w:tcPr>
            <w:tcW w:type="dxa" w:w="1728"/>
          </w:tcPr>
          <w:p>
            <w:r>
              <w:t>حديثه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9109*2**37</w:t>
            </w:r>
          </w:p>
        </w:tc>
        <w:tc>
          <w:tcPr>
            <w:tcW w:type="dxa" w:w="1728"/>
          </w:tcPr>
          <w:p>
            <w:r>
              <w:t>میلاد</w:t>
            </w:r>
          </w:p>
        </w:tc>
        <w:tc>
          <w:tcPr>
            <w:tcW w:type="dxa" w:w="1728"/>
          </w:tcPr>
          <w:p>
            <w:r>
              <w:t>09107836536</w:t>
            </w:r>
          </w:p>
        </w:tc>
        <w:tc>
          <w:tcPr>
            <w:tcW w:type="dxa" w:w="1728"/>
          </w:tcPr>
          <w:p>
            <w:r>
              <w:t>milad7017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91**0*02**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9112*327*9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so_2759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93*9**02*0</w:t>
            </w:r>
          </w:p>
        </w:tc>
        <w:tc>
          <w:tcPr>
            <w:tcW w:type="dxa" w:w="1728"/>
          </w:tcPr>
          <w:p>
            <w:r>
              <w:t>Mehraneh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mehraneh73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9117*12479</w:t>
            </w:r>
          </w:p>
        </w:tc>
        <w:tc>
          <w:tcPr>
            <w:tcW w:type="dxa" w:w="1728"/>
          </w:tcPr>
          <w:p>
            <w:r>
              <w:t>هما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Abhjl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93*20**909</w:t>
            </w:r>
          </w:p>
        </w:tc>
        <w:tc>
          <w:tcPr>
            <w:tcW w:type="dxa" w:w="1728"/>
          </w:tcPr>
          <w:p>
            <w:r>
              <w:t>قمی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Hosein_emamgholi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9119***710</w:t>
            </w:r>
          </w:p>
        </w:tc>
        <w:tc>
          <w:tcPr>
            <w:tcW w:type="dxa" w:w="1728"/>
          </w:tcPr>
          <w:p>
            <w:r>
              <w:t>مریم طالع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990*194104</w:t>
            </w:r>
          </w:p>
        </w:tc>
        <w:tc>
          <w:tcPr>
            <w:tcW w:type="dxa" w:w="1728"/>
          </w:tcPr>
          <w:p>
            <w:r>
              <w:t>باتوخوشم نباشی ناخوشم</w:t>
            </w:r>
          </w:p>
        </w:tc>
        <w:tc>
          <w:tcPr>
            <w:tcW w:type="dxa" w:w="1728"/>
          </w:tcPr>
          <w:p>
            <w:r>
              <w:t>Zzzzzzzzzz...a☆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9113*73719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99000792*1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Nurozi_shahrebarran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93329*9717</w:t>
            </w:r>
          </w:p>
        </w:tc>
        <w:tc>
          <w:tcPr>
            <w:tcW w:type="dxa" w:w="1728"/>
          </w:tcPr>
          <w:p>
            <w:r>
              <w:t>بهار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sanaiii77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93**72*911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9027990944</w:t>
            </w:r>
          </w:p>
        </w:tc>
        <w:tc>
          <w:tcPr>
            <w:tcW w:type="dxa" w:w="1728"/>
          </w:tcPr>
          <w:p>
            <w:r>
              <w:t>🌎🌎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mmmmahg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9012****27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90*927**2*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Jgddudr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9113*2*02*</w:t>
            </w:r>
          </w:p>
        </w:tc>
        <w:tc>
          <w:tcPr>
            <w:tcW w:type="dxa" w:w="1728"/>
          </w:tcPr>
          <w:p>
            <w:r>
              <w:t>( تنهایی خدا) Yalnizlik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9374*29342</w:t>
            </w:r>
          </w:p>
        </w:tc>
        <w:tc>
          <w:tcPr>
            <w:tcW w:type="dxa" w:w="1728"/>
          </w:tcPr>
          <w:p>
            <w:r>
              <w:t>سید محمودی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Seyyedmahmodi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93*1***31*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hamidbarmki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93977712*4</w:t>
            </w:r>
          </w:p>
        </w:tc>
        <w:tc>
          <w:tcPr>
            <w:tcW w:type="dxa" w:w="1728"/>
          </w:tcPr>
          <w:p>
            <w:r>
              <w:t>Sadegae</w:t>
            </w:r>
          </w:p>
        </w:tc>
        <w:tc>
          <w:tcPr>
            <w:tcW w:type="dxa" w:w="1728"/>
          </w:tcPr>
          <w:p>
            <w:r>
              <w:t>R 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93*7032*2*</w:t>
            </w:r>
          </w:p>
        </w:tc>
        <w:tc>
          <w:tcPr>
            <w:tcW w:type="dxa" w:w="1728"/>
          </w:tcPr>
          <w:p>
            <w:r>
              <w:t>P!n@r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90370*3137</w:t>
            </w:r>
          </w:p>
        </w:tc>
        <w:tc>
          <w:tcPr>
            <w:tcW w:type="dxa" w:w="1728"/>
          </w:tcPr>
          <w:p>
            <w:r>
              <w:t>خانم لرکی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samira_soleymanii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93*03*3*2*</w:t>
            </w:r>
          </w:p>
        </w:tc>
        <w:tc>
          <w:tcPr>
            <w:tcW w:type="dxa" w:w="1728"/>
          </w:tcPr>
          <w:p>
            <w:r>
              <w:t>✰✰(¯`*•.ݦڄݓٮّی .•*´¯)✰✰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mmmmjjjjjoooo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901*277*1*</w:t>
            </w:r>
          </w:p>
        </w:tc>
        <w:tc>
          <w:tcPr>
            <w:tcW w:type="dxa" w:w="1728"/>
          </w:tcPr>
          <w:p>
            <w:r>
              <w:t>Rasoel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Dez138018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903*0171*2</w:t>
            </w:r>
          </w:p>
        </w:tc>
        <w:tc>
          <w:tcPr>
            <w:tcW w:type="dxa" w:w="1728"/>
          </w:tcPr>
          <w:p>
            <w:r>
              <w:t>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arian3875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917*****2*</w:t>
            </w:r>
          </w:p>
        </w:tc>
        <w:tc>
          <w:tcPr>
            <w:tcW w:type="dxa" w:w="1728"/>
          </w:tcPr>
          <w:p>
            <w:r>
              <w:t>✌علــــــﾑℓƗـــــــی✌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Alirezash0078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913***7*11</w:t>
            </w:r>
          </w:p>
        </w:tc>
        <w:tc>
          <w:tcPr>
            <w:tcW w:type="dxa" w:w="1728"/>
          </w:tcPr>
          <w:p>
            <w:r>
              <w:t>ع</w:t>
            </w:r>
          </w:p>
        </w:tc>
        <w:tc>
          <w:tcPr>
            <w:tcW w:type="dxa" w:w="1728"/>
          </w:tcPr>
          <w:p>
            <w:r>
              <w:t>@@@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9391*10*47</w:t>
            </w:r>
          </w:p>
        </w:tc>
        <w:tc>
          <w:tcPr>
            <w:tcW w:type="dxa" w:w="1728"/>
          </w:tcPr>
          <w:p>
            <w:r>
              <w:t>Shahab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Shahabzibaz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937*233*1*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  <w:tr>
        <w:tc>
          <w:tcPr>
            <w:tcW w:type="dxa" w:w="1728"/>
          </w:tcPr>
          <w:p>
            <w:r>
              <w:t>9119*409*9</w:t>
            </w:r>
          </w:p>
        </w:tc>
        <w:tc>
          <w:tcPr>
            <w:tcW w:type="dxa" w:w="1728"/>
          </w:tcPr>
          <w:p>
            <w:r>
              <w:t>دوست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تبلیغاتی شیپور🎺🎺📣📣( گیلان__تالش)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تبلیغاتی شیپور( گیلان__تالش)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