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بزرگ بازار قوچان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بزرگ بازار قوچان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9121431733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90**233117</w:t>
            </w:r>
          </w:p>
        </w:tc>
        <w:tc>
          <w:tcPr>
            <w:tcW w:type="dxa" w:w="1728"/>
          </w:tcPr>
          <w:p>
            <w:r>
              <w:t>𝒶𝓂𝒾𝓇 𝒶𝓁𝒾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amir9121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91**12022*</w:t>
            </w:r>
          </w:p>
        </w:tc>
        <w:tc>
          <w:tcPr>
            <w:tcW w:type="dxa" w:w="1728"/>
          </w:tcPr>
          <w:p>
            <w:r>
              <w:t>امید</w:t>
            </w:r>
          </w:p>
        </w:tc>
        <w:tc>
          <w:tcPr>
            <w:tcW w:type="dxa" w:w="1728"/>
          </w:tcPr>
          <w:p>
            <w:r>
              <w:t>محنتی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91377**2*1</w:t>
            </w:r>
          </w:p>
        </w:tc>
        <w:tc>
          <w:tcPr>
            <w:tcW w:type="dxa" w:w="1728"/>
          </w:tcPr>
          <w:p>
            <w:r>
              <w:t>RAHA JOON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9370302174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sajad_061_rep3er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912272*7*2</w:t>
            </w:r>
          </w:p>
        </w:tc>
        <w:tc>
          <w:tcPr>
            <w:tcW w:type="dxa" w:w="1728"/>
          </w:tcPr>
          <w:p>
            <w:r>
              <w:t>نوشین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93**724721</w:t>
            </w:r>
          </w:p>
        </w:tc>
        <w:tc>
          <w:tcPr>
            <w:tcW w:type="dxa" w:w="1728"/>
          </w:tcPr>
          <w:p>
            <w:r>
              <w:t>ارنیکا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93*297*971</w:t>
            </w:r>
          </w:p>
        </w:tc>
        <w:tc>
          <w:tcPr>
            <w:tcW w:type="dxa" w:w="1728"/>
          </w:tcPr>
          <w:p>
            <w:r>
              <w:t>سلطان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Marg0938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93*4013434</w:t>
            </w:r>
          </w:p>
        </w:tc>
        <w:tc>
          <w:tcPr>
            <w:tcW w:type="dxa" w:w="1728"/>
          </w:tcPr>
          <w:p>
            <w:r>
              <w:t>• .ᷝ͟͟.̶ᷟ ͟◁͢ ʀozhina |͞͞⃟○ ̶ⷯ ͢ ̶❥͞❲̶̶͞̶̶̶͟❳ٜ ٜٜ ٜ̽͟͞⪼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Rozhinaa_HN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91**070**9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933*174*12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937**7**19</w:t>
            </w:r>
          </w:p>
        </w:tc>
        <w:tc>
          <w:tcPr>
            <w:tcW w:type="dxa" w:w="1728"/>
          </w:tcPr>
          <w:p>
            <w:r>
              <w:t>انیتای گلم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9013133*7*</w:t>
            </w:r>
          </w:p>
        </w:tc>
        <w:tc>
          <w:tcPr>
            <w:tcW w:type="dxa" w:w="1728"/>
          </w:tcPr>
          <w:p>
            <w:r>
              <w:t>فضل</w:t>
            </w:r>
          </w:p>
        </w:tc>
        <w:tc>
          <w:tcPr>
            <w:tcW w:type="dxa" w:w="1728"/>
          </w:tcPr>
          <w:p>
            <w:r>
              <w:t>رحمانی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9014*43027</w:t>
            </w:r>
          </w:p>
        </w:tc>
        <w:tc>
          <w:tcPr>
            <w:tcW w:type="dxa" w:w="1728"/>
          </w:tcPr>
          <w:p>
            <w:r>
              <w:t>محافظ مبل و کاور مبل نیایش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91**3039*2</w:t>
            </w:r>
          </w:p>
        </w:tc>
        <w:tc>
          <w:tcPr>
            <w:tcW w:type="dxa" w:w="1728"/>
          </w:tcPr>
          <w:p>
            <w:r>
              <w:t>FT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93***22*31</w:t>
            </w:r>
          </w:p>
        </w:tc>
        <w:tc>
          <w:tcPr>
            <w:tcW w:type="dxa" w:w="1728"/>
          </w:tcPr>
          <w:p>
            <w:r>
              <w:t>شهدای گمنام........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933***179*</w:t>
            </w:r>
          </w:p>
        </w:tc>
        <w:tc>
          <w:tcPr>
            <w:tcW w:type="dxa" w:w="1728"/>
          </w:tcPr>
          <w:p>
            <w:r>
              <w:t>TAK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914**09730</w:t>
            </w:r>
          </w:p>
        </w:tc>
        <w:tc>
          <w:tcPr>
            <w:tcW w:type="dxa" w:w="1728"/>
          </w:tcPr>
          <w:p>
            <w:r>
              <w:t>**Davoud**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Davoudhosein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91*1*0*002</w:t>
            </w:r>
          </w:p>
        </w:tc>
        <w:tc>
          <w:tcPr>
            <w:tcW w:type="dxa" w:w="1728"/>
          </w:tcPr>
          <w:p>
            <w:r>
              <w:t>Amlak Behnam</w:t>
            </w:r>
          </w:p>
        </w:tc>
        <w:tc>
          <w:tcPr>
            <w:tcW w:type="dxa" w:w="1728"/>
          </w:tcPr>
          <w:p>
            <w:r>
              <w:t>Vakili</w:t>
            </w:r>
          </w:p>
        </w:tc>
        <w:tc>
          <w:tcPr>
            <w:tcW w:type="dxa" w:w="1728"/>
          </w:tcPr>
          <w:p>
            <w:r>
              <w:t>Amlak_behnam_vakili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9132*073*1</w:t>
            </w:r>
          </w:p>
        </w:tc>
        <w:tc>
          <w:tcPr>
            <w:tcW w:type="dxa" w:w="1728"/>
          </w:tcPr>
          <w:p>
            <w:r>
              <w:t>❤︎𝑨𝒃𝒐𝒍𝒇𝒂𝒛𝒍❤︎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ABOLFAZL_84_BA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93*7**4204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بیت سیاح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912704*92*</w:t>
            </w:r>
          </w:p>
        </w:tc>
        <w:tc>
          <w:tcPr>
            <w:tcW w:type="dxa" w:w="1728"/>
          </w:tcPr>
          <w:p>
            <w:r>
              <w:t>امیرعباس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930*1*9219</w:t>
            </w:r>
          </w:p>
        </w:tc>
        <w:tc>
          <w:tcPr>
            <w:tcW w:type="dxa" w:w="1728"/>
          </w:tcPr>
          <w:p>
            <w:r>
              <w:t>۰۰۰۰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9124**4*12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91721*100*</w:t>
            </w:r>
          </w:p>
        </w:tc>
        <w:tc>
          <w:tcPr>
            <w:tcW w:type="dxa" w:w="1728"/>
          </w:tcPr>
          <w:p>
            <w:r>
              <w:t>M123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M3210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90*2*4*70*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930*47947*</w:t>
            </w:r>
          </w:p>
        </w:tc>
        <w:tc>
          <w:tcPr>
            <w:tcW w:type="dxa" w:w="1728"/>
          </w:tcPr>
          <w:p>
            <w:r>
              <w:t>(✿◠‿◠♥)Eshgh(♥◠‿◠✿)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smA6673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91*0****0*</w:t>
            </w:r>
          </w:p>
        </w:tc>
        <w:tc>
          <w:tcPr>
            <w:tcW w:type="dxa" w:w="1728"/>
          </w:tcPr>
          <w:p>
            <w:r>
              <w:t>_Amirhosein_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amirhosein0918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912*12**07</w:t>
            </w:r>
          </w:p>
        </w:tc>
        <w:tc>
          <w:tcPr>
            <w:tcW w:type="dxa" w:w="1728"/>
          </w:tcPr>
          <w:p>
            <w:r>
              <w:t>A@m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Movahedein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930*9*03**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91***0001*</w:t>
            </w:r>
          </w:p>
        </w:tc>
        <w:tc>
          <w:tcPr>
            <w:tcW w:type="dxa" w:w="1728"/>
          </w:tcPr>
          <w:p>
            <w:r>
              <w:t>Masih</w:t>
            </w:r>
          </w:p>
        </w:tc>
        <w:tc>
          <w:tcPr>
            <w:tcW w:type="dxa" w:w="1728"/>
          </w:tcPr>
          <w:p>
            <w:r>
              <w:t>Sohani</w:t>
            </w:r>
          </w:p>
        </w:tc>
        <w:tc>
          <w:tcPr>
            <w:tcW w:type="dxa" w:w="1728"/>
          </w:tcPr>
          <w:p>
            <w:r>
              <w:t>Masihsohani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939**20029</w:t>
            </w:r>
          </w:p>
        </w:tc>
        <w:tc>
          <w:tcPr>
            <w:tcW w:type="dxa" w:w="1728"/>
          </w:tcPr>
          <w:p>
            <w:r>
              <w:t>•°•°𝐾𝑖𝑛𝑔•°•°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Esmati99m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903713*044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313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9147****99</w:t>
            </w:r>
          </w:p>
        </w:tc>
        <w:tc>
          <w:tcPr>
            <w:tcW w:type="dxa" w:w="1728"/>
          </w:tcPr>
          <w:p>
            <w:r>
              <w:t>Bah</w:t>
            </w:r>
          </w:p>
        </w:tc>
        <w:tc>
          <w:tcPr>
            <w:tcW w:type="dxa" w:w="1728"/>
          </w:tcPr>
          <w:p>
            <w:r>
              <w:t>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930**1719*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Azizi</w:t>
            </w:r>
          </w:p>
        </w:tc>
        <w:tc>
          <w:tcPr>
            <w:tcW w:type="dxa" w:w="1728"/>
          </w:tcPr>
          <w:p>
            <w:r>
              <w:t>Mahjobe1390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93****9413</w:t>
            </w:r>
          </w:p>
        </w:tc>
        <w:tc>
          <w:tcPr>
            <w:tcW w:type="dxa" w:w="1728"/>
          </w:tcPr>
          <w:p>
            <w:r>
              <w:t>˙·٠•●♥💚یا صاحب الزمان دریاب 💚♥●•٠·˙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Ya_zhra_99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9149499741</w:t>
            </w:r>
          </w:p>
        </w:tc>
        <w:tc>
          <w:tcPr>
            <w:tcW w:type="dxa" w:w="1728"/>
          </w:tcPr>
          <w:p>
            <w:r>
              <w:t>▂▃▄▅▆▇█▓▒░maryam Dana nurse of emergency░▒▓█▇▆▅▄▃▂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91*24074*0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Sahar7450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91*1*0197*</w:t>
            </w:r>
          </w:p>
        </w:tc>
        <w:tc>
          <w:tcPr>
            <w:tcW w:type="dxa" w:w="1728"/>
          </w:tcPr>
          <w:p>
            <w:r>
              <w:t>ف 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913912910*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91**927**1</w:t>
            </w:r>
          </w:p>
        </w:tc>
        <w:tc>
          <w:tcPr>
            <w:tcW w:type="dxa" w:w="1728"/>
          </w:tcPr>
          <w:p>
            <w:r>
              <w:t>Mojtaba.61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Moji_bot2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9331792102</w:t>
            </w:r>
          </w:p>
        </w:tc>
        <w:tc>
          <w:tcPr>
            <w:tcW w:type="dxa" w:w="1728"/>
          </w:tcPr>
          <w:p>
            <w:r>
              <w:t>ஜ۩۩ஜ Bagheriஜ۩۩ஜ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A2006B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93322*7*4*</w:t>
            </w:r>
          </w:p>
        </w:tc>
        <w:tc>
          <w:tcPr>
            <w:tcW w:type="dxa" w:w="1728"/>
          </w:tcPr>
          <w:p>
            <w:r>
              <w:t>زاهد</w:t>
            </w:r>
          </w:p>
        </w:tc>
        <w:tc>
          <w:tcPr>
            <w:tcW w:type="dxa" w:w="1728"/>
          </w:tcPr>
          <w:p>
            <w:r>
              <w:t>کارکن</w:t>
            </w:r>
          </w:p>
        </w:tc>
        <w:tc>
          <w:tcPr>
            <w:tcW w:type="dxa" w:w="1728"/>
          </w:tcPr>
          <w:p>
            <w:r>
              <w:t>KZAHD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912073009*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ghazal6272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93*9*9**00</w:t>
            </w:r>
          </w:p>
        </w:tc>
        <w:tc>
          <w:tcPr>
            <w:tcW w:type="dxa" w:w="1728"/>
          </w:tcPr>
          <w:p>
            <w:r>
              <w:t>S.gh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Saeed27130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91*202*0**</w:t>
            </w:r>
          </w:p>
        </w:tc>
        <w:tc>
          <w:tcPr>
            <w:tcW w:type="dxa" w:w="1728"/>
          </w:tcPr>
          <w:p>
            <w:r>
              <w:t>M.R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933**7*12*</w:t>
            </w:r>
          </w:p>
        </w:tc>
        <w:tc>
          <w:tcPr>
            <w:tcW w:type="dxa" w:w="1728"/>
          </w:tcPr>
          <w:p>
            <w:r>
              <w:t>Mahla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Mahla933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91***02474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kazemmdghe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9913499*00</w:t>
            </w:r>
          </w:p>
        </w:tc>
        <w:tc>
          <w:tcPr>
            <w:tcW w:type="dxa" w:w="1728"/>
          </w:tcPr>
          <w:p>
            <w:r>
              <w:t>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rezaazadbkthh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990**73279</w:t>
            </w:r>
          </w:p>
        </w:tc>
        <w:tc>
          <w:tcPr>
            <w:tcW w:type="dxa" w:w="1728"/>
          </w:tcPr>
          <w:p>
            <w:r>
              <w:t>▂▃▄▅▆▇█▓▒░▒▓█▇▆▅▄▃▂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msv806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93**2927**</w:t>
            </w:r>
          </w:p>
        </w:tc>
        <w:tc>
          <w:tcPr>
            <w:tcW w:type="dxa" w:w="1728"/>
          </w:tcPr>
          <w:p>
            <w:r>
              <w:t>بهنام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937**39212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Abolfazl1384vv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919902*320</w:t>
            </w:r>
          </w:p>
        </w:tc>
        <w:tc>
          <w:tcPr>
            <w:tcW w:type="dxa" w:w="1728"/>
          </w:tcPr>
          <w:p>
            <w:r>
              <w:t>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Mohammadx320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91233***34</w:t>
            </w:r>
          </w:p>
        </w:tc>
        <w:tc>
          <w:tcPr>
            <w:tcW w:type="dxa" w:w="1728"/>
          </w:tcPr>
          <w:p>
            <w:r>
              <w:t xml:space="preserve"> ✿↝..βεみζαძ ..↜✿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9334944**3</w:t>
            </w:r>
          </w:p>
        </w:tc>
        <w:tc>
          <w:tcPr>
            <w:tcW w:type="dxa" w:w="1728"/>
          </w:tcPr>
          <w:p>
            <w:r>
              <w:t>Fereshteh😇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912*9*****</w:t>
            </w:r>
          </w:p>
        </w:tc>
        <w:tc>
          <w:tcPr>
            <w:tcW w:type="dxa" w:w="1728"/>
          </w:tcPr>
          <w:p>
            <w:r>
              <w:t>Z 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9210**0432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Sahebkar</w:t>
            </w:r>
          </w:p>
        </w:tc>
        <w:tc>
          <w:tcPr>
            <w:tcW w:type="dxa" w:w="1728"/>
          </w:tcPr>
          <w:p>
            <w:r>
              <w:t>Mostafasahebkar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91*710724*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Amirnaragh2417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917*2737**</w:t>
            </w:r>
          </w:p>
        </w:tc>
        <w:tc>
          <w:tcPr>
            <w:tcW w:type="dxa" w:w="1728"/>
          </w:tcPr>
          <w:p>
            <w:r>
              <w:t>L.m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Mosavi613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9391*94917</w:t>
            </w:r>
          </w:p>
        </w:tc>
        <w:tc>
          <w:tcPr>
            <w:tcW w:type="dxa" w:w="1728"/>
          </w:tcPr>
          <w:p>
            <w:r>
              <w:t>Z.M.R</w:t>
            </w:r>
          </w:p>
        </w:tc>
        <w:tc>
          <w:tcPr>
            <w:tcW w:type="dxa" w:w="1728"/>
          </w:tcPr>
          <w:p>
            <w:r>
              <w:t>......^_^......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91*37*313*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milad7485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9121*930**</w:t>
            </w:r>
          </w:p>
        </w:tc>
        <w:tc>
          <w:tcPr>
            <w:tcW w:type="dxa" w:w="1728"/>
          </w:tcPr>
          <w:p>
            <w:r>
              <w:t>مهین محمدزاده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Mahinmohmdzadh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9142**7*92</w:t>
            </w:r>
          </w:p>
        </w:tc>
        <w:tc>
          <w:tcPr>
            <w:tcW w:type="dxa" w:w="1728"/>
          </w:tcPr>
          <w:p>
            <w:r>
              <w:t>Davood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D4a0v3o0d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9392*2424*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93*3*913*2</w:t>
            </w:r>
          </w:p>
        </w:tc>
        <w:tc>
          <w:tcPr>
            <w:tcW w:type="dxa" w:w="1728"/>
          </w:tcPr>
          <w:p>
            <w:r>
              <w:t>Ashraf</w:t>
            </w:r>
          </w:p>
        </w:tc>
        <w:tc>
          <w:tcPr>
            <w:tcW w:type="dxa" w:w="1728"/>
          </w:tcPr>
          <w:p>
            <w:r>
              <w:t>Rejayi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93*013*7*7</w:t>
            </w:r>
          </w:p>
        </w:tc>
        <w:tc>
          <w:tcPr>
            <w:tcW w:type="dxa" w:w="1728"/>
          </w:tcPr>
          <w:p>
            <w:r>
              <w:t>🇱​.🇸​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L_seifolahy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93**324703</w:t>
            </w:r>
          </w:p>
        </w:tc>
        <w:tc>
          <w:tcPr>
            <w:tcW w:type="dxa" w:w="1728"/>
          </w:tcPr>
          <w:p>
            <w:r>
              <w:t>#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901919*7*2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kingsina88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914403143*</w:t>
            </w:r>
          </w:p>
        </w:tc>
        <w:tc>
          <w:tcPr>
            <w:tcW w:type="dxa" w:w="1728"/>
          </w:tcPr>
          <w:p>
            <w:r>
              <w:t>Seyyed j</w:t>
            </w:r>
          </w:p>
        </w:tc>
        <w:tc>
          <w:tcPr>
            <w:tcW w:type="dxa" w:w="1728"/>
          </w:tcPr>
          <w:p>
            <w:r>
              <w:t>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91*4*2023*</w:t>
            </w:r>
          </w:p>
        </w:tc>
        <w:tc>
          <w:tcPr>
            <w:tcW w:type="dxa" w:w="1728"/>
          </w:tcPr>
          <w:p>
            <w:r>
              <w:t>Ali reza(مرتضی)</w:t>
            </w:r>
          </w:p>
        </w:tc>
        <w:tc>
          <w:tcPr>
            <w:tcW w:type="dxa" w:w="1728"/>
          </w:tcPr>
          <w:p>
            <w:r>
              <w:t>Azimy</w:t>
            </w:r>
          </w:p>
        </w:tc>
        <w:tc>
          <w:tcPr>
            <w:tcW w:type="dxa" w:w="1728"/>
          </w:tcPr>
          <w:p>
            <w:r>
              <w:t>mortezamez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9119*2377*</w:t>
            </w:r>
          </w:p>
        </w:tc>
        <w:tc>
          <w:tcPr>
            <w:tcW w:type="dxa" w:w="1728"/>
          </w:tcPr>
          <w:p>
            <w:r>
              <w:t>🎧📿M ilad🎶‌‌‌‌📱🔇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Miladd778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91*79919**</w:t>
            </w:r>
          </w:p>
        </w:tc>
        <w:tc>
          <w:tcPr>
            <w:tcW w:type="dxa" w:w="1728"/>
          </w:tcPr>
          <w:p>
            <w:r>
              <w:t>Karimian.z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Zahra_karimian_gym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91477*02*7</w:t>
            </w:r>
          </w:p>
        </w:tc>
        <w:tc>
          <w:tcPr>
            <w:tcW w:type="dxa" w:w="1728"/>
          </w:tcPr>
          <w:p>
            <w:r>
              <w:t>. فرحان</w:t>
            </w:r>
          </w:p>
        </w:tc>
        <w:tc>
          <w:tcPr>
            <w:tcW w:type="dxa" w:w="1728"/>
          </w:tcPr>
          <w:p>
            <w:r>
              <w:t>نور نصیریان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939***4991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Saeedn_1993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93*394**94</w:t>
            </w:r>
          </w:p>
        </w:tc>
        <w:tc>
          <w:tcPr>
            <w:tcW w:type="dxa" w:w="1728"/>
          </w:tcPr>
          <w:p>
            <w:r>
              <w:t>•¤»((¯♥¯))«¤•محمد •¤»((¯♥¯))«¤•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M5J94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93*4221203</w:t>
            </w:r>
          </w:p>
        </w:tc>
        <w:tc>
          <w:tcPr>
            <w:tcW w:type="dxa" w:w="1728"/>
          </w:tcPr>
          <w:p>
            <w:r>
              <w:t>❤فاطمه جانا❤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9133007319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9032*023**</w:t>
            </w:r>
          </w:p>
        </w:tc>
        <w:tc>
          <w:tcPr>
            <w:tcW w:type="dxa" w:w="1728"/>
          </w:tcPr>
          <w:p>
            <w:r>
              <w:t>Rostami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Rostami2366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9127**11**</w:t>
            </w:r>
          </w:p>
        </w:tc>
        <w:tc>
          <w:tcPr>
            <w:tcW w:type="dxa" w:w="1728"/>
          </w:tcPr>
          <w:p>
            <w:r>
              <w:t>╰⊱♥️⊱╮ღ꧁ amir ꧂ღ╭⊱♥️≺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amir7851158</w:t>
            </w:r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  <w:tr>
        <w:tc>
          <w:tcPr>
            <w:tcW w:type="dxa" w:w="1728"/>
          </w:tcPr>
          <w:p>
            <w:r>
              <w:t>93*3*94200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بزرگ بازار قوچان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بزرگ بازار قوچان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