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باستان شناسی فلات ایران تا فلات پامیر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باستان شناسی فلات ایران تا فلات پامیر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9131993297</w:t>
            </w:r>
          </w:p>
        </w:tc>
        <w:tc>
          <w:tcPr>
            <w:tcW w:type="dxa" w:w="1728"/>
          </w:tcPr>
          <w:p>
            <w:r>
              <w:t>ssss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914413*733</w:t>
            </w:r>
          </w:p>
        </w:tc>
        <w:tc>
          <w:tcPr>
            <w:tcW w:type="dxa" w:w="1728"/>
          </w:tcPr>
          <w:p>
            <w:r>
              <w:t>Naser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naser_pmlm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9132412410</w:t>
            </w:r>
          </w:p>
        </w:tc>
        <w:tc>
          <w:tcPr>
            <w:tcW w:type="dxa" w:w="1728"/>
          </w:tcPr>
          <w:p>
            <w:r>
              <w:t>Bagher</w:t>
            </w:r>
          </w:p>
        </w:tc>
        <w:tc>
          <w:tcPr>
            <w:tcW w:type="dxa" w:w="1728"/>
          </w:tcPr>
          <w:p>
            <w:r>
              <w:t>Pourbahaaddini</w:t>
            </w:r>
          </w:p>
        </w:tc>
        <w:tc>
          <w:tcPr>
            <w:tcW w:type="dxa" w:w="1728"/>
          </w:tcPr>
          <w:p>
            <w:r>
              <w:t>bagher_pourbahadini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93*342*27*</w:t>
            </w:r>
          </w:p>
        </w:tc>
        <w:tc>
          <w:tcPr>
            <w:tcW w:type="dxa" w:w="1728"/>
          </w:tcPr>
          <w:p>
            <w:r>
              <w:t>.مهران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mehrank434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9222413074</w:t>
            </w:r>
          </w:p>
        </w:tc>
        <w:tc>
          <w:tcPr>
            <w:tcW w:type="dxa" w:w="1728"/>
          </w:tcPr>
          <w:p>
            <w:r>
              <w:t>nafas</w:t>
            </w:r>
          </w:p>
        </w:tc>
        <w:tc>
          <w:tcPr>
            <w:tcW w:type="dxa" w:w="1728"/>
          </w:tcPr>
          <w:p>
            <w:r>
              <w:t>karimiii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91**0**241</w:t>
            </w:r>
          </w:p>
        </w:tc>
        <w:tc>
          <w:tcPr>
            <w:tcW w:type="dxa" w:w="1728"/>
          </w:tcPr>
          <w:p>
            <w:r>
              <w:t>کوهستانی(سفر کن پول برمیگرده ولی زمان خیر)خوبی از حد بگذرد نادان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koohestani48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9231*97132</w:t>
            </w:r>
          </w:p>
        </w:tc>
        <w:tc>
          <w:tcPr>
            <w:tcW w:type="dxa" w:w="1728"/>
          </w:tcPr>
          <w:p>
            <w:r>
              <w:t>Jeiran</w:t>
            </w:r>
          </w:p>
        </w:tc>
        <w:tc>
          <w:tcPr>
            <w:tcW w:type="dxa" w:w="1728"/>
          </w:tcPr>
          <w:p>
            <w:r>
              <w:t>Anami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91*49*303*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Ephih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913***3*49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a_b_b_b_b_r_chh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93**71*34*</w:t>
            </w:r>
          </w:p>
        </w:tc>
        <w:tc>
          <w:tcPr>
            <w:tcW w:type="dxa" w:w="1728"/>
          </w:tcPr>
          <w:p>
            <w:r>
              <w:t>دوستدار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Z_SH_O_Z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913*4**032</w:t>
            </w:r>
          </w:p>
        </w:tc>
        <w:tc>
          <w:tcPr>
            <w:tcW w:type="dxa" w:w="1728"/>
          </w:tcPr>
          <w:p>
            <w:r>
              <w:t>Heidary.1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Heidary01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922241*920</w:t>
            </w:r>
          </w:p>
        </w:tc>
        <w:tc>
          <w:tcPr>
            <w:tcW w:type="dxa" w:w="1728"/>
          </w:tcPr>
          <w:p>
            <w:r>
              <w:t>puri</w:t>
            </w:r>
          </w:p>
        </w:tc>
        <w:tc>
          <w:tcPr>
            <w:tcW w:type="dxa" w:w="1728"/>
          </w:tcPr>
          <w:p>
            <w:r>
              <w:t>bakhsh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91*927139*</w:t>
            </w:r>
          </w:p>
        </w:tc>
        <w:tc>
          <w:tcPr>
            <w:tcW w:type="dxa" w:w="1728"/>
          </w:tcPr>
          <w:p>
            <w:r>
              <w:t>𝓐𝔂𝓸𝓾𝓫 𝓡𝓸𝓼𝓽𝓪𝓶𝓲</w:t>
            </w:r>
          </w:p>
        </w:tc>
        <w:tc>
          <w:tcPr>
            <w:tcW w:type="dxa" w:w="1728"/>
          </w:tcPr>
          <w:p>
            <w:r>
              <w:t>ایوب رستمی</w:t>
            </w:r>
          </w:p>
        </w:tc>
        <w:tc>
          <w:tcPr>
            <w:tcW w:type="dxa" w:w="1728"/>
          </w:tcPr>
          <w:p>
            <w:r>
              <w:t>Ayobrostami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91217*3**4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Elahehmosavi00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93**2*2*4*</w:t>
            </w:r>
          </w:p>
        </w:tc>
        <w:tc>
          <w:tcPr>
            <w:tcW w:type="dxa" w:w="1728"/>
          </w:tcPr>
          <w:p>
            <w:r>
              <w:t>صالحی**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zgh965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91**42***9</w:t>
            </w:r>
          </w:p>
        </w:tc>
        <w:tc>
          <w:tcPr>
            <w:tcW w:type="dxa" w:w="1728"/>
          </w:tcPr>
          <w:p>
            <w:r>
              <w:t>MkE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MkE1968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93*12*0443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9147029*37</w:t>
            </w:r>
          </w:p>
        </w:tc>
        <w:tc>
          <w:tcPr>
            <w:tcW w:type="dxa" w:w="1728"/>
          </w:tcPr>
          <w:p>
            <w:r>
              <w:t>۱۱/۱۱♥🌹✨🎉IRIB@&amp;/ss@m°‘</w:t>
            </w:r>
          </w:p>
        </w:tc>
        <w:tc>
          <w:tcPr>
            <w:tcW w:type="dxa" w:w="1728"/>
          </w:tcPr>
          <w:p>
            <w:r>
              <w:t>ای شاهد قدسی، کِه کَشَد بند نقابت؟ وی مرغ بهشتی، که دهد دانه و آ</w:t>
            </w:r>
          </w:p>
        </w:tc>
        <w:tc>
          <w:tcPr>
            <w:tcW w:type="dxa" w:w="1728"/>
          </w:tcPr>
          <w:p>
            <w:r>
              <w:t>mreri1111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91271*3043</w:t>
            </w:r>
          </w:p>
        </w:tc>
        <w:tc>
          <w:tcPr>
            <w:tcW w:type="dxa" w:w="1728"/>
          </w:tcPr>
          <w:p>
            <w:r>
              <w:t>دکترغﻻمحسین</w:t>
            </w:r>
          </w:p>
        </w:tc>
        <w:tc>
          <w:tcPr>
            <w:tcW w:type="dxa" w:w="1728"/>
          </w:tcPr>
          <w:p>
            <w:r>
              <w:t>تکمیل همایون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91*92***2*</w:t>
            </w:r>
          </w:p>
        </w:tc>
        <w:tc>
          <w:tcPr>
            <w:tcW w:type="dxa" w:w="1728"/>
          </w:tcPr>
          <w:p>
            <w:r>
              <w:t>ح 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93*2379*72</w:t>
            </w:r>
          </w:p>
        </w:tc>
        <w:tc>
          <w:tcPr>
            <w:tcW w:type="dxa" w:w="1728"/>
          </w:tcPr>
          <w:p>
            <w:r>
              <w:t>ایرانخواهان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Active19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912*13*221</w:t>
            </w:r>
          </w:p>
        </w:tc>
        <w:tc>
          <w:tcPr>
            <w:tcW w:type="dxa" w:w="1728"/>
          </w:tcPr>
          <w:p>
            <w:r>
              <w:t>M. N. 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91*9329210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91771019*7</w:t>
            </w:r>
          </w:p>
        </w:tc>
        <w:tc>
          <w:tcPr>
            <w:tcW w:type="dxa" w:w="1728"/>
          </w:tcPr>
          <w:p>
            <w:r>
              <w:t>reza.</w:t>
            </w:r>
          </w:p>
        </w:tc>
        <w:tc>
          <w:tcPr>
            <w:tcW w:type="dxa" w:w="1728"/>
          </w:tcPr>
          <w:p>
            <w:r>
              <w:t>@.....y.</w:t>
            </w:r>
          </w:p>
        </w:tc>
        <w:tc>
          <w:tcPr>
            <w:tcW w:type="dxa" w:w="1728"/>
          </w:tcPr>
          <w:p>
            <w:r>
              <w:t>Reza98u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9394*3****</w:t>
            </w:r>
          </w:p>
        </w:tc>
        <w:tc>
          <w:tcPr>
            <w:tcW w:type="dxa" w:w="1728"/>
          </w:tcPr>
          <w:p>
            <w:r>
              <w:t>باخداباش</w:t>
            </w:r>
          </w:p>
        </w:tc>
        <w:tc>
          <w:tcPr>
            <w:tcW w:type="dxa" w:w="1728"/>
          </w:tcPr>
          <w:p>
            <w:r>
              <w:t>☝</w:t>
            </w:r>
          </w:p>
        </w:tc>
        <w:tc>
          <w:tcPr>
            <w:tcW w:type="dxa" w:w="1728"/>
          </w:tcPr>
          <w:p>
            <w:r>
              <w:t>ffff8877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930*91*7*3</w:t>
            </w:r>
          </w:p>
        </w:tc>
        <w:tc>
          <w:tcPr>
            <w:tcW w:type="dxa" w:w="1728"/>
          </w:tcPr>
          <w:p>
            <w:r>
              <w:t>Iman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aryan2946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9123271130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Amini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912**734**</w:t>
            </w:r>
          </w:p>
        </w:tc>
        <w:tc>
          <w:tcPr>
            <w:tcW w:type="dxa" w:w="1728"/>
          </w:tcPr>
          <w:p>
            <w:r>
              <w:t>Mehrdad</w:t>
            </w:r>
          </w:p>
        </w:tc>
        <w:tc>
          <w:tcPr>
            <w:tcW w:type="dxa" w:w="1728"/>
          </w:tcPr>
          <w:p>
            <w:r>
              <w:t>غفاری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9132973*30</w:t>
            </w:r>
          </w:p>
        </w:tc>
        <w:tc>
          <w:tcPr>
            <w:tcW w:type="dxa" w:w="1728"/>
          </w:tcPr>
          <w:p>
            <w:r>
              <w:t>H. 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tatoazad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91399*310*</w:t>
            </w:r>
          </w:p>
        </w:tc>
        <w:tc>
          <w:tcPr>
            <w:tcW w:type="dxa" w:w="1728"/>
          </w:tcPr>
          <w:p>
            <w:r>
              <w:t>رضا بهاءالدینی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Reza676238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901701217*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Mostafamohiti1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9122*0*27*</w:t>
            </w:r>
          </w:p>
        </w:tc>
        <w:tc>
          <w:tcPr>
            <w:tcW w:type="dxa" w:w="1728"/>
          </w:tcPr>
          <w:p>
            <w:r>
              <w:t>آزادی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Azadi1001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919*2**430</w:t>
            </w:r>
          </w:p>
        </w:tc>
        <w:tc>
          <w:tcPr>
            <w:tcW w:type="dxa" w:w="1728"/>
          </w:tcPr>
          <w:p>
            <w:r>
              <w:t>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mahamad55e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9133413*71</w:t>
            </w:r>
          </w:p>
        </w:tc>
        <w:tc>
          <w:tcPr>
            <w:tcW w:type="dxa" w:w="1728"/>
          </w:tcPr>
          <w:p>
            <w:r>
              <w:t>Nader</w:t>
            </w:r>
          </w:p>
        </w:tc>
        <w:tc>
          <w:tcPr>
            <w:tcW w:type="dxa" w:w="1728"/>
          </w:tcPr>
          <w:p>
            <w:r>
              <w:t>Safizade</w:t>
            </w:r>
          </w:p>
        </w:tc>
        <w:tc>
          <w:tcPr>
            <w:tcW w:type="dxa" w:w="1728"/>
          </w:tcPr>
          <w:p>
            <w:r>
              <w:t>Nader_safizade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9144***7**</w:t>
            </w:r>
          </w:p>
        </w:tc>
        <w:tc>
          <w:tcPr>
            <w:tcW w:type="dxa" w:w="1728"/>
          </w:tcPr>
          <w:p>
            <w:r>
              <w:t>Sh.N_Behdin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Dixon_Cox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93*743***0</w:t>
            </w:r>
          </w:p>
        </w:tc>
        <w:tc>
          <w:tcPr>
            <w:tcW w:type="dxa" w:w="1728"/>
          </w:tcPr>
          <w:p>
            <w:r>
              <w:t>صوفی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soufi23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913297*07*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Seifaddini</w:t>
            </w:r>
          </w:p>
        </w:tc>
        <w:tc>
          <w:tcPr>
            <w:tcW w:type="dxa" w:w="1728"/>
          </w:tcPr>
          <w:p>
            <w:r>
              <w:t>Rezaseifaddini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93*94*7*90</w:t>
            </w:r>
          </w:p>
        </w:tc>
        <w:tc>
          <w:tcPr>
            <w:tcW w:type="dxa" w:w="1728"/>
          </w:tcPr>
          <w:p>
            <w:r>
              <w:t>Amirreza</w:t>
            </w:r>
          </w:p>
        </w:tc>
        <w:tc>
          <w:tcPr>
            <w:tcW w:type="dxa" w:w="1728"/>
          </w:tcPr>
          <w:p>
            <w:r>
              <w:t>Najafi</w:t>
            </w:r>
          </w:p>
        </w:tc>
        <w:tc>
          <w:tcPr>
            <w:tcW w:type="dxa" w:w="1728"/>
          </w:tcPr>
          <w:p>
            <w:r>
              <w:t>NajafiAmir57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93*709*74*</w:t>
            </w:r>
          </w:p>
        </w:tc>
        <w:tc>
          <w:tcPr>
            <w:tcW w:type="dxa" w:w="1728"/>
          </w:tcPr>
          <w:p>
            <w:r>
              <w:t>Haj 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sii65uy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93939*0971</w:t>
            </w:r>
          </w:p>
        </w:tc>
        <w:tc>
          <w:tcPr>
            <w:tcW w:type="dxa" w:w="1728"/>
          </w:tcPr>
          <w:p>
            <w:r>
              <w:t>آرشاویر</w:t>
            </w:r>
          </w:p>
        </w:tc>
        <w:tc>
          <w:tcPr>
            <w:tcW w:type="dxa" w:w="1728"/>
          </w:tcPr>
          <w:p>
            <w:r>
              <w:t>آرشارونیک</w:t>
            </w:r>
          </w:p>
        </w:tc>
        <w:tc>
          <w:tcPr>
            <w:tcW w:type="dxa" w:w="1728"/>
          </w:tcPr>
          <w:p>
            <w:r>
              <w:t>shapur_ardshiran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930029*947</w:t>
            </w:r>
          </w:p>
        </w:tc>
        <w:tc>
          <w:tcPr>
            <w:tcW w:type="dxa" w:w="1728"/>
          </w:tcPr>
          <w:p>
            <w:r>
              <w:t>میعاد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Nuri_44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9139230720</w:t>
            </w:r>
          </w:p>
        </w:tc>
        <w:tc>
          <w:tcPr>
            <w:tcW w:type="dxa" w:w="1728"/>
          </w:tcPr>
          <w:p>
            <w:r>
              <w:t>احمد</w:t>
            </w:r>
          </w:p>
        </w:tc>
        <w:tc>
          <w:tcPr>
            <w:tcW w:type="dxa" w:w="1728"/>
          </w:tcPr>
          <w:p>
            <w:r>
              <w:t>حیدری</w:t>
            </w:r>
          </w:p>
        </w:tc>
        <w:tc>
          <w:tcPr>
            <w:tcW w:type="dxa" w:w="1728"/>
          </w:tcPr>
          <w:p>
            <w:r>
              <w:t>Ahmad0720nk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93***9***0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javadsafai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91**33204*</w:t>
            </w:r>
          </w:p>
        </w:tc>
        <w:tc>
          <w:tcPr>
            <w:tcW w:type="dxa" w:w="1728"/>
          </w:tcPr>
          <w:p>
            <w:r>
              <w:t>▂▃▄▅▆▇█▓▒░حیدری░▒▓█▇▆▅▄▃▂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rohoollah_heydari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919*1*94*4</w:t>
            </w:r>
          </w:p>
        </w:tc>
        <w:tc>
          <w:tcPr>
            <w:tcW w:type="dxa" w:w="1728"/>
          </w:tcPr>
          <w:p>
            <w:r>
              <w:t>Masomeh</w:t>
            </w:r>
          </w:p>
        </w:tc>
        <w:tc>
          <w:tcPr>
            <w:tcW w:type="dxa" w:w="1728"/>
          </w:tcPr>
          <w:p>
            <w:r>
              <w:t>Mohamadi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9027104723</w:t>
            </w:r>
          </w:p>
        </w:tc>
        <w:tc>
          <w:tcPr>
            <w:tcW w:type="dxa" w:w="1728"/>
          </w:tcPr>
          <w:p>
            <w:r>
              <w:t>آریامهر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Ali_Alfered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922240*110</w:t>
            </w:r>
          </w:p>
        </w:tc>
        <w:tc>
          <w:tcPr>
            <w:tcW w:type="dxa" w:w="1728"/>
          </w:tcPr>
          <w:p>
            <w:r>
              <w:t>vahideh</w:t>
            </w:r>
          </w:p>
        </w:tc>
        <w:tc>
          <w:tcPr>
            <w:tcW w:type="dxa" w:w="1728"/>
          </w:tcPr>
          <w:p>
            <w:r>
              <w:t>ghadimi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9133412*70</w:t>
            </w:r>
          </w:p>
        </w:tc>
        <w:tc>
          <w:tcPr>
            <w:tcW w:type="dxa" w:w="1728"/>
          </w:tcPr>
          <w:p>
            <w:r>
              <w:t>𝓝𝓪𝓶𝓳𝓸𝓾.𝓗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Namjou_H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91220*21**</w:t>
            </w:r>
          </w:p>
        </w:tc>
        <w:tc>
          <w:tcPr>
            <w:tcW w:type="dxa" w:w="1728"/>
          </w:tcPr>
          <w:p>
            <w:r>
              <w:t>Ghasem</w:t>
            </w:r>
          </w:p>
        </w:tc>
        <w:tc>
          <w:tcPr>
            <w:tcW w:type="dxa" w:w="1728"/>
          </w:tcPr>
          <w:p>
            <w:r>
              <w:t>Khorami</w:t>
            </w:r>
          </w:p>
        </w:tc>
        <w:tc>
          <w:tcPr>
            <w:tcW w:type="dxa" w:w="1728"/>
          </w:tcPr>
          <w:p>
            <w:r>
              <w:t>GhasemKhorami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911772***0</w:t>
            </w:r>
          </w:p>
        </w:tc>
        <w:tc>
          <w:tcPr>
            <w:tcW w:type="dxa" w:w="1728"/>
          </w:tcPr>
          <w:p>
            <w:r>
              <w:t>✰✰(¯`*•.a..t..i.•*´¯)✰✰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atidonyameh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912203372*</w:t>
            </w:r>
          </w:p>
        </w:tc>
        <w:tc>
          <w:tcPr>
            <w:tcW w:type="dxa" w:w="1728"/>
          </w:tcPr>
          <w:p>
            <w:r>
              <w:t>Dr.N.</w:t>
            </w:r>
          </w:p>
        </w:tc>
        <w:tc>
          <w:tcPr>
            <w:tcW w:type="dxa" w:w="1728"/>
          </w:tcPr>
          <w:p>
            <w:r>
              <w:t>Namazi</w:t>
            </w:r>
          </w:p>
        </w:tc>
        <w:tc>
          <w:tcPr>
            <w:tcW w:type="dxa" w:w="1728"/>
          </w:tcPr>
          <w:p>
            <w:r>
              <w:t>N9810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914*79*279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XSShebnam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91321*09**</w:t>
            </w:r>
          </w:p>
        </w:tc>
        <w:tc>
          <w:tcPr>
            <w:tcW w:type="dxa" w:w="1728"/>
          </w:tcPr>
          <w:p>
            <w:r>
              <w:t>Negarin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A_arter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91*9291*02</w:t>
            </w:r>
          </w:p>
        </w:tc>
        <w:tc>
          <w:tcPr>
            <w:tcW w:type="dxa" w:w="1728"/>
          </w:tcPr>
          <w:p>
            <w:r>
              <w:t>Mahdi asadi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9212**0*7*</w:t>
            </w:r>
          </w:p>
        </w:tc>
        <w:tc>
          <w:tcPr>
            <w:tcW w:type="dxa" w:w="1728"/>
          </w:tcPr>
          <w:p>
            <w:r>
              <w:t>آفتابه دزد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93*3722*37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hamid_saffari37228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917732*3*2</w:t>
            </w:r>
          </w:p>
        </w:tc>
        <w:tc>
          <w:tcPr>
            <w:tcW w:type="dxa" w:w="1728"/>
          </w:tcPr>
          <w:p>
            <w:r>
              <w:t>عسکری عبدالمحمد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93*20979*3</w:t>
            </w:r>
          </w:p>
        </w:tc>
        <w:tc>
          <w:tcPr>
            <w:tcW w:type="dxa" w:w="1728"/>
          </w:tcPr>
          <w:p>
            <w:r>
              <w:t>باران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91*3*1***7</w:t>
            </w:r>
          </w:p>
        </w:tc>
        <w:tc>
          <w:tcPr>
            <w:tcW w:type="dxa" w:w="1728"/>
          </w:tcPr>
          <w:p>
            <w:r>
              <w:t>Mohammad Ali</w:t>
            </w:r>
          </w:p>
        </w:tc>
        <w:tc>
          <w:tcPr>
            <w:tcW w:type="dxa" w:w="1728"/>
          </w:tcPr>
          <w:p>
            <w:r>
              <w:t>Bozorgmehr</w:t>
            </w:r>
          </w:p>
        </w:tc>
        <w:tc>
          <w:tcPr>
            <w:tcW w:type="dxa" w:w="1728"/>
          </w:tcPr>
          <w:p>
            <w:r>
              <w:t>MaBozorgmehr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919*041093</w:t>
            </w:r>
          </w:p>
        </w:tc>
        <w:tc>
          <w:tcPr>
            <w:tcW w:type="dxa" w:w="1728"/>
          </w:tcPr>
          <w:p>
            <w:r>
              <w:t>علی اعظم</w:t>
            </w:r>
          </w:p>
        </w:tc>
        <w:tc>
          <w:tcPr>
            <w:tcW w:type="dxa" w:w="1728"/>
          </w:tcPr>
          <w:p>
            <w:r>
              <w:t>سلگی</w:t>
            </w:r>
          </w:p>
        </w:tc>
        <w:tc>
          <w:tcPr>
            <w:tcW w:type="dxa" w:w="1728"/>
          </w:tcPr>
          <w:p>
            <w:r>
              <w:t>DrAliazamSolgi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93*329243*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Canalasrar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903**34*74</w:t>
            </w:r>
          </w:p>
        </w:tc>
        <w:tc>
          <w:tcPr>
            <w:tcW w:type="dxa" w:w="1728"/>
          </w:tcPr>
          <w:p>
            <w:r>
              <w:t>علی.خان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91974*92*7</w:t>
            </w:r>
          </w:p>
        </w:tc>
        <w:tc>
          <w:tcPr>
            <w:tcW w:type="dxa" w:w="1728"/>
          </w:tcPr>
          <w:p>
            <w:r>
              <w:t>سید رضا احمدی تبار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sRezaAazd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91*33213**</w:t>
            </w:r>
          </w:p>
        </w:tc>
        <w:tc>
          <w:tcPr>
            <w:tcW w:type="dxa" w:w="1728"/>
          </w:tcPr>
          <w:p>
            <w:r>
              <w:t>مه ولات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91*2*92373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Shorabi59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930*2*0992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AliReza_Kazazi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93732224*4</w:t>
            </w:r>
          </w:p>
        </w:tc>
        <w:tc>
          <w:tcPr>
            <w:tcW w:type="dxa" w:w="1728"/>
          </w:tcPr>
          <w:p>
            <w:r>
              <w:t>●▬▬๑۩ reza ۩๑▬▬●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Rrbb62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912***0*09</w:t>
            </w:r>
          </w:p>
        </w:tc>
        <w:tc>
          <w:tcPr>
            <w:tcW w:type="dxa" w:w="1728"/>
          </w:tcPr>
          <w:p>
            <w:r>
              <w:t>می لاد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millad0609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901*3009*0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Alizadeh</w:t>
            </w:r>
          </w:p>
        </w:tc>
        <w:tc>
          <w:tcPr>
            <w:tcW w:type="dxa" w:w="1728"/>
          </w:tcPr>
          <w:p>
            <w:r>
              <w:t>Tongoloo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913191*471</w:t>
            </w:r>
          </w:p>
        </w:tc>
        <w:tc>
          <w:tcPr>
            <w:tcW w:type="dxa" w:w="1728"/>
          </w:tcPr>
          <w:p>
            <w:r>
              <w:t>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9123*0***4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930114021*</w:t>
            </w:r>
          </w:p>
        </w:tc>
        <w:tc>
          <w:tcPr>
            <w:tcW w:type="dxa" w:w="1728"/>
          </w:tcPr>
          <w:p>
            <w:r>
              <w:t>sadra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sadra1037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9133*3*30*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باقری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901***04*0</w:t>
            </w:r>
          </w:p>
        </w:tc>
        <w:tc>
          <w:tcPr>
            <w:tcW w:type="dxa" w:w="1728"/>
          </w:tcPr>
          <w:p>
            <w:r>
              <w:t>سناتور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912223*974</w:t>
            </w:r>
          </w:p>
        </w:tc>
        <w:tc>
          <w:tcPr>
            <w:tcW w:type="dxa" w:w="1728"/>
          </w:tcPr>
          <w:p>
            <w:r>
              <w:t>Architect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rezaamiriarch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930**79424</w:t>
            </w:r>
          </w:p>
        </w:tc>
        <w:tc>
          <w:tcPr>
            <w:tcW w:type="dxa" w:w="1728"/>
          </w:tcPr>
          <w:p>
            <w:r>
              <w:t>Mohsen▪️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mohsen_1156634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91*332134*</w:t>
            </w:r>
          </w:p>
        </w:tc>
        <w:tc>
          <w:tcPr>
            <w:tcW w:type="dxa" w:w="1728"/>
          </w:tcPr>
          <w:p>
            <w:r>
              <w:t>HOjjat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9133*2**13</w:t>
            </w:r>
          </w:p>
        </w:tc>
        <w:tc>
          <w:tcPr>
            <w:tcW w:type="dxa" w:w="1728"/>
          </w:tcPr>
          <w:p>
            <w:r>
              <w:t>یادش بخیر اوروزا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A0136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939****179</w:t>
            </w:r>
          </w:p>
        </w:tc>
        <w:tc>
          <w:tcPr>
            <w:tcW w:type="dxa" w:w="1728"/>
          </w:tcPr>
          <w:p>
            <w:r>
              <w:t>Abtin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A_Iranshahr2021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  <w:tr>
        <w:tc>
          <w:tcPr>
            <w:tcW w:type="dxa" w:w="1728"/>
          </w:tcPr>
          <w:p>
            <w:r>
              <w:t>9131*1*424</w:t>
            </w:r>
          </w:p>
        </w:tc>
        <w:tc>
          <w:tcPr>
            <w:tcW w:type="dxa" w:w="1728"/>
          </w:tcPr>
          <w:p>
            <w:r>
              <w:t>Farshid</w:t>
            </w:r>
          </w:p>
        </w:tc>
        <w:tc>
          <w:tcPr>
            <w:tcW w:type="dxa" w:w="1728"/>
          </w:tcPr>
          <w:p>
            <w:r>
              <w:t>Bahramshahry</w:t>
            </w:r>
          </w:p>
        </w:tc>
        <w:tc>
          <w:tcPr>
            <w:tcW w:type="dxa" w:w="1728"/>
          </w:tcPr>
          <w:p>
            <w:r>
              <w:t>farshid818</w:t>
            </w:r>
          </w:p>
        </w:tc>
        <w:tc>
          <w:tcPr>
            <w:tcW w:type="dxa" w:w="1728"/>
          </w:tcPr>
          <w:p>
            <w:r>
              <w:t>گروه باستان شناسی فلات ایران تا فلات پامیر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باستان شناسی فلات ایران تا فلات پامیر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