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گروه بازسازی مسجد محمود آباد (جوانرود)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گروه بازسازی مسجد محمود آباد (جوانرود)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91***3**12</w:t>
            </w:r>
          </w:p>
        </w:tc>
        <w:tc>
          <w:tcPr>
            <w:tcW w:type="dxa" w:w="1728"/>
          </w:tcPr>
          <w:p>
            <w:r>
              <w:t>hazhir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Hazhirnoori2019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91**397*01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aziz_ms1349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9909*390*2</w:t>
            </w:r>
          </w:p>
        </w:tc>
        <w:tc>
          <w:tcPr>
            <w:tcW w:type="dxa" w:w="1728"/>
          </w:tcPr>
          <w:p>
            <w:r>
              <w:t>شاهو</w:t>
            </w:r>
          </w:p>
        </w:tc>
        <w:tc>
          <w:tcPr>
            <w:tcW w:type="dxa" w:w="1728"/>
          </w:tcPr>
          <w:p>
            <w:r>
              <w:t>بهرامی</w:t>
            </w:r>
          </w:p>
        </w:tc>
        <w:tc>
          <w:tcPr>
            <w:tcW w:type="dxa" w:w="1728"/>
          </w:tcPr>
          <w:p>
            <w:r>
              <w:t>Shahobahrami10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91*73**121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Mowlod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91*92*7707</w:t>
            </w:r>
          </w:p>
        </w:tc>
        <w:tc>
          <w:tcPr>
            <w:tcW w:type="dxa" w:w="1728"/>
          </w:tcPr>
          <w:p>
            <w:r>
              <w:t>آکار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91**324413</w:t>
            </w:r>
          </w:p>
        </w:tc>
        <w:tc>
          <w:tcPr>
            <w:tcW w:type="dxa" w:w="1728"/>
          </w:tcPr>
          <w:p>
            <w:r>
              <w:t>kazem</w:t>
            </w:r>
          </w:p>
        </w:tc>
        <w:tc>
          <w:tcPr>
            <w:tcW w:type="dxa" w:w="1728"/>
          </w:tcPr>
          <w:p>
            <w:r>
              <w:t>yarahmadi</w:t>
            </w:r>
          </w:p>
        </w:tc>
        <w:tc>
          <w:tcPr>
            <w:tcW w:type="dxa" w:w="1728"/>
          </w:tcPr>
          <w:p>
            <w:r>
              <w:t>kaazeem69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91**9***22</w:t>
            </w:r>
          </w:p>
        </w:tc>
        <w:tc>
          <w:tcPr>
            <w:tcW w:type="dxa" w:w="1728"/>
          </w:tcPr>
          <w:p>
            <w:r>
              <w:t>ZAKARIA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9910*71909</w:t>
            </w:r>
          </w:p>
        </w:tc>
        <w:tc>
          <w:tcPr>
            <w:tcW w:type="dxa" w:w="1728"/>
          </w:tcPr>
          <w:p>
            <w:r>
              <w:t>آمنه</w:t>
            </w:r>
          </w:p>
        </w:tc>
        <w:tc>
          <w:tcPr>
            <w:tcW w:type="dxa" w:w="1728"/>
          </w:tcPr>
          <w:p>
            <w:r>
              <w:t>مرادی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91****31**</w:t>
            </w:r>
          </w:p>
        </w:tc>
        <w:tc>
          <w:tcPr>
            <w:tcW w:type="dxa" w:w="1728"/>
          </w:tcPr>
          <w:p>
            <w:r>
              <w:t>salam</w:t>
            </w:r>
          </w:p>
        </w:tc>
        <w:tc>
          <w:tcPr>
            <w:tcW w:type="dxa" w:w="1728"/>
          </w:tcPr>
          <w:p>
            <w:r>
              <w:t>karimi</w:t>
            </w:r>
          </w:p>
        </w:tc>
        <w:tc>
          <w:tcPr>
            <w:tcW w:type="dxa" w:w="1728"/>
          </w:tcPr>
          <w:p>
            <w:r>
              <w:t>Salam1352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910****272</w:t>
            </w:r>
          </w:p>
        </w:tc>
        <w:tc>
          <w:tcPr>
            <w:tcW w:type="dxa" w:w="1728"/>
          </w:tcPr>
          <w:p>
            <w:r>
              <w:t>Mehrdad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Bashiri_textile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91*992*224</w:t>
            </w:r>
          </w:p>
        </w:tc>
        <w:tc>
          <w:tcPr>
            <w:tcW w:type="dxa" w:w="1728"/>
          </w:tcPr>
          <w:p>
            <w:r>
              <w:t>ABED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Abedmohamadi6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920**0324*</w:t>
            </w:r>
          </w:p>
        </w:tc>
        <w:tc>
          <w:tcPr>
            <w:tcW w:type="dxa" w:w="1728"/>
          </w:tcPr>
          <w:p>
            <w:r>
              <w:t>m .moh@mm@di@n</w:t>
            </w:r>
          </w:p>
        </w:tc>
        <w:tc>
          <w:tcPr>
            <w:tcW w:type="dxa" w:w="1728"/>
          </w:tcPr>
          <w:p>
            <w:r>
              <w:t>Opt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91*3292*24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ggxgjgg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91*332*1*4</w:t>
            </w:r>
          </w:p>
        </w:tc>
        <w:tc>
          <w:tcPr>
            <w:tcW w:type="dxa" w:w="1728"/>
          </w:tcPr>
          <w:p>
            <w:r>
              <w:t>صالح</w:t>
            </w:r>
          </w:p>
        </w:tc>
        <w:tc>
          <w:tcPr>
            <w:tcW w:type="dxa" w:w="1728"/>
          </w:tcPr>
          <w:p>
            <w:r>
              <w:t>درویشی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91*992*344</w:t>
            </w:r>
          </w:p>
        </w:tc>
        <w:tc>
          <w:tcPr>
            <w:tcW w:type="dxa" w:w="1728"/>
          </w:tcPr>
          <w:p>
            <w:r>
              <w:t>ghasem</w:t>
            </w:r>
          </w:p>
        </w:tc>
        <w:tc>
          <w:tcPr>
            <w:tcW w:type="dxa" w:w="1728"/>
          </w:tcPr>
          <w:p>
            <w:r>
              <w:t>fathi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91*929**34</w:t>
            </w:r>
          </w:p>
        </w:tc>
        <w:tc>
          <w:tcPr>
            <w:tcW w:type="dxa" w:w="1728"/>
          </w:tcPr>
          <w:p>
            <w:r>
              <w:t>‌s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sf14811aa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91****0*49</w:t>
            </w:r>
          </w:p>
        </w:tc>
        <w:tc>
          <w:tcPr>
            <w:tcW w:type="dxa" w:w="1728"/>
          </w:tcPr>
          <w:p>
            <w:r>
              <w:t>امیر کنعانی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Amer3111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91*7231***</w:t>
            </w:r>
          </w:p>
        </w:tc>
        <w:tc>
          <w:tcPr>
            <w:tcW w:type="dxa" w:w="1728"/>
          </w:tcPr>
          <w:p>
            <w:r>
              <w:t>Heja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91*4*1939*</w:t>
            </w:r>
          </w:p>
        </w:tc>
        <w:tc>
          <w:tcPr>
            <w:tcW w:type="dxa" w:w="1728"/>
          </w:tcPr>
          <w:p>
            <w:r>
              <w:t>فرزاد</w:t>
            </w:r>
          </w:p>
        </w:tc>
        <w:tc>
          <w:tcPr>
            <w:tcW w:type="dxa" w:w="1728"/>
          </w:tcPr>
          <w:p>
            <w:r>
              <w:t>خانی</w:t>
            </w:r>
          </w:p>
        </w:tc>
        <w:tc>
          <w:tcPr>
            <w:tcW w:type="dxa" w:w="1728"/>
          </w:tcPr>
          <w:p>
            <w:r>
              <w:t>FARZADKHANI2024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91*3330*44</w:t>
            </w:r>
          </w:p>
        </w:tc>
        <w:tc>
          <w:tcPr>
            <w:tcW w:type="dxa" w:w="1728"/>
          </w:tcPr>
          <w:p>
            <w:r>
              <w:t>O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ohs36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91*9333*39</w:t>
            </w:r>
          </w:p>
        </w:tc>
        <w:tc>
          <w:tcPr>
            <w:tcW w:type="dxa" w:w="1728"/>
          </w:tcPr>
          <w:p>
            <w:r>
              <w:t>نیلا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Nela1395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91**397307</w:t>
            </w:r>
          </w:p>
        </w:tc>
        <w:tc>
          <w:tcPr>
            <w:tcW w:type="dxa" w:w="1728"/>
          </w:tcPr>
          <w:p>
            <w:r>
              <w:t>حیدر</w:t>
            </w:r>
          </w:p>
        </w:tc>
        <w:tc>
          <w:tcPr>
            <w:tcW w:type="dxa" w:w="1728"/>
          </w:tcPr>
          <w:p>
            <w:r>
              <w:t>فرجی</w:t>
            </w:r>
          </w:p>
        </w:tc>
        <w:tc>
          <w:tcPr>
            <w:tcW w:type="dxa" w:w="1728"/>
          </w:tcPr>
          <w:p>
            <w:r>
              <w:t>KOORD1652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91*732*014</w:t>
            </w:r>
          </w:p>
        </w:tc>
        <w:tc>
          <w:tcPr>
            <w:tcW w:type="dxa" w:w="1728"/>
          </w:tcPr>
          <w:p>
            <w:r>
              <w:t>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91**7*491*</w:t>
            </w:r>
          </w:p>
        </w:tc>
        <w:tc>
          <w:tcPr>
            <w:tcW w:type="dxa" w:w="1728"/>
          </w:tcPr>
          <w:p>
            <w:r>
              <w:t>محمدصالح</w:t>
            </w:r>
          </w:p>
        </w:tc>
        <w:tc>
          <w:tcPr>
            <w:tcW w:type="dxa" w:w="1728"/>
          </w:tcPr>
          <w:p>
            <w:r>
              <w:t>عبدالهی</w:t>
            </w:r>
          </w:p>
        </w:tc>
        <w:tc>
          <w:tcPr>
            <w:tcW w:type="dxa" w:w="1728"/>
          </w:tcPr>
          <w:p>
            <w:r>
              <w:t>Paeez330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91*****713</w:t>
            </w:r>
          </w:p>
        </w:tc>
        <w:tc>
          <w:tcPr>
            <w:tcW w:type="dxa" w:w="1728"/>
          </w:tcPr>
          <w:p>
            <w:r>
              <w:t>Azizi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Azizi1692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91*332**74</w:t>
            </w:r>
          </w:p>
        </w:tc>
        <w:tc>
          <w:tcPr>
            <w:tcW w:type="dxa" w:w="1728"/>
          </w:tcPr>
          <w:p>
            <w:r>
              <w:t>حسین</w:t>
            </w:r>
          </w:p>
        </w:tc>
        <w:tc>
          <w:tcPr>
            <w:tcW w:type="dxa" w:w="1728"/>
          </w:tcPr>
          <w:p>
            <w:r>
              <w:t>احمدی نیا</w:t>
            </w:r>
          </w:p>
        </w:tc>
        <w:tc>
          <w:tcPr>
            <w:tcW w:type="dxa" w:w="1728"/>
          </w:tcPr>
          <w:p>
            <w:r>
              <w:t>hosiaahmadi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903*4*07*1</w:t>
            </w:r>
          </w:p>
        </w:tc>
        <w:tc>
          <w:tcPr>
            <w:tcW w:type="dxa" w:w="1728"/>
          </w:tcPr>
          <w:p>
            <w:r>
              <w:t>Afnan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Afnankourd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91*12*2*1*</w:t>
            </w:r>
          </w:p>
        </w:tc>
        <w:tc>
          <w:tcPr>
            <w:tcW w:type="dxa" w:w="1728"/>
          </w:tcPr>
          <w:p>
            <w:r>
              <w:t>Tahsin Ghadri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Tahsin_ghadri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91**79*744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Y</w:t>
            </w:r>
          </w:p>
        </w:tc>
        <w:tc>
          <w:tcPr>
            <w:tcW w:type="dxa" w:w="1728"/>
          </w:tcPr>
          <w:p>
            <w:r>
              <w:t>Nfnfnfjjjkf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91*93*339*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ANO976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91*****492</w:t>
            </w:r>
          </w:p>
        </w:tc>
        <w:tc>
          <w:tcPr>
            <w:tcW w:type="dxa" w:w="1728"/>
          </w:tcPr>
          <w:p>
            <w:r>
              <w:t>hedayat</w:t>
            </w:r>
          </w:p>
        </w:tc>
        <w:tc>
          <w:tcPr>
            <w:tcW w:type="dxa" w:w="1728"/>
          </w:tcPr>
          <w:p>
            <w:r>
              <w:t>sohrabinia</w:t>
            </w:r>
          </w:p>
        </w:tc>
        <w:tc>
          <w:tcPr>
            <w:tcW w:type="dxa" w:w="1728"/>
          </w:tcPr>
          <w:p>
            <w:r>
              <w:t>hnyya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91*924*177</w:t>
            </w:r>
          </w:p>
        </w:tc>
        <w:tc>
          <w:tcPr>
            <w:tcW w:type="dxa" w:w="1728"/>
          </w:tcPr>
          <w:p>
            <w:r>
              <w:t>BHNAM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BHNAM1365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91*72244*3</w:t>
            </w:r>
          </w:p>
        </w:tc>
        <w:tc>
          <w:tcPr>
            <w:tcW w:type="dxa" w:w="1728"/>
          </w:tcPr>
          <w:p>
            <w:r>
              <w:t>💛فقط الله❤,</w:t>
            </w:r>
          </w:p>
        </w:tc>
        <w:tc>
          <w:tcPr>
            <w:tcW w:type="dxa" w:w="1728"/>
          </w:tcPr>
          <w:p>
            <w:r>
              <w:t>الا اله الا الله محمد رسول الله</w:t>
            </w:r>
          </w:p>
        </w:tc>
        <w:tc>
          <w:tcPr>
            <w:tcW w:type="dxa" w:w="1728"/>
          </w:tcPr>
          <w:p>
            <w:r>
              <w:t>shadman4463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9193*04*11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Ahmadi</w:t>
            </w:r>
          </w:p>
        </w:tc>
        <w:tc>
          <w:tcPr>
            <w:tcW w:type="dxa" w:w="1728"/>
          </w:tcPr>
          <w:p>
            <w:r>
              <w:t>H_Ahmadi54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9122124*34</w:t>
            </w:r>
          </w:p>
        </w:tc>
        <w:tc>
          <w:tcPr>
            <w:tcW w:type="dxa" w:w="1728"/>
          </w:tcPr>
          <w:p>
            <w:r>
              <w:t>فاروق رستمی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farough_rostami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91***71***</w:t>
            </w:r>
          </w:p>
        </w:tc>
        <w:tc>
          <w:tcPr>
            <w:tcW w:type="dxa" w:w="1728"/>
          </w:tcPr>
          <w:p>
            <w:r>
              <w:t>جمال</w:t>
            </w:r>
          </w:p>
        </w:tc>
        <w:tc>
          <w:tcPr>
            <w:tcW w:type="dxa" w:w="1728"/>
          </w:tcPr>
          <w:p>
            <w:r>
              <w:t>محمدی‌فر</w:t>
            </w:r>
          </w:p>
        </w:tc>
        <w:tc>
          <w:tcPr>
            <w:tcW w:type="dxa" w:w="1728"/>
          </w:tcPr>
          <w:p>
            <w:r>
              <w:t>jmf16663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91*4*02*7*</w:t>
            </w:r>
          </w:p>
        </w:tc>
        <w:tc>
          <w:tcPr>
            <w:tcW w:type="dxa" w:w="1728"/>
          </w:tcPr>
          <w:p>
            <w:r>
              <w:t>صباح</w:t>
            </w:r>
          </w:p>
        </w:tc>
        <w:tc>
          <w:tcPr>
            <w:tcW w:type="dxa" w:w="1728"/>
          </w:tcPr>
          <w:p>
            <w:r>
              <w:t>مولایی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91***03*7*</w:t>
            </w:r>
          </w:p>
        </w:tc>
        <w:tc>
          <w:tcPr>
            <w:tcW w:type="dxa" w:w="1728"/>
          </w:tcPr>
          <w:p>
            <w:r>
              <w:t>حسن</w:t>
            </w:r>
          </w:p>
        </w:tc>
        <w:tc>
          <w:tcPr>
            <w:tcW w:type="dxa" w:w="1728"/>
          </w:tcPr>
          <w:p>
            <w:r>
              <w:t>احمدی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91****07*4</w:t>
            </w:r>
          </w:p>
        </w:tc>
        <w:tc>
          <w:tcPr>
            <w:tcW w:type="dxa" w:w="1728"/>
          </w:tcPr>
          <w:p>
            <w:r>
              <w:t>سما عزیزی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91**144*0*</w:t>
            </w:r>
          </w:p>
        </w:tc>
        <w:tc>
          <w:tcPr>
            <w:tcW w:type="dxa" w:w="1728"/>
          </w:tcPr>
          <w:p>
            <w:r>
              <w:t>●▬▬๑۩۩๑در همه حال خدای را نظاره گر خویش بدان๑۩۩๑▬▬●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baviseop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91*1333002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Abbas30022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91****3*30</w:t>
            </w:r>
          </w:p>
        </w:tc>
        <w:tc>
          <w:tcPr>
            <w:tcW w:type="dxa" w:w="1728"/>
          </w:tcPr>
          <w:p>
            <w:r>
              <w:t>مابد بودیم تواز خوبی هات بگو که ما شرمنده شیم🖤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mohamadi12332100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91*924392*</w:t>
            </w:r>
          </w:p>
        </w:tc>
        <w:tc>
          <w:tcPr>
            <w:tcW w:type="dxa" w:w="1728"/>
          </w:tcPr>
          <w:p>
            <w:r>
              <w:t>AhmAb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910****109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91****424*</w:t>
            </w:r>
          </w:p>
        </w:tc>
        <w:tc>
          <w:tcPr>
            <w:tcW w:type="dxa" w:w="1728"/>
          </w:tcPr>
          <w:p>
            <w:r>
              <w:t>حسین یوسفی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Hosinyou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91**949*10</w:t>
            </w:r>
          </w:p>
        </w:tc>
        <w:tc>
          <w:tcPr>
            <w:tcW w:type="dxa" w:w="1728"/>
          </w:tcPr>
          <w:p>
            <w:r>
              <w:t>J,M.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Moradi0044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91***70423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Ahmadi</w:t>
            </w:r>
          </w:p>
        </w:tc>
        <w:tc>
          <w:tcPr>
            <w:tcW w:type="dxa" w:w="1728"/>
          </w:tcPr>
          <w:p>
            <w:r>
              <w:t>hashemahmadi1361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91*717**40</w:t>
            </w:r>
          </w:p>
        </w:tc>
        <w:tc>
          <w:tcPr>
            <w:tcW w:type="dxa" w:w="1728"/>
          </w:tcPr>
          <w:p>
            <w:r>
              <w:t>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Rkjho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91*93*219*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>
              <w:t>Noo283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91*733339*</w:t>
            </w:r>
          </w:p>
        </w:tc>
        <w:tc>
          <w:tcPr>
            <w:tcW w:type="dxa" w:w="1728"/>
          </w:tcPr>
          <w:p>
            <w:r>
              <w:t>بنیامین</w:t>
            </w:r>
          </w:p>
        </w:tc>
        <w:tc>
          <w:tcPr>
            <w:tcW w:type="dxa" w:w="1728"/>
          </w:tcPr>
          <w:p>
            <w:r>
              <w:t>دشتی</w:t>
            </w:r>
          </w:p>
        </w:tc>
        <w:tc>
          <w:tcPr>
            <w:tcW w:type="dxa" w:w="1728"/>
          </w:tcPr>
          <w:p>
            <w:r>
              <w:t>Mrbeno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91*97997*0</w:t>
            </w:r>
          </w:p>
        </w:tc>
        <w:tc>
          <w:tcPr>
            <w:tcW w:type="dxa" w:w="1728"/>
          </w:tcPr>
          <w:p>
            <w:r>
              <w:t>Fakhreddin</w:t>
            </w:r>
          </w:p>
        </w:tc>
        <w:tc>
          <w:tcPr>
            <w:tcW w:type="dxa" w:w="1728"/>
          </w:tcPr>
          <w:p>
            <w:r>
              <w:t>Etemadi</w:t>
            </w:r>
          </w:p>
        </w:tc>
        <w:tc>
          <w:tcPr>
            <w:tcW w:type="dxa" w:w="1728"/>
          </w:tcPr>
          <w:p>
            <w:r>
              <w:t>Etemadidesign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91****9133</w:t>
            </w:r>
          </w:p>
        </w:tc>
        <w:tc>
          <w:tcPr>
            <w:tcW w:type="dxa" w:w="1728"/>
          </w:tcPr>
          <w:p>
            <w:r>
              <w:t>MOHAMMAD,,MOHANNAD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914*2021*1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910921*914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Kh</w:t>
            </w:r>
          </w:p>
        </w:tc>
        <w:tc>
          <w:tcPr>
            <w:tcW w:type="dxa" w:w="1728"/>
          </w:tcPr>
          <w:p>
            <w:r>
              <w:t>sportpsychology6914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91*9924977</w:t>
            </w:r>
          </w:p>
        </w:tc>
        <w:tc>
          <w:tcPr>
            <w:tcW w:type="dxa" w:w="1728"/>
          </w:tcPr>
          <w:p>
            <w:r>
              <w:t>مهدي</w:t>
            </w:r>
          </w:p>
        </w:tc>
        <w:tc>
          <w:tcPr>
            <w:tcW w:type="dxa" w:w="1728"/>
          </w:tcPr>
          <w:p>
            <w:r>
              <w:t>بهرامي</w:t>
            </w:r>
          </w:p>
        </w:tc>
        <w:tc>
          <w:tcPr>
            <w:tcW w:type="dxa" w:w="1728"/>
          </w:tcPr>
          <w:p>
            <w:r>
              <w:t>Mwwwmmm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910*71*9*4</w:t>
            </w:r>
          </w:p>
        </w:tc>
        <w:tc>
          <w:tcPr>
            <w:tcW w:type="dxa" w:w="1728"/>
          </w:tcPr>
          <w:p>
            <w:r>
              <w:t>آران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Aran8988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91*2902*2*</w:t>
            </w:r>
          </w:p>
        </w:tc>
        <w:tc>
          <w:tcPr>
            <w:tcW w:type="dxa" w:w="1728"/>
          </w:tcPr>
          <w:p>
            <w:r>
              <w:t>𝓯𝓪𝓻𝓭𝓲𝓷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FaRdOx18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91*0*37*02</w:t>
            </w:r>
          </w:p>
        </w:tc>
        <w:tc>
          <w:tcPr>
            <w:tcW w:type="dxa" w:w="1728"/>
          </w:tcPr>
          <w:p>
            <w:r>
              <w:t>Aliakbar Karimi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A_karimi_halizabadi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93**029343</w:t>
            </w:r>
          </w:p>
        </w:tc>
        <w:tc>
          <w:tcPr>
            <w:tcW w:type="dxa" w:w="1728"/>
          </w:tcPr>
          <w:p>
            <w:r>
              <w:t>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Kave_gh27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91*3334*72</w:t>
            </w:r>
          </w:p>
        </w:tc>
        <w:tc>
          <w:tcPr>
            <w:tcW w:type="dxa" w:w="1728"/>
          </w:tcPr>
          <w:p>
            <w:r>
              <w:t>لوازم خانگی صدف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Jamshidazemi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91*99*0*3*</w:t>
            </w:r>
          </w:p>
        </w:tc>
        <w:tc>
          <w:tcPr>
            <w:tcW w:type="dxa" w:w="1728"/>
          </w:tcPr>
          <w:p>
            <w:r>
              <w:t>شپول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93792*7424</w:t>
            </w:r>
          </w:p>
        </w:tc>
        <w:tc>
          <w:tcPr>
            <w:tcW w:type="dxa" w:w="1728"/>
          </w:tcPr>
          <w:p>
            <w:r>
              <w:t>رحمانی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U1374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91**30*4*9</w:t>
            </w:r>
          </w:p>
        </w:tc>
        <w:tc>
          <w:tcPr>
            <w:tcW w:type="dxa" w:w="1728"/>
          </w:tcPr>
          <w:p>
            <w:r>
              <w:t>Sadollah</w:t>
            </w:r>
          </w:p>
        </w:tc>
        <w:tc>
          <w:tcPr>
            <w:tcW w:type="dxa" w:w="1728"/>
          </w:tcPr>
          <w:p>
            <w:r>
              <w:t>Zarei</w:t>
            </w:r>
          </w:p>
        </w:tc>
        <w:tc>
          <w:tcPr>
            <w:tcW w:type="dxa" w:w="1728"/>
          </w:tcPr>
          <w:p>
            <w:r>
              <w:t>Sadollah1342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903**44**0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Aynazzzii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91*9343134</w:t>
            </w:r>
          </w:p>
        </w:tc>
        <w:tc>
          <w:tcPr>
            <w:tcW w:type="dxa" w:w="1728"/>
          </w:tcPr>
          <w:p>
            <w:r>
              <w:t>یدالله</w:t>
            </w:r>
          </w:p>
        </w:tc>
        <w:tc>
          <w:tcPr>
            <w:tcW w:type="dxa" w:w="1728"/>
          </w:tcPr>
          <w:p>
            <w:r>
              <w:t>دیهیم</w:t>
            </w:r>
          </w:p>
        </w:tc>
        <w:tc>
          <w:tcPr>
            <w:tcW w:type="dxa" w:w="1728"/>
          </w:tcPr>
          <w:p>
            <w:r>
              <w:t>Elena3134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91*7229*90</w:t>
            </w:r>
          </w:p>
        </w:tc>
        <w:tc>
          <w:tcPr>
            <w:tcW w:type="dxa" w:w="1728"/>
          </w:tcPr>
          <w:p>
            <w:r>
              <w:t>Faisal</w:t>
            </w:r>
          </w:p>
        </w:tc>
        <w:tc>
          <w:tcPr>
            <w:tcW w:type="dxa" w:w="1728"/>
          </w:tcPr>
          <w:p>
            <w:r>
              <w:t>Abdolahi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902*9912*0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ASTEGHLALT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91*3747349</w:t>
            </w:r>
          </w:p>
        </w:tc>
        <w:tc>
          <w:tcPr>
            <w:tcW w:type="dxa" w:w="1728"/>
          </w:tcPr>
          <w:p>
            <w:r>
              <w:t>Bakhtiar</w:t>
            </w:r>
          </w:p>
        </w:tc>
        <w:tc>
          <w:tcPr>
            <w:tcW w:type="dxa" w:w="1728"/>
          </w:tcPr>
          <w:p>
            <w:r>
              <w:t>Mohammadi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91*992*213</w:t>
            </w:r>
          </w:p>
        </w:tc>
        <w:tc>
          <w:tcPr>
            <w:tcW w:type="dxa" w:w="1728"/>
          </w:tcPr>
          <w:p>
            <w:r>
              <w:t>alirazeyane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Ali87878700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91*9277*21</w:t>
            </w:r>
          </w:p>
        </w:tc>
        <w:tc>
          <w:tcPr>
            <w:tcW w:type="dxa" w:w="1728"/>
          </w:tcPr>
          <w:p>
            <w:r>
              <w:t>Abdolah</w:t>
            </w:r>
          </w:p>
        </w:tc>
        <w:tc>
          <w:tcPr>
            <w:tcW w:type="dxa" w:w="1728"/>
          </w:tcPr>
          <w:p>
            <w:r>
              <w:t>Ghafouri</w:t>
            </w:r>
          </w:p>
        </w:tc>
        <w:tc>
          <w:tcPr>
            <w:tcW w:type="dxa" w:w="1728"/>
          </w:tcPr>
          <w:p>
            <w:r>
              <w:t>AbdolahGhafouri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91***73*39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91*992*4*9</w:t>
            </w:r>
          </w:p>
        </w:tc>
        <w:tc>
          <w:tcPr>
            <w:tcW w:type="dxa" w:w="1728"/>
          </w:tcPr>
          <w:p>
            <w:r>
              <w:t>Dr_Deniro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Dr_Deniro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91**392317</w:t>
            </w:r>
          </w:p>
        </w:tc>
        <w:tc>
          <w:tcPr>
            <w:tcW w:type="dxa" w:w="1728"/>
          </w:tcPr>
          <w:p>
            <w:r>
              <w:t>Ali Azizi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Ali8392317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91*21*3712</w:t>
            </w:r>
          </w:p>
        </w:tc>
        <w:tc>
          <w:tcPr>
            <w:tcW w:type="dxa" w:w="1728"/>
          </w:tcPr>
          <w:p>
            <w:r>
              <w:t>❤باران❤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91*****174</w:t>
            </w:r>
          </w:p>
        </w:tc>
        <w:tc>
          <w:tcPr>
            <w:tcW w:type="dxa" w:w="1728"/>
          </w:tcPr>
          <w:p>
            <w:r>
              <w:t>سعید</w:t>
            </w:r>
          </w:p>
        </w:tc>
        <w:tc>
          <w:tcPr>
            <w:tcW w:type="dxa" w:w="1728"/>
          </w:tcPr>
          <w:p>
            <w:r>
              <w:t>یوسفی</w:t>
            </w:r>
          </w:p>
        </w:tc>
        <w:tc>
          <w:tcPr>
            <w:tcW w:type="dxa" w:w="1728"/>
          </w:tcPr>
          <w:p>
            <w:r>
              <w:t>SY30603010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9913*90720</w:t>
            </w:r>
          </w:p>
        </w:tc>
        <w:tc>
          <w:tcPr>
            <w:tcW w:type="dxa" w:w="1728"/>
          </w:tcPr>
          <w:p>
            <w:r>
              <w:t>––––•(-• ḅḁṝḁṅ •-)•––––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91**39*00*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91*3**1237</w:t>
            </w:r>
          </w:p>
        </w:tc>
        <w:tc>
          <w:tcPr>
            <w:tcW w:type="dxa" w:w="1728"/>
          </w:tcPr>
          <w:p>
            <w:r>
              <w:t>Farzin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bf2689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91*2291**0</w:t>
            </w:r>
          </w:p>
        </w:tc>
        <w:tc>
          <w:tcPr>
            <w:tcW w:type="dxa" w:w="1728"/>
          </w:tcPr>
          <w:p>
            <w:r>
              <w:t>Kurdistan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Kurdistan97</w:t>
            </w:r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  <w:tr>
        <w:tc>
          <w:tcPr>
            <w:tcW w:type="dxa" w:w="1728"/>
          </w:tcPr>
          <w:p>
            <w:r>
              <w:t>91*7*40**0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بازسازی مسجد محمود آباد (جوانرود)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گروه بازسازی مسجد محمود آباد (جوانرود)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