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بازار مصالح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بازار مصالح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93*29009**</w:t>
            </w:r>
          </w:p>
        </w:tc>
        <w:tc>
          <w:tcPr>
            <w:tcW w:type="dxa" w:w="1728"/>
          </w:tcPr>
          <w:p>
            <w:r>
              <w:t>Mirhosseini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hossein_mirhoseini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9137001141</w:t>
            </w:r>
          </w:p>
        </w:tc>
        <w:tc>
          <w:tcPr>
            <w:tcW w:type="dxa" w:w="1728"/>
          </w:tcPr>
          <w:p>
            <w:r>
              <w:t>0000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irandesktops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9120*2**00</w:t>
            </w:r>
          </w:p>
        </w:tc>
        <w:tc>
          <w:tcPr>
            <w:tcW w:type="dxa" w:w="1728"/>
          </w:tcPr>
          <w:p>
            <w:r>
              <w:t>گروه تجاری و معماری کِوین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architect_kevin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910*77770*</w:t>
            </w:r>
          </w:p>
        </w:tc>
        <w:tc>
          <w:tcPr>
            <w:tcW w:type="dxa" w:w="1728"/>
          </w:tcPr>
          <w:p>
            <w:r>
              <w:t>شرکت فناوران انرژی سبز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Fanavaran_getech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91*3**7*43</w:t>
            </w:r>
          </w:p>
        </w:tc>
        <w:tc>
          <w:tcPr>
            <w:tcW w:type="dxa" w:w="1728"/>
          </w:tcPr>
          <w:p>
            <w:r>
              <w:t>Hossini</w:t>
            </w:r>
          </w:p>
        </w:tc>
        <w:tc>
          <w:tcPr>
            <w:tcW w:type="dxa" w:w="1728"/>
          </w:tcPr>
          <w:p>
            <w:r>
              <w:t>7543</w:t>
            </w:r>
          </w:p>
        </w:tc>
        <w:tc>
          <w:tcPr>
            <w:tcW w:type="dxa" w:w="1728"/>
          </w:tcPr>
          <w:p>
            <w:r>
              <w:t>Hossini7543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91*37**4**</w:t>
            </w:r>
          </w:p>
        </w:tc>
        <w:tc>
          <w:tcPr>
            <w:tcW w:type="dxa" w:w="1728"/>
          </w:tcPr>
          <w:p>
            <w:r>
              <w:t>توانا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Tatata95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9123***41*</w:t>
            </w:r>
          </w:p>
        </w:tc>
        <w:tc>
          <w:tcPr>
            <w:tcW w:type="dxa" w:w="1728"/>
          </w:tcPr>
          <w:p>
            <w:r>
              <w:t>Abbas</w:t>
            </w:r>
          </w:p>
        </w:tc>
        <w:tc>
          <w:tcPr>
            <w:tcW w:type="dxa" w:w="1728"/>
          </w:tcPr>
          <w:p>
            <w:r>
              <w:t>Ebrahimi</w:t>
            </w:r>
          </w:p>
        </w:tc>
        <w:tc>
          <w:tcPr>
            <w:tcW w:type="dxa" w:w="1728"/>
          </w:tcPr>
          <w:p>
            <w:r>
              <w:t>Abbasebrahimi62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93*2734741</w:t>
            </w:r>
          </w:p>
        </w:tc>
        <w:tc>
          <w:tcPr>
            <w:tcW w:type="dxa" w:w="1728"/>
          </w:tcPr>
          <w:p>
            <w:r>
              <w:t>💎👑 Motahare Shabanpour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Mshabanpourr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93*1*07710</w:t>
            </w:r>
          </w:p>
        </w:tc>
        <w:tc>
          <w:tcPr>
            <w:tcW w:type="dxa" w:w="1728"/>
          </w:tcPr>
          <w:p>
            <w:r>
              <w:t>Keyvan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Keyvanj2500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91214423*2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Shkr</w:t>
            </w:r>
          </w:p>
        </w:tc>
        <w:tc>
          <w:tcPr>
            <w:tcW w:type="dxa" w:w="1728"/>
          </w:tcPr>
          <w:p>
            <w:r>
              <w:t>AliRezaShakerimanesh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937*112*07</w:t>
            </w:r>
          </w:p>
        </w:tc>
        <w:tc>
          <w:tcPr>
            <w:tcW w:type="dxa" w:w="1728"/>
          </w:tcPr>
          <w:p>
            <w:r>
              <w:t>思聪群英会曝光#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vYHfGU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9120***2**</w:t>
            </w:r>
          </w:p>
        </w:tc>
        <w:tc>
          <w:tcPr>
            <w:tcW w:type="dxa" w:w="1728"/>
          </w:tcPr>
          <w:p>
            <w:r>
              <w:t>M.M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M911543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919103334*</w:t>
            </w:r>
          </w:p>
        </w:tc>
        <w:tc>
          <w:tcPr>
            <w:tcW w:type="dxa" w:w="1728"/>
          </w:tcPr>
          <w:p>
            <w:r>
              <w:t>ساختمان مدرن جهانی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sakhteman_modern4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913*****23</w:t>
            </w:r>
          </w:p>
        </w:tc>
        <w:tc>
          <w:tcPr>
            <w:tcW w:type="dxa" w:w="1728"/>
          </w:tcPr>
          <w:p>
            <w:r>
              <w:t>Hotel Part</w:t>
            </w:r>
          </w:p>
        </w:tc>
        <w:tc>
          <w:tcPr>
            <w:tcW w:type="dxa" w:w="1728"/>
          </w:tcPr>
          <w:p>
            <w:r>
              <w:t>Hotelpart</w:t>
            </w:r>
          </w:p>
        </w:tc>
        <w:tc>
          <w:tcPr>
            <w:tcW w:type="dxa" w:w="1728"/>
          </w:tcPr>
          <w:p>
            <w:r>
              <w:t>Hotelpart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919233299*</w:t>
            </w:r>
          </w:p>
        </w:tc>
        <w:tc>
          <w:tcPr>
            <w:tcW w:type="dxa" w:w="1728"/>
          </w:tcPr>
          <w:p>
            <w:r>
              <w:t>سعید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91234*4074</w:t>
            </w:r>
          </w:p>
        </w:tc>
        <w:tc>
          <w:tcPr>
            <w:tcW w:type="dxa" w:w="1728"/>
          </w:tcPr>
          <w:p>
            <w:r>
              <w:t>A.R</w:t>
            </w:r>
          </w:p>
        </w:tc>
        <w:tc>
          <w:tcPr>
            <w:tcW w:type="dxa" w:w="1728"/>
          </w:tcPr>
          <w:p>
            <w:r>
              <w:t>Behdad</w:t>
            </w:r>
          </w:p>
        </w:tc>
        <w:tc>
          <w:tcPr>
            <w:tcW w:type="dxa" w:w="1728"/>
          </w:tcPr>
          <w:p>
            <w:r>
              <w:t>alireza_behdad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914**17029</w:t>
            </w:r>
          </w:p>
        </w:tc>
        <w:tc>
          <w:tcPr>
            <w:tcW w:type="dxa" w:w="1728"/>
          </w:tcPr>
          <w:p>
            <w:r>
              <w:t>matin._.ki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matin_kih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91**931**2</w:t>
            </w:r>
          </w:p>
        </w:tc>
        <w:tc>
          <w:tcPr>
            <w:tcW w:type="dxa" w:w="1728"/>
          </w:tcPr>
          <w:p>
            <w:r>
              <w:t>s.20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Salikarami897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912234*179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99**10*373</w:t>
            </w:r>
          </w:p>
        </w:tc>
        <w:tc>
          <w:tcPr>
            <w:tcW w:type="dxa" w:w="1728"/>
          </w:tcPr>
          <w:p>
            <w:r>
              <w:t>Ariasazeh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ariasazehzakeri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912702*013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Ameri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91232**912</w:t>
            </w:r>
          </w:p>
        </w:tc>
        <w:tc>
          <w:tcPr>
            <w:tcW w:type="dxa" w:w="1728"/>
          </w:tcPr>
          <w:p>
            <w:r>
              <w:t>Samir</w:t>
            </w:r>
          </w:p>
        </w:tc>
        <w:tc>
          <w:tcPr>
            <w:tcW w:type="dxa" w:w="1728"/>
          </w:tcPr>
          <w:p>
            <w:r>
              <w:t>Sanami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913*0007**</w:t>
            </w:r>
          </w:p>
        </w:tc>
        <w:tc>
          <w:tcPr>
            <w:tcW w:type="dxa" w:w="1728"/>
          </w:tcPr>
          <w:p>
            <w:r>
              <w:t>♓ř§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9011*****2</w:t>
            </w:r>
          </w:p>
        </w:tc>
        <w:tc>
          <w:tcPr>
            <w:tcW w:type="dxa" w:w="1728"/>
          </w:tcPr>
          <w:p>
            <w:r>
              <w:t>Aliakbar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MOHSN_105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9120*4**2*</w:t>
            </w:r>
          </w:p>
        </w:tc>
        <w:tc>
          <w:tcPr>
            <w:tcW w:type="dxa" w:w="1728"/>
          </w:tcPr>
          <w:p>
            <w:r>
              <w:t>Zoli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zoli_mrm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912*43***0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Kaboodvan</w:t>
            </w:r>
          </w:p>
        </w:tc>
        <w:tc>
          <w:tcPr>
            <w:tcW w:type="dxa" w:w="1728"/>
          </w:tcPr>
          <w:p>
            <w:r>
              <w:t>saeed_4464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921*014*90</w:t>
            </w:r>
          </w:p>
        </w:tc>
        <w:tc>
          <w:tcPr>
            <w:tcW w:type="dxa" w:w="1728"/>
          </w:tcPr>
          <w:p>
            <w:r>
              <w:t>کوروش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A0921601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91322*74**</w:t>
            </w:r>
          </w:p>
        </w:tc>
        <w:tc>
          <w:tcPr>
            <w:tcW w:type="dxa" w:w="1728"/>
          </w:tcPr>
          <w:p>
            <w:r>
              <w:t>Ô//ÏD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omid_mdii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90199*31**</w:t>
            </w:r>
          </w:p>
        </w:tc>
        <w:tc>
          <w:tcPr>
            <w:tcW w:type="dxa" w:w="1728"/>
          </w:tcPr>
          <w:p>
            <w:r>
              <w:t>A@g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Coffi1349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9334*307**</w:t>
            </w:r>
          </w:p>
        </w:tc>
        <w:tc>
          <w:tcPr>
            <w:tcW w:type="dxa" w:w="1728"/>
          </w:tcPr>
          <w:p>
            <w:r>
              <w:t>Mim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A0915915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9120290*3*</w:t>
            </w:r>
          </w:p>
        </w:tc>
        <w:tc>
          <w:tcPr>
            <w:tcW w:type="dxa" w:w="1728"/>
          </w:tcPr>
          <w:p>
            <w:r>
              <w:t>Kamrani Windoorupvc.co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Windoor_kamrani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9134*0*727</w:t>
            </w:r>
          </w:p>
        </w:tc>
        <w:tc>
          <w:tcPr>
            <w:tcW w:type="dxa" w:w="1728"/>
          </w:tcPr>
          <w:p>
            <w:r>
              <w:t>Emad</w:t>
            </w:r>
          </w:p>
        </w:tc>
        <w:tc>
          <w:tcPr>
            <w:tcW w:type="dxa" w:w="1728"/>
          </w:tcPr>
          <w:p>
            <w:r>
              <w:t>Baghiani</w:t>
            </w:r>
          </w:p>
        </w:tc>
        <w:tc>
          <w:tcPr>
            <w:tcW w:type="dxa" w:w="1728"/>
          </w:tcPr>
          <w:p>
            <w:r>
              <w:t>emadbgh81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9121712*91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Hosseinroozbahani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912*0*7904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Hadi_seprooooo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9122371**1</w:t>
            </w:r>
          </w:p>
        </w:tc>
        <w:tc>
          <w:tcPr>
            <w:tcW w:type="dxa" w:w="1728"/>
          </w:tcPr>
          <w:p>
            <w:r>
              <w:t>Jjjj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93*2*3*9*0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XMohammad_Montazer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91270*470*</w:t>
            </w:r>
          </w:p>
        </w:tc>
        <w:tc>
          <w:tcPr>
            <w:tcW w:type="dxa" w:w="1728"/>
          </w:tcPr>
          <w:p>
            <w:r>
              <w:t>Gholami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Jahantag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91209**399</w:t>
            </w:r>
          </w:p>
        </w:tc>
        <w:tc>
          <w:tcPr>
            <w:tcW w:type="dxa" w:w="1728"/>
          </w:tcPr>
          <w:p>
            <w:r>
              <w:t>مصالح ساختمانی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9103937100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piltan_foolad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93*319*1*0</w:t>
            </w:r>
          </w:p>
        </w:tc>
        <w:tc>
          <w:tcPr>
            <w:tcW w:type="dxa" w:w="1728"/>
          </w:tcPr>
          <w:p>
            <w:r>
              <w:t>M!lAd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Sijau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911**4*419</w:t>
            </w:r>
          </w:p>
        </w:tc>
        <w:tc>
          <w:tcPr>
            <w:tcW w:type="dxa" w:w="1728"/>
          </w:tcPr>
          <w:p>
            <w:r>
              <w:t>Sona</w:t>
            </w:r>
          </w:p>
        </w:tc>
        <w:tc>
          <w:tcPr>
            <w:tcW w:type="dxa" w:w="1728"/>
          </w:tcPr>
          <w:p>
            <w:r>
              <w:t>Sadeghzadeh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922077942*</w:t>
            </w:r>
          </w:p>
        </w:tc>
        <w:tc>
          <w:tcPr>
            <w:tcW w:type="dxa" w:w="1728"/>
          </w:tcPr>
          <w:p>
            <w:r>
              <w:t>Digi</w:t>
            </w:r>
          </w:p>
        </w:tc>
        <w:tc>
          <w:tcPr>
            <w:tcW w:type="dxa" w:w="1728"/>
          </w:tcPr>
          <w:p>
            <w:r>
              <w:t>Malware</w:t>
            </w:r>
          </w:p>
        </w:tc>
        <w:tc>
          <w:tcPr>
            <w:tcW w:type="dxa" w:w="1728"/>
          </w:tcPr>
          <w:p>
            <w:r>
              <w:t>digimalware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9123*001*0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بینا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912**3*41*</w:t>
            </w:r>
          </w:p>
        </w:tc>
        <w:tc>
          <w:tcPr>
            <w:tcW w:type="dxa" w:w="1728"/>
          </w:tcPr>
          <w:p>
            <w:r>
              <w:t>Samira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91*10391*2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>
              <w:t>Amini</w:t>
            </w:r>
          </w:p>
        </w:tc>
        <w:tc>
          <w:tcPr>
            <w:tcW w:type="dxa" w:w="1728"/>
          </w:tcPr>
          <w:p>
            <w:r>
              <w:t>aminimojtaba6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93927**442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abolfazlhaghighi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9332*01024</w:t>
            </w:r>
          </w:p>
        </w:tc>
        <w:tc>
          <w:tcPr>
            <w:tcW w:type="dxa" w:w="1728"/>
          </w:tcPr>
          <w:p>
            <w:r>
              <w:t>Hamidreza</w:t>
            </w:r>
          </w:p>
        </w:tc>
        <w:tc>
          <w:tcPr>
            <w:tcW w:type="dxa" w:w="1728"/>
          </w:tcPr>
          <w:p>
            <w:r>
              <w:t>Moradi</w:t>
            </w:r>
          </w:p>
        </w:tc>
        <w:tc>
          <w:tcPr>
            <w:tcW w:type="dxa" w:w="1728"/>
          </w:tcPr>
          <w:p>
            <w:r>
              <w:t>Hamidrezamoradi80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91210790*2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9120703*99</w:t>
            </w:r>
          </w:p>
        </w:tc>
        <w:tc>
          <w:tcPr>
            <w:tcW w:type="dxa" w:w="1728"/>
          </w:tcPr>
          <w:p>
            <w:r>
              <w:t>Melika</w:t>
            </w:r>
          </w:p>
        </w:tc>
        <w:tc>
          <w:tcPr>
            <w:tcW w:type="dxa" w:w="1728"/>
          </w:tcPr>
          <w:p>
            <w:r>
              <w:t>Gharah</w:t>
            </w:r>
          </w:p>
        </w:tc>
        <w:tc>
          <w:tcPr>
            <w:tcW w:type="dxa" w:w="1728"/>
          </w:tcPr>
          <w:p>
            <w:r>
              <w:t>melarchika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990123*7*3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9109**1*02</w:t>
            </w:r>
          </w:p>
        </w:tc>
        <w:tc>
          <w:tcPr>
            <w:tcW w:type="dxa" w:w="1728"/>
          </w:tcPr>
          <w:p>
            <w:r>
              <w:t>شرکت هنر جاده سازی مهر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Abdiii1992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9122241933</w:t>
            </w:r>
          </w:p>
        </w:tc>
        <w:tc>
          <w:tcPr>
            <w:tcW w:type="dxa" w:w="1728"/>
          </w:tcPr>
          <w:p>
            <w:r>
              <w:t>Atoosa ghabraei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aghabraei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9121*70171</w:t>
            </w:r>
          </w:p>
        </w:tc>
        <w:tc>
          <w:tcPr>
            <w:tcW w:type="dxa" w:w="1728"/>
          </w:tcPr>
          <w:p>
            <w:r>
              <w:t>Ebrahim</w:t>
            </w:r>
          </w:p>
        </w:tc>
        <w:tc>
          <w:tcPr>
            <w:tcW w:type="dxa" w:w="1728"/>
          </w:tcPr>
          <w:p>
            <w:r>
              <w:t>Golmohammadi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91*331**9*</w:t>
            </w:r>
          </w:p>
        </w:tc>
        <w:tc>
          <w:tcPr>
            <w:tcW w:type="dxa" w:w="1728"/>
          </w:tcPr>
          <w:p>
            <w:r>
              <w:t>Мохаммед Маддахи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Eurasiamarket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912*900**2</w:t>
            </w:r>
          </w:p>
        </w:tc>
        <w:tc>
          <w:tcPr>
            <w:tcW w:type="dxa" w:w="1728"/>
          </w:tcPr>
          <w:p>
            <w:r>
              <w:t>ارژنگ</w:t>
            </w:r>
          </w:p>
        </w:tc>
        <w:tc>
          <w:tcPr>
            <w:tcW w:type="dxa" w:w="1728"/>
          </w:tcPr>
          <w:p>
            <w:r>
              <w:t>باقری</w:t>
            </w:r>
          </w:p>
        </w:tc>
        <w:tc>
          <w:tcPr>
            <w:tcW w:type="dxa" w:w="1728"/>
          </w:tcPr>
          <w:p>
            <w:r>
              <w:t>Arjangbagheri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902903*91*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خلیل فر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91247*0*2*</w:t>
            </w:r>
          </w:p>
        </w:tc>
        <w:tc>
          <w:tcPr>
            <w:tcW w:type="dxa" w:w="1728"/>
          </w:tcPr>
          <w:p>
            <w:r>
              <w:t>A_</w:t>
            </w:r>
          </w:p>
        </w:tc>
        <w:tc>
          <w:tcPr>
            <w:tcW w:type="dxa" w:w="1728"/>
          </w:tcPr>
          <w:p>
            <w:r>
              <w:t>roustaei</w:t>
            </w:r>
          </w:p>
        </w:tc>
        <w:tc>
          <w:tcPr>
            <w:tcW w:type="dxa" w:w="1728"/>
          </w:tcPr>
          <w:p>
            <w:r>
              <w:t>A_roustaei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9123*4**12</w:t>
            </w:r>
          </w:p>
        </w:tc>
        <w:tc>
          <w:tcPr>
            <w:tcW w:type="dxa" w:w="1728"/>
          </w:tcPr>
          <w:p>
            <w:r>
              <w:t>mj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>
              <w:t>S_MOHAMADJAVAD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9194097003</w:t>
            </w:r>
          </w:p>
        </w:tc>
        <w:tc>
          <w:tcPr>
            <w:tcW w:type="dxa" w:w="1728"/>
          </w:tcPr>
          <w:p>
            <w:r>
              <w:t>Hamideh</w:t>
            </w:r>
          </w:p>
        </w:tc>
        <w:tc>
          <w:tcPr>
            <w:tcW w:type="dxa" w:w="1728"/>
          </w:tcPr>
          <w:p>
            <w:r>
              <w:t>Ghasemi</w:t>
            </w:r>
          </w:p>
        </w:tc>
        <w:tc>
          <w:tcPr>
            <w:tcW w:type="dxa" w:w="1728"/>
          </w:tcPr>
          <w:p>
            <w:r>
              <w:t>HamidehGhasemi20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91404392*1</w:t>
            </w:r>
          </w:p>
        </w:tc>
        <w:tc>
          <w:tcPr>
            <w:tcW w:type="dxa" w:w="1728"/>
          </w:tcPr>
          <w:p>
            <w:r>
              <w:t>Salar Structure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salarstructure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91409479**</w:t>
            </w:r>
          </w:p>
        </w:tc>
        <w:tc>
          <w:tcPr>
            <w:tcW w:type="dxa" w:w="1728"/>
          </w:tcPr>
          <w:p>
            <w:r>
              <w:t>ali.z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ali_6780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93**14*021</w:t>
            </w:r>
          </w:p>
        </w:tc>
        <w:tc>
          <w:tcPr>
            <w:tcW w:type="dxa" w:w="1728"/>
          </w:tcPr>
          <w:p>
            <w:r>
              <w:t>رسول 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93*9140*17</w:t>
            </w:r>
          </w:p>
        </w:tc>
        <w:tc>
          <w:tcPr>
            <w:tcW w:type="dxa" w:w="1728"/>
          </w:tcPr>
          <w:p>
            <w:r>
              <w:t>Orhan</w:t>
            </w:r>
          </w:p>
        </w:tc>
        <w:tc>
          <w:tcPr>
            <w:tcW w:type="dxa" w:w="1728"/>
          </w:tcPr>
          <w:p>
            <w:r>
              <w:t>Frj</w:t>
            </w:r>
          </w:p>
        </w:tc>
        <w:tc>
          <w:tcPr>
            <w:tcW w:type="dxa" w:w="1728"/>
          </w:tcPr>
          <w:p>
            <w:r>
              <w:t>Orhanfarajpour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991722770*</w:t>
            </w:r>
          </w:p>
        </w:tc>
        <w:tc>
          <w:tcPr>
            <w:tcW w:type="dxa" w:w="1728"/>
          </w:tcPr>
          <w:p>
            <w:r>
              <w:t>Babaei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Omid0babaei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9010***1*4</w:t>
            </w:r>
          </w:p>
        </w:tc>
        <w:tc>
          <w:tcPr>
            <w:tcW w:type="dxa" w:w="1728"/>
          </w:tcPr>
          <w:p>
            <w:r>
              <w:t>فراهانی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912*70*2**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>
              <w:t>heydari</w:t>
            </w:r>
          </w:p>
        </w:tc>
        <w:tc>
          <w:tcPr>
            <w:tcW w:type="dxa" w:w="1728"/>
          </w:tcPr>
          <w:p>
            <w:r>
              <w:t>HamedHeydarii0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921*03707*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advisermanagement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912*97*9*0</w:t>
            </w:r>
          </w:p>
        </w:tc>
        <w:tc>
          <w:tcPr>
            <w:tcW w:type="dxa" w:w="1728"/>
          </w:tcPr>
          <w:p>
            <w:r>
              <w:t>Ilia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9370429399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HADI_SA_220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93**397291</w:t>
            </w:r>
          </w:p>
        </w:tc>
        <w:tc>
          <w:tcPr>
            <w:tcW w:type="dxa" w:w="1728"/>
          </w:tcPr>
          <w:p>
            <w:r>
              <w:t>(¯`*•AVASH•*´¯)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A1986Mn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9213*72**2</w:t>
            </w:r>
          </w:p>
        </w:tc>
        <w:tc>
          <w:tcPr>
            <w:tcW w:type="dxa" w:w="1728"/>
          </w:tcPr>
          <w:p>
            <w:r>
              <w:t>Sadegh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Sadegh_hjm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914*0**131</w:t>
            </w:r>
          </w:p>
        </w:tc>
        <w:tc>
          <w:tcPr>
            <w:tcW w:type="dxa" w:w="1728"/>
          </w:tcPr>
          <w:p>
            <w:r>
              <w:t>احمد</w:t>
            </w:r>
          </w:p>
        </w:tc>
        <w:tc>
          <w:tcPr>
            <w:tcW w:type="dxa" w:w="1728"/>
          </w:tcPr>
          <w:p>
            <w:r>
              <w:t>سردار ملی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91030103*7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91027*7492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Ali_VB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912*249942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91330321*1</w:t>
            </w:r>
          </w:p>
        </w:tc>
        <w:tc>
          <w:tcPr>
            <w:tcW w:type="dxa" w:w="1728"/>
          </w:tcPr>
          <w:p>
            <w:r>
              <w:t>Abolfazl amini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93*1**397*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9122*7*347</w:t>
            </w:r>
          </w:p>
        </w:tc>
        <w:tc>
          <w:tcPr>
            <w:tcW w:type="dxa" w:w="1728"/>
          </w:tcPr>
          <w:p>
            <w:r>
              <w:t>jamshid</w:t>
            </w:r>
          </w:p>
        </w:tc>
        <w:tc>
          <w:tcPr>
            <w:tcW w:type="dxa" w:w="1728"/>
          </w:tcPr>
          <w:p>
            <w:r>
              <w:t>rabbani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91212294*2</w:t>
            </w:r>
          </w:p>
        </w:tc>
        <w:tc>
          <w:tcPr>
            <w:tcW w:type="dxa" w:w="1728"/>
          </w:tcPr>
          <w:p>
            <w:r>
              <w:t>M.A.</w:t>
            </w:r>
          </w:p>
        </w:tc>
        <w:tc>
          <w:tcPr>
            <w:tcW w:type="dxa" w:w="1728"/>
          </w:tcPr>
          <w:p>
            <w:r>
              <w:t>Mousavi</w:t>
            </w:r>
          </w:p>
        </w:tc>
        <w:tc>
          <w:tcPr>
            <w:tcW w:type="dxa" w:w="1728"/>
          </w:tcPr>
          <w:p>
            <w:r>
              <w:t>mirab_mousavi</w:t>
            </w:r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  <w:tr>
        <w:tc>
          <w:tcPr>
            <w:tcW w:type="dxa" w:w="1728"/>
          </w:tcPr>
          <w:p>
            <w:r>
              <w:t>9903*04014</w:t>
            </w:r>
          </w:p>
        </w:tc>
        <w:tc>
          <w:tcPr>
            <w:tcW w:type="dxa" w:w="1728"/>
          </w:tcPr>
          <w:p>
            <w:r>
              <w:t>هم نفس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🔸️گروه بازار مصالح🔸️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بازار مصالح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