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امورمالیاتی لرستان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امورمالیاتی لرستان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90341*02*9</w:t>
            </w:r>
          </w:p>
        </w:tc>
        <w:tc>
          <w:tcPr>
            <w:tcW w:type="dxa" w:w="1728"/>
          </w:tcPr>
          <w:p>
            <w:r>
              <w:t>life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bhsyhwhsgs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917***34*7</w:t>
            </w:r>
          </w:p>
        </w:tc>
        <w:tc>
          <w:tcPr>
            <w:tcW w:type="dxa" w:w="1728"/>
          </w:tcPr>
          <w:p>
            <w:r>
              <w:t>~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91*7*13*32</w:t>
            </w:r>
          </w:p>
        </w:tc>
        <w:tc>
          <w:tcPr>
            <w:tcW w:type="dxa" w:w="1728"/>
          </w:tcPr>
          <w:p>
            <w:r>
              <w:t>🐾R 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ghasemi066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91****4042</w:t>
            </w:r>
          </w:p>
        </w:tc>
        <w:tc>
          <w:tcPr>
            <w:tcW w:type="dxa" w:w="1728"/>
          </w:tcPr>
          <w:p>
            <w:r>
              <w:t>میر بهنام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Bmek04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9213*41371</w:t>
            </w:r>
          </w:p>
        </w:tc>
        <w:tc>
          <w:tcPr>
            <w:tcW w:type="dxa" w:w="1728"/>
          </w:tcPr>
          <w:p>
            <w:r>
              <w:t>ارمین🦴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Arya54688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903740*317</w:t>
            </w:r>
          </w:p>
        </w:tc>
        <w:tc>
          <w:tcPr>
            <w:tcW w:type="dxa" w:w="1728"/>
          </w:tcPr>
          <w:p>
            <w:r>
              <w:t>طاها</w:t>
            </w:r>
          </w:p>
        </w:tc>
        <w:tc>
          <w:tcPr>
            <w:tcW w:type="dxa" w:w="1728"/>
          </w:tcPr>
          <w:p>
            <w:r>
              <w:t>روشنا</w:t>
            </w:r>
          </w:p>
        </w:tc>
        <w:tc>
          <w:tcPr>
            <w:tcW w:type="dxa" w:w="1728"/>
          </w:tcPr>
          <w:p>
            <w:r>
              <w:t>saranhadi56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91**22270*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ayoub_morady_boxing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9220709*30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917*404420</w:t>
            </w:r>
          </w:p>
        </w:tc>
        <w:tc>
          <w:tcPr>
            <w:tcW w:type="dxa" w:w="1728"/>
          </w:tcPr>
          <w:p>
            <w:r>
              <w:t>خدا هست هنوز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fyfiii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91*742137*</w:t>
            </w:r>
          </w:p>
        </w:tc>
        <w:tc>
          <w:tcPr>
            <w:tcW w:type="dxa" w:w="1728"/>
          </w:tcPr>
          <w:p>
            <w:r>
              <w:t>˙·٠•●♥ Ƹ̵̡Ӝ̵̨̄ƷkhftiƸ̵̡Ӝ̵̨̄Ʒ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91***417*1</w:t>
            </w:r>
          </w:p>
        </w:tc>
        <w:tc>
          <w:tcPr>
            <w:tcW w:type="dxa" w:w="1728"/>
          </w:tcPr>
          <w:p>
            <w:r>
              <w:t>Im not cute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930*01031*</w:t>
            </w:r>
          </w:p>
        </w:tc>
        <w:tc>
          <w:tcPr>
            <w:tcW w:type="dxa" w:w="1728"/>
          </w:tcPr>
          <w:p>
            <w:r>
              <w:t>Meayar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MeayarShaban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902*9*4379</w:t>
            </w:r>
          </w:p>
        </w:tc>
        <w:tc>
          <w:tcPr>
            <w:tcW w:type="dxa" w:w="1728"/>
          </w:tcPr>
          <w:p>
            <w:r>
              <w:t>Leo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fpm19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9223120443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Alirezapci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93347*9772</w:t>
            </w:r>
          </w:p>
        </w:tc>
        <w:tc>
          <w:tcPr>
            <w:tcW w:type="dxa" w:w="1728"/>
          </w:tcPr>
          <w:p>
            <w:r>
              <w:t>54458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M_amirii68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91**4*1*37</w:t>
            </w:r>
          </w:p>
        </w:tc>
        <w:tc>
          <w:tcPr>
            <w:tcW w:type="dxa" w:w="1728"/>
          </w:tcPr>
          <w:p>
            <w:r>
              <w:t>shokofeh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9371*230*9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Vgvgb_s22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93*3437027</w:t>
            </w:r>
          </w:p>
        </w:tc>
        <w:tc>
          <w:tcPr>
            <w:tcW w:type="dxa" w:w="1728"/>
          </w:tcPr>
          <w:p>
            <w:r>
              <w:t>Mohammad Mansouri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Mohammad24mansouri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9017*79412</w:t>
            </w:r>
          </w:p>
        </w:tc>
        <w:tc>
          <w:tcPr>
            <w:tcW w:type="dxa" w:w="1728"/>
          </w:tcPr>
          <w:p>
            <w:r>
              <w:t>shokufe🌸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9399907*43</w:t>
            </w:r>
          </w:p>
        </w:tc>
        <w:tc>
          <w:tcPr>
            <w:tcW w:type="dxa" w:w="1728"/>
          </w:tcPr>
          <w:p>
            <w:r>
              <w:t>&amp;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sajj547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930*293931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Eioekdjwgwhsjdjhs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93**12*00*</w:t>
            </w:r>
          </w:p>
        </w:tc>
        <w:tc>
          <w:tcPr>
            <w:tcW w:type="dxa" w:w="1728"/>
          </w:tcPr>
          <w:p>
            <w:r>
              <w:t>Re 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Paco026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9227**0292</w:t>
            </w:r>
          </w:p>
        </w:tc>
        <w:tc>
          <w:tcPr>
            <w:tcW w:type="dxa" w:w="1728"/>
          </w:tcPr>
          <w:p>
            <w:r>
              <w:t>،.،.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9019*473*3</w:t>
            </w:r>
          </w:p>
        </w:tc>
        <w:tc>
          <w:tcPr>
            <w:tcW w:type="dxa" w:w="1728"/>
          </w:tcPr>
          <w:p>
            <w:r>
              <w:t>Zhr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hekmat12348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93330***49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mozhdeh_accounting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9374*49**9</w:t>
            </w:r>
          </w:p>
        </w:tc>
        <w:tc>
          <w:tcPr>
            <w:tcW w:type="dxa" w:w="1728"/>
          </w:tcPr>
          <w:p>
            <w:r>
              <w:t>باران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9221377923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Rhmni73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91***7*941</w:t>
            </w:r>
          </w:p>
        </w:tc>
        <w:tc>
          <w:tcPr>
            <w:tcW w:type="dxa" w:w="1728"/>
          </w:tcPr>
          <w:p>
            <w:r>
              <w:t>K.M</w:t>
            </w:r>
          </w:p>
        </w:tc>
        <w:tc>
          <w:tcPr>
            <w:tcW w:type="dxa" w:w="1728"/>
          </w:tcPr>
          <w:p>
            <w:r>
              <w:t>Khodayari</w:t>
            </w:r>
          </w:p>
        </w:tc>
        <w:tc>
          <w:tcPr>
            <w:tcW w:type="dxa" w:w="1728"/>
          </w:tcPr>
          <w:p>
            <w:r>
              <w:t>Mostafa_khodayari11019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99*1243**9</w:t>
            </w:r>
          </w:p>
        </w:tc>
        <w:tc>
          <w:tcPr>
            <w:tcW w:type="dxa" w:w="1728"/>
          </w:tcPr>
          <w:p>
            <w:r>
              <w:t>Zeynab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91**7*1*91</w:t>
            </w:r>
          </w:p>
        </w:tc>
        <w:tc>
          <w:tcPr>
            <w:tcW w:type="dxa" w:w="1728"/>
          </w:tcPr>
          <w:p>
            <w:r>
              <w:t>Clive_Christian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Clive_Christian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930024*3*2</w:t>
            </w:r>
          </w:p>
        </w:tc>
        <w:tc>
          <w:tcPr>
            <w:tcW w:type="dxa" w:w="1728"/>
          </w:tcPr>
          <w:p>
            <w:r>
              <w:t>سارا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939*329327</w:t>
            </w:r>
          </w:p>
        </w:tc>
        <w:tc>
          <w:tcPr>
            <w:tcW w:type="dxa" w:w="1728"/>
          </w:tcPr>
          <w:p>
            <w:r>
              <w:t>Barani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90*9*9*700</w:t>
            </w:r>
          </w:p>
        </w:tc>
        <w:tc>
          <w:tcPr>
            <w:tcW w:type="dxa" w:w="1728"/>
          </w:tcPr>
          <w:p>
            <w:r>
              <w:t>R.</w:t>
            </w:r>
          </w:p>
        </w:tc>
        <w:tc>
          <w:tcPr>
            <w:tcW w:type="dxa" w:w="1728"/>
          </w:tcPr>
          <w:p>
            <w:r>
              <w:t>Bas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922101*9**</w:t>
            </w:r>
          </w:p>
        </w:tc>
        <w:tc>
          <w:tcPr>
            <w:tcW w:type="dxa" w:w="1728"/>
          </w:tcPr>
          <w:p>
            <w:r>
              <w:t>Arezo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Sms_zm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917140977*</w:t>
            </w:r>
          </w:p>
        </w:tc>
        <w:tc>
          <w:tcPr>
            <w:tcW w:type="dxa" w:w="1728"/>
          </w:tcPr>
          <w:p>
            <w:r>
              <w:t>Aa1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A334444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93*19*7102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Amir_h1998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91**974119</w:t>
            </w:r>
          </w:p>
        </w:tc>
        <w:tc>
          <w:tcPr>
            <w:tcW w:type="dxa" w:w="1728"/>
          </w:tcPr>
          <w:p>
            <w:r>
              <w:t>داود کولیوند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Davi_Soashiant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93*37**927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faaati_g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9120120722</w:t>
            </w:r>
          </w:p>
        </w:tc>
        <w:tc>
          <w:tcPr>
            <w:tcW w:type="dxa" w:w="1728"/>
          </w:tcPr>
          <w:p>
            <w:r>
              <w:t>MOHSEN...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MOHSEN689973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9137**04*4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933*42*1*9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9336426169</w:t>
            </w:r>
          </w:p>
        </w:tc>
        <w:tc>
          <w:tcPr>
            <w:tcW w:type="dxa" w:w="1728"/>
          </w:tcPr>
          <w:p>
            <w:r>
              <w:t>yaali_7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93*30*44*4</w:t>
            </w:r>
          </w:p>
        </w:tc>
        <w:tc>
          <w:tcPr>
            <w:tcW w:type="dxa" w:w="1728"/>
          </w:tcPr>
          <w:p>
            <w:r>
              <w:t>نهال</w:t>
            </w:r>
          </w:p>
        </w:tc>
        <w:tc>
          <w:tcPr>
            <w:tcW w:type="dxa" w:w="1728"/>
          </w:tcPr>
          <w:p>
            <w:r>
              <w:t>*</w:t>
            </w:r>
          </w:p>
        </w:tc>
        <w:tc>
          <w:tcPr>
            <w:tcW w:type="dxa" w:w="1728"/>
          </w:tcPr>
          <w:p>
            <w:r>
              <w:t>ztcag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939**043*2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>
              <w:t>جوان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93*0*0*103</w:t>
            </w:r>
          </w:p>
        </w:tc>
        <w:tc>
          <w:tcPr>
            <w:tcW w:type="dxa" w:w="1728"/>
          </w:tcPr>
          <w:p>
            <w:r>
              <w:t>سمیه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asrane0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91*74*2**3</w:t>
            </w:r>
          </w:p>
        </w:tc>
        <w:tc>
          <w:tcPr>
            <w:tcW w:type="dxa" w:w="1728"/>
          </w:tcPr>
          <w:p>
            <w:r>
              <w:t>L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9373**1437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N_Almase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910*****90</w:t>
            </w:r>
          </w:p>
        </w:tc>
        <w:tc>
          <w:tcPr>
            <w:tcW w:type="dxa" w:w="1728"/>
          </w:tcPr>
          <w:p>
            <w:r>
              <w:t>S 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Saniim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990**71*0*</w:t>
            </w:r>
          </w:p>
        </w:tc>
        <w:tc>
          <w:tcPr>
            <w:tcW w:type="dxa" w:w="1728"/>
          </w:tcPr>
          <w:p>
            <w:r>
              <w:t>AilinⓂ️ MEMES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Ailin96626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9220*0110*</w:t>
            </w:r>
          </w:p>
        </w:tc>
        <w:tc>
          <w:tcPr>
            <w:tcW w:type="dxa" w:w="1728"/>
          </w:tcPr>
          <w:p>
            <w:r>
              <w:t>𝓜𝓪𝓻𝔂...✿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mary_0_09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939**192**</w:t>
            </w:r>
          </w:p>
        </w:tc>
        <w:tc>
          <w:tcPr>
            <w:tcW w:type="dxa" w:w="1728"/>
          </w:tcPr>
          <w:p>
            <w:r>
              <w:t>سیدارتا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Ati_sbri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93*734*331</w:t>
            </w:r>
          </w:p>
        </w:tc>
        <w:tc>
          <w:tcPr>
            <w:tcW w:type="dxa" w:w="1728"/>
          </w:tcPr>
          <w:p>
            <w:r>
              <w:t>Naimeh Mozafari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93*10**3*9</w:t>
            </w:r>
          </w:p>
        </w:tc>
        <w:tc>
          <w:tcPr>
            <w:tcW w:type="dxa" w:w="1728"/>
          </w:tcPr>
          <w:p>
            <w:r>
              <w:t>iraneman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iraneman6369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990*0973**</w:t>
            </w:r>
          </w:p>
        </w:tc>
        <w:tc>
          <w:tcPr>
            <w:tcW w:type="dxa" w:w="1728"/>
          </w:tcPr>
          <w:p>
            <w:r>
              <w:t>سجاد (سکوت)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Khoda_hast2023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93*3402*70</w:t>
            </w:r>
          </w:p>
        </w:tc>
        <w:tc>
          <w:tcPr>
            <w:tcW w:type="dxa" w:w="1728"/>
          </w:tcPr>
          <w:p>
            <w:r>
              <w:t>یا حسین(ع)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naha7273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933*0*0*3*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Zebardast9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9127*0971*</w:t>
            </w:r>
          </w:p>
        </w:tc>
        <w:tc>
          <w:tcPr>
            <w:tcW w:type="dxa" w:w="1728"/>
          </w:tcPr>
          <w:p>
            <w:r>
              <w:t>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Engmm400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93*4*70020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91*77*3449</w:t>
            </w:r>
          </w:p>
        </w:tc>
        <w:tc>
          <w:tcPr>
            <w:tcW w:type="dxa" w:w="1728"/>
          </w:tcPr>
          <w:p>
            <w:r>
              <w:t>Dr ʂαʝαԃ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Sajad_a1371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9900749**9</w:t>
            </w:r>
          </w:p>
        </w:tc>
        <w:tc>
          <w:tcPr>
            <w:tcW w:type="dxa" w:w="1728"/>
          </w:tcPr>
          <w:p>
            <w:r>
              <w:t>T-H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Th_4710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91**7*14**</w:t>
            </w:r>
          </w:p>
        </w:tc>
        <w:tc>
          <w:tcPr>
            <w:tcW w:type="dxa" w:w="1728"/>
          </w:tcPr>
          <w:p>
            <w:r>
              <w:t>Mh</w:t>
            </w:r>
          </w:p>
        </w:tc>
        <w:tc>
          <w:tcPr>
            <w:tcW w:type="dxa" w:w="1728"/>
          </w:tcPr>
          <w:p>
            <w:r>
              <w:t>mk</w:t>
            </w:r>
          </w:p>
        </w:tc>
        <w:tc>
          <w:tcPr>
            <w:tcW w:type="dxa" w:w="1728"/>
          </w:tcPr>
          <w:p>
            <w:r>
              <w:t>Mehdimhmdi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91**4**724</w:t>
            </w:r>
          </w:p>
        </w:tc>
        <w:tc>
          <w:tcPr>
            <w:tcW w:type="dxa" w:w="1728"/>
          </w:tcPr>
          <w:p>
            <w:r>
              <w:t>‌‌🪻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HaditH_H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91203*9*9*</w:t>
            </w:r>
          </w:p>
        </w:tc>
        <w:tc>
          <w:tcPr>
            <w:tcW w:type="dxa" w:w="1728"/>
          </w:tcPr>
          <w:p>
            <w:r>
              <w:t>Mmp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Mmp72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91*0*10391</w:t>
            </w:r>
          </w:p>
        </w:tc>
        <w:tc>
          <w:tcPr>
            <w:tcW w:type="dxa" w:w="1728"/>
          </w:tcPr>
          <w:p>
            <w:r>
              <w:t>Kianoosh</w:t>
            </w:r>
          </w:p>
        </w:tc>
        <w:tc>
          <w:tcPr>
            <w:tcW w:type="dxa" w:w="1728"/>
          </w:tcPr>
          <w:p>
            <w:r>
              <w:t>Bolhasani</w:t>
            </w:r>
          </w:p>
        </w:tc>
        <w:tc>
          <w:tcPr>
            <w:tcW w:type="dxa" w:w="1728"/>
          </w:tcPr>
          <w:p>
            <w:r>
              <w:t>Kianoosh9505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91*9*17*32</w:t>
            </w:r>
          </w:p>
        </w:tc>
        <w:tc>
          <w:tcPr>
            <w:tcW w:type="dxa" w:w="1728"/>
          </w:tcPr>
          <w:p>
            <w:r>
              <w:t>بهزاد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91****004*</w:t>
            </w:r>
          </w:p>
        </w:tc>
        <w:tc>
          <w:tcPr>
            <w:tcW w:type="dxa" w:w="1728"/>
          </w:tcPr>
          <w:p>
            <w:r>
              <w:t>A.t.i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Atiiiish70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91*901*033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babak_6868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91*013*7*1</w:t>
            </w:r>
          </w:p>
        </w:tc>
        <w:tc>
          <w:tcPr>
            <w:tcW w:type="dxa" w:w="1728"/>
          </w:tcPr>
          <w:p>
            <w:r>
              <w:t>ثنایت شریفی ..ه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Snayts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93*037*3**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Naghdi</w:t>
            </w:r>
          </w:p>
        </w:tc>
        <w:tc>
          <w:tcPr>
            <w:tcW w:type="dxa" w:w="1728"/>
          </w:tcPr>
          <w:p>
            <w:r>
              <w:t>vahid_naghdi1993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91****04*9</w:t>
            </w:r>
          </w:p>
        </w:tc>
        <w:tc>
          <w:tcPr>
            <w:tcW w:type="dxa" w:w="1728"/>
          </w:tcPr>
          <w:p>
            <w:r>
              <w:t>Faravin204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Fd8890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90*2141024</w:t>
            </w:r>
          </w:p>
        </w:tc>
        <w:tc>
          <w:tcPr>
            <w:tcW w:type="dxa" w:w="1728"/>
          </w:tcPr>
          <w:p>
            <w:r>
              <w:t>ایران عرضه - پشتیبان 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iranarze2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90191*7243</w:t>
            </w:r>
          </w:p>
        </w:tc>
        <w:tc>
          <w:tcPr>
            <w:tcW w:type="dxa" w:w="1728"/>
          </w:tcPr>
          <w:p>
            <w:r>
              <w:t>davood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djavanmard1989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913020*92*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93**717411</w:t>
            </w:r>
          </w:p>
        </w:tc>
        <w:tc>
          <w:tcPr>
            <w:tcW w:type="dxa" w:w="1728"/>
          </w:tcPr>
          <w:p>
            <w:r>
              <w:t>معصومه</w:t>
            </w:r>
          </w:p>
        </w:tc>
        <w:tc>
          <w:tcPr>
            <w:tcW w:type="dxa" w:w="1728"/>
          </w:tcPr>
          <w:p>
            <w:r>
              <w:t>ساکی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93****17*9</w:t>
            </w:r>
          </w:p>
        </w:tc>
        <w:tc>
          <w:tcPr>
            <w:tcW w:type="dxa" w:w="1728"/>
          </w:tcPr>
          <w:p>
            <w:r>
              <w:t>Pimimh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pinavidp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91207*177*</w:t>
            </w:r>
          </w:p>
        </w:tc>
        <w:tc>
          <w:tcPr>
            <w:tcW w:type="dxa" w:w="1728"/>
          </w:tcPr>
          <w:p>
            <w:r>
              <w:t>Mosayeb</w:t>
            </w:r>
          </w:p>
        </w:tc>
        <w:tc>
          <w:tcPr>
            <w:tcW w:type="dxa" w:w="1728"/>
          </w:tcPr>
          <w:p>
            <w:r>
              <w:t>Rezaei</w:t>
            </w:r>
          </w:p>
        </w:tc>
        <w:tc>
          <w:tcPr>
            <w:tcW w:type="dxa" w:w="1728"/>
          </w:tcPr>
          <w:p>
            <w:r>
              <w:t>Mimrezaei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91*71***00</w:t>
            </w:r>
          </w:p>
        </w:tc>
        <w:tc>
          <w:tcPr>
            <w:tcW w:type="dxa" w:w="1728"/>
          </w:tcPr>
          <w:p>
            <w:r>
              <w:t>Ftmh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fftmh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933*337171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93**427713</w:t>
            </w:r>
          </w:p>
        </w:tc>
        <w:tc>
          <w:tcPr>
            <w:tcW w:type="dxa" w:w="1728"/>
          </w:tcPr>
          <w:p>
            <w:r>
              <w:t>Ashkan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ashkan282828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9399*73**7</w:t>
            </w:r>
          </w:p>
        </w:tc>
        <w:tc>
          <w:tcPr>
            <w:tcW w:type="dxa" w:w="1728"/>
          </w:tcPr>
          <w:p>
            <w:r>
              <w:t>...BM..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  <w:tr>
        <w:tc>
          <w:tcPr>
            <w:tcW w:type="dxa" w:w="1728"/>
          </w:tcPr>
          <w:p>
            <w:r>
              <w:t>93*0**29**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a1236x22</w:t>
            </w:r>
          </w:p>
        </w:tc>
        <w:tc>
          <w:tcPr>
            <w:tcW w:type="dxa" w:w="1728"/>
          </w:tcPr>
          <w:p>
            <w:r>
              <w:t>گروه امورمالیاتی لرستان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امورمالیاتی لرستان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