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استخدامی معماری عمران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استخدامی معماری عمران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93*0747397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k7397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937**7100*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930**0**32</w:t>
            </w:r>
          </w:p>
        </w:tc>
        <w:tc>
          <w:tcPr>
            <w:tcW w:type="dxa" w:w="1728"/>
          </w:tcPr>
          <w:p>
            <w:r>
              <w:t>🐰❤️zahra❤️🐰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zahra_sobhni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930*019927</w:t>
            </w:r>
          </w:p>
        </w:tc>
        <w:tc>
          <w:tcPr>
            <w:tcW w:type="dxa" w:w="1728"/>
          </w:tcPr>
          <w:p>
            <w:r>
              <w:t>Ԋﾑssan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hassa75ansar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93**24*74*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Omidhdr6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91327***23</w:t>
            </w:r>
          </w:p>
        </w:tc>
        <w:tc>
          <w:tcPr>
            <w:tcW w:type="dxa" w:w="1728"/>
          </w:tcPr>
          <w:p>
            <w:r>
              <w:t>MALIH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malih_d_8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91272231*3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shmiv_1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9223*74121</w:t>
            </w:r>
          </w:p>
        </w:tc>
        <w:tc>
          <w:tcPr>
            <w:tcW w:type="dxa" w:w="1728"/>
          </w:tcPr>
          <w:p>
            <w:r>
              <w:t>Setare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S_akbari2307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912*9330*0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93*4*4*4*1</w:t>
            </w:r>
          </w:p>
        </w:tc>
        <w:tc>
          <w:tcPr>
            <w:tcW w:type="dxa" w:w="1728"/>
          </w:tcPr>
          <w:p>
            <w:r>
              <w:t>sohe!l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Soheil_balsini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914177*9**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90*1210291</w:t>
            </w:r>
          </w:p>
        </w:tc>
        <w:tc>
          <w:tcPr>
            <w:tcW w:type="dxa" w:w="1728"/>
          </w:tcPr>
          <w:p>
            <w:r>
              <w:t>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93*4*3371*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Soghandi</w:t>
            </w:r>
          </w:p>
        </w:tc>
        <w:tc>
          <w:tcPr>
            <w:tcW w:type="dxa" w:w="1728"/>
          </w:tcPr>
          <w:p>
            <w:r>
              <w:t>Architcet66reza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903*9*1*2*</w:t>
            </w:r>
          </w:p>
        </w:tc>
        <w:tc>
          <w:tcPr>
            <w:tcW w:type="dxa" w:w="1728"/>
          </w:tcPr>
          <w:p>
            <w:r>
              <w:t>Mehdi1626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93*13***29</w:t>
            </w:r>
          </w:p>
        </w:tc>
        <w:tc>
          <w:tcPr>
            <w:tcW w:type="dxa" w:w="1728"/>
          </w:tcPr>
          <w:p>
            <w:r>
              <w:t>GLM Design Studio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MiladGolMohammadi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9102110113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Hoosh</w:t>
            </w:r>
          </w:p>
        </w:tc>
        <w:tc>
          <w:tcPr>
            <w:tcW w:type="dxa" w:w="1728"/>
          </w:tcPr>
          <w:p>
            <w:r>
              <w:t>frhoosh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912430**7*</w:t>
            </w:r>
          </w:p>
        </w:tc>
        <w:tc>
          <w:tcPr>
            <w:tcW w:type="dxa" w:w="1728"/>
          </w:tcPr>
          <w:p>
            <w:r>
              <w:t>R 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rf868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9213103794</w:t>
            </w:r>
          </w:p>
        </w:tc>
        <w:tc>
          <w:tcPr>
            <w:tcW w:type="dxa" w:w="1728"/>
          </w:tcPr>
          <w:p>
            <w:r>
              <w:t>Raha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Raha_sadeqi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9139123701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Hn_k40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917227*12*</w:t>
            </w:r>
          </w:p>
        </w:tc>
        <w:tc>
          <w:tcPr>
            <w:tcW w:type="dxa" w:w="1728"/>
          </w:tcPr>
          <w:p>
            <w:r>
              <w:t>💙____Mozhgan____💙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Mozhgann120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922303*4*4</w:t>
            </w:r>
          </w:p>
        </w:tc>
        <w:tc>
          <w:tcPr>
            <w:tcW w:type="dxa" w:w="1728"/>
          </w:tcPr>
          <w:p>
            <w:r>
              <w:t>🐼💅Pegahhhh🐼💄🐼👠🐼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pgh1994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912943*473</w:t>
            </w:r>
          </w:p>
        </w:tc>
        <w:tc>
          <w:tcPr>
            <w:tcW w:type="dxa" w:w="1728"/>
          </w:tcPr>
          <w:p>
            <w:r>
              <w:t>N.</w:t>
            </w:r>
          </w:p>
        </w:tc>
        <w:tc>
          <w:tcPr>
            <w:tcW w:type="dxa" w:w="1728"/>
          </w:tcPr>
          <w:p>
            <w:r>
              <w:t>Azpoor</w:t>
            </w:r>
          </w:p>
        </w:tc>
        <w:tc>
          <w:tcPr>
            <w:tcW w:type="dxa" w:w="1728"/>
          </w:tcPr>
          <w:p>
            <w:r>
              <w:t>N_azpoor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93**93***1</w:t>
            </w:r>
          </w:p>
        </w:tc>
        <w:tc>
          <w:tcPr>
            <w:tcW w:type="dxa" w:w="1728"/>
          </w:tcPr>
          <w:p>
            <w:r>
              <w:t>Samira1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sm_mira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922*9140**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9370*314*9</w:t>
            </w:r>
          </w:p>
        </w:tc>
        <w:tc>
          <w:tcPr>
            <w:tcW w:type="dxa" w:w="1728"/>
          </w:tcPr>
          <w:p>
            <w:r>
              <w:t>طراح دکوراسیون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Online_3dDesign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93**01*22*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beh3525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919194***0</w:t>
            </w:r>
          </w:p>
        </w:tc>
        <w:tc>
          <w:tcPr>
            <w:tcW w:type="dxa" w:w="1728"/>
          </w:tcPr>
          <w:p>
            <w:r>
              <w:t>Parichehr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Parichehr_es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91**0*1094</w:t>
            </w:r>
          </w:p>
        </w:tc>
        <w:tc>
          <w:tcPr>
            <w:tcW w:type="dxa" w:w="1728"/>
          </w:tcPr>
          <w:p>
            <w:r>
              <w:t>**Elyass**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919*22*9*1</w:t>
            </w:r>
          </w:p>
        </w:tc>
        <w:tc>
          <w:tcPr>
            <w:tcW w:type="dxa" w:w="1728"/>
          </w:tcPr>
          <w:p>
            <w:r>
              <w:t>محمد منفرد نی ریزی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mohmon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93373*4***</w:t>
            </w:r>
          </w:p>
        </w:tc>
        <w:tc>
          <w:tcPr>
            <w:tcW w:type="dxa" w:w="1728"/>
          </w:tcPr>
          <w:p>
            <w:r>
              <w:t>Pouyashariat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pouya_shariat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939002917*</w:t>
            </w:r>
          </w:p>
        </w:tc>
        <w:tc>
          <w:tcPr>
            <w:tcW w:type="dxa" w:w="1728"/>
          </w:tcPr>
          <w:p>
            <w:r>
              <w:t>Nafiseツ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Nfis_esfhni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91*7**1*10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937*0222*2</w:t>
            </w:r>
          </w:p>
        </w:tc>
        <w:tc>
          <w:tcPr>
            <w:tcW w:type="dxa" w:w="1728"/>
          </w:tcPr>
          <w:p>
            <w:r>
              <w:t>//@$ER P@X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naservahedii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914**09*39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Ehsan_Akbari1995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9010*701*3</w:t>
            </w:r>
          </w:p>
        </w:tc>
        <w:tc>
          <w:tcPr>
            <w:tcW w:type="dxa" w:w="1728"/>
          </w:tcPr>
          <w:p>
            <w:r>
              <w:t>محمدرضا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tanha16tanha61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93*3*902*4</w:t>
            </w:r>
          </w:p>
        </w:tc>
        <w:tc>
          <w:tcPr>
            <w:tcW w:type="dxa" w:w="1728"/>
          </w:tcPr>
          <w:p>
            <w:r>
              <w:t>Saber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Sbr100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90124*031*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Mf2232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914900321*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FarhadBL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93739*202*</w:t>
            </w:r>
          </w:p>
        </w:tc>
        <w:tc>
          <w:tcPr>
            <w:tcW w:type="dxa" w:w="1728"/>
          </w:tcPr>
          <w:p>
            <w:r>
              <w:t>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sadegh76711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912**24*32</w:t>
            </w:r>
          </w:p>
        </w:tc>
        <w:tc>
          <w:tcPr>
            <w:tcW w:type="dxa" w:w="1728"/>
          </w:tcPr>
          <w:p>
            <w:r>
              <w:t>Hossein 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Hosseinbahresaz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912***3730</w:t>
            </w:r>
          </w:p>
        </w:tc>
        <w:tc>
          <w:tcPr>
            <w:tcW w:type="dxa" w:w="1728"/>
          </w:tcPr>
          <w:p>
            <w:r>
              <w:t>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Ghadir_Support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913**023*4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.Motamedi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90144*70*2</w:t>
            </w:r>
          </w:p>
        </w:tc>
        <w:tc>
          <w:tcPr>
            <w:tcW w:type="dxa" w:w="1728"/>
          </w:tcPr>
          <w:p>
            <w:r>
              <w:t>Kianoosh</w:t>
            </w:r>
          </w:p>
        </w:tc>
        <w:tc>
          <w:tcPr>
            <w:tcW w:type="dxa" w:w="1728"/>
          </w:tcPr>
          <w:p>
            <w:r>
              <w:t>Ha</w:t>
            </w:r>
          </w:p>
        </w:tc>
        <w:tc>
          <w:tcPr>
            <w:tcW w:type="dxa" w:w="1728"/>
          </w:tcPr>
          <w:p>
            <w:r>
              <w:t>Kianooooshh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91*777*371</w:t>
            </w:r>
          </w:p>
        </w:tc>
        <w:tc>
          <w:tcPr>
            <w:tcW w:type="dxa" w:w="1728"/>
          </w:tcPr>
          <w:p>
            <w:r>
              <w:t>Azad</w:t>
            </w:r>
          </w:p>
        </w:tc>
        <w:tc>
          <w:tcPr>
            <w:tcW w:type="dxa" w:w="1728"/>
          </w:tcPr>
          <w:p>
            <w:r>
              <w:t>Pireh</w:t>
            </w:r>
          </w:p>
        </w:tc>
        <w:tc>
          <w:tcPr>
            <w:tcW w:type="dxa" w:w="1728"/>
          </w:tcPr>
          <w:p>
            <w:r>
              <w:t>azadpireh1992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93*931**44</w:t>
            </w:r>
          </w:p>
        </w:tc>
        <w:tc>
          <w:tcPr>
            <w:tcW w:type="dxa" w:w="1728"/>
          </w:tcPr>
          <w:p>
            <w:r>
              <w:t>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Ram3dart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933*4*2792</w:t>
            </w:r>
          </w:p>
        </w:tc>
        <w:tc>
          <w:tcPr>
            <w:tcW w:type="dxa" w:w="1728"/>
          </w:tcPr>
          <w:p>
            <w:r>
              <w:t>Pioneer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Selfexx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903*191*74</w:t>
            </w:r>
          </w:p>
        </w:tc>
        <w:tc>
          <w:tcPr>
            <w:tcW w:type="dxa" w:w="1728"/>
          </w:tcPr>
          <w:p>
            <w:r>
              <w:t>👑♥️دختـــــــــرخاصـــــــــ♥️👑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S76samii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912144007*</w:t>
            </w:r>
          </w:p>
        </w:tc>
        <w:tc>
          <w:tcPr>
            <w:tcW w:type="dxa" w:w="1728"/>
          </w:tcPr>
          <w:p>
            <w:r>
              <w:t>Donya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donya_kn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912*434*73</w:t>
            </w:r>
          </w:p>
        </w:tc>
        <w:tc>
          <w:tcPr>
            <w:tcW w:type="dxa" w:w="1728"/>
          </w:tcPr>
          <w:p>
            <w:r>
              <w:t>محمد 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MohammadMahdi1173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93*311*031</w:t>
            </w:r>
          </w:p>
        </w:tc>
        <w:tc>
          <w:tcPr>
            <w:tcW w:type="dxa" w:w="1728"/>
          </w:tcPr>
          <w:p>
            <w:r>
              <w:t>farima</w:t>
            </w:r>
          </w:p>
        </w:tc>
        <w:tc>
          <w:tcPr>
            <w:tcW w:type="dxa" w:w="1728"/>
          </w:tcPr>
          <w:p>
            <w:r>
              <w:t>Babaali</w:t>
            </w:r>
          </w:p>
        </w:tc>
        <w:tc>
          <w:tcPr>
            <w:tcW w:type="dxa" w:w="1728"/>
          </w:tcPr>
          <w:p>
            <w:r>
              <w:t>farima_babaali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917**119*3</w:t>
            </w:r>
          </w:p>
        </w:tc>
        <w:tc>
          <w:tcPr>
            <w:tcW w:type="dxa" w:w="1728"/>
          </w:tcPr>
          <w:p>
            <w:r>
              <w:t>●▬▬๑۩۩๑Es๑۩۩๑▬▬●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Tasavvor22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93042**23*</w:t>
            </w:r>
          </w:p>
        </w:tc>
        <w:tc>
          <w:tcPr>
            <w:tcW w:type="dxa" w:w="1728"/>
          </w:tcPr>
          <w:p>
            <w:r>
              <w:t>Mobina</w:t>
            </w:r>
          </w:p>
        </w:tc>
        <w:tc>
          <w:tcPr>
            <w:tcW w:type="dxa" w:w="1728"/>
          </w:tcPr>
          <w:p>
            <w:r>
              <w:t>Abtahi</w:t>
            </w:r>
          </w:p>
        </w:tc>
        <w:tc>
          <w:tcPr>
            <w:tcW w:type="dxa" w:w="1728"/>
          </w:tcPr>
          <w:p>
            <w:r>
              <w:t>Mobinaabtahi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9149**492*</w:t>
            </w:r>
          </w:p>
        </w:tc>
        <w:tc>
          <w:tcPr>
            <w:tcW w:type="dxa" w:w="1728"/>
          </w:tcPr>
          <w:p>
            <w:r>
              <w:t>Morteza_b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Morteza_badr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9144207941</w:t>
            </w:r>
          </w:p>
        </w:tc>
        <w:tc>
          <w:tcPr>
            <w:tcW w:type="dxa" w:w="1728"/>
          </w:tcPr>
          <w:p>
            <w:r>
              <w:t>سازه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Khani_1351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9027*39099</w:t>
            </w:r>
          </w:p>
        </w:tc>
        <w:tc>
          <w:tcPr>
            <w:tcW w:type="dxa" w:w="1728"/>
          </w:tcPr>
          <w:p>
            <w:r>
              <w:t>ŦΛtΞmΞ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fatemekhosravi2001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91177912*0</w:t>
            </w:r>
          </w:p>
        </w:tc>
        <w:tc>
          <w:tcPr>
            <w:tcW w:type="dxa" w:w="1728"/>
          </w:tcPr>
          <w:p>
            <w:r>
              <w:t>RezZa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RezZa_1994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91392*9227</w:t>
            </w:r>
          </w:p>
        </w:tc>
        <w:tc>
          <w:tcPr>
            <w:tcW w:type="dxa" w:w="1728"/>
          </w:tcPr>
          <w:p>
            <w:r>
              <w:t>▒░M.m░▒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ArC77ma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914*0****2</w:t>
            </w:r>
          </w:p>
        </w:tc>
        <w:tc>
          <w:tcPr>
            <w:tcW w:type="dxa" w:w="1728"/>
          </w:tcPr>
          <w:p>
            <w:r>
              <w:t>sᴀᴍᴀ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Smasmdi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9221291319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I_AmSajjad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9309**7*23</w:t>
            </w:r>
          </w:p>
        </w:tc>
        <w:tc>
          <w:tcPr>
            <w:tcW w:type="dxa" w:w="1728"/>
          </w:tcPr>
          <w:p>
            <w:r>
              <w:t>King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King_tronere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91*71*1*47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alinndf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91*77411*7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Naser_1187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990*0*143*</w:t>
            </w:r>
          </w:p>
        </w:tc>
        <w:tc>
          <w:tcPr>
            <w:tcW w:type="dxa" w:w="1728"/>
          </w:tcPr>
          <w:p>
            <w:r>
              <w:t>Eng_ali</w:t>
            </w:r>
          </w:p>
        </w:tc>
        <w:tc>
          <w:tcPr>
            <w:tcW w:type="dxa" w:w="1728"/>
          </w:tcPr>
          <w:p>
            <w:r>
              <w:t>_Saadatifar</w:t>
            </w:r>
          </w:p>
        </w:tc>
        <w:tc>
          <w:tcPr>
            <w:tcW w:type="dxa" w:w="1728"/>
          </w:tcPr>
          <w:p>
            <w:r>
              <w:t>eng_civil_yadegar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91*430*2*9</w:t>
            </w:r>
          </w:p>
        </w:tc>
        <w:tc>
          <w:tcPr>
            <w:tcW w:type="dxa" w:w="1728"/>
          </w:tcPr>
          <w:p>
            <w:r>
              <w:t>Raz</w:t>
            </w:r>
          </w:p>
        </w:tc>
        <w:tc>
          <w:tcPr>
            <w:tcW w:type="dxa" w:w="1728"/>
          </w:tcPr>
          <w:p>
            <w:r>
              <w:t>Mirzaei</w:t>
            </w:r>
          </w:p>
        </w:tc>
        <w:tc>
          <w:tcPr>
            <w:tcW w:type="dxa" w:w="1728"/>
          </w:tcPr>
          <w:p>
            <w:r>
              <w:t>Raaaz77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91*711*0*1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Beyranvand</w:t>
            </w:r>
          </w:p>
        </w:tc>
        <w:tc>
          <w:tcPr>
            <w:tcW w:type="dxa" w:w="1728"/>
          </w:tcPr>
          <w:p>
            <w:r>
              <w:t>ArashBeyranvand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921*99*29*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sAmiee</w:t>
            </w:r>
          </w:p>
        </w:tc>
        <w:tc>
          <w:tcPr>
            <w:tcW w:type="dxa" w:w="1728"/>
          </w:tcPr>
          <w:p>
            <w:r>
              <w:t>alireza_samiee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92219**013</w:t>
            </w:r>
          </w:p>
        </w:tc>
        <w:tc>
          <w:tcPr>
            <w:tcW w:type="dxa" w:w="1728"/>
          </w:tcPr>
          <w:p>
            <w:r>
              <w:t>NN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913323**10</w:t>
            </w:r>
          </w:p>
        </w:tc>
        <w:tc>
          <w:tcPr>
            <w:tcW w:type="dxa" w:w="1728"/>
          </w:tcPr>
          <w:p>
            <w:r>
              <w:t>A.S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amir18hosein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937*204077</w:t>
            </w:r>
          </w:p>
        </w:tc>
        <w:tc>
          <w:tcPr>
            <w:tcW w:type="dxa" w:w="1728"/>
          </w:tcPr>
          <w:p>
            <w:r>
              <w:t>Ariontc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Ariontc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93*31041*2</w:t>
            </w:r>
          </w:p>
        </w:tc>
        <w:tc>
          <w:tcPr>
            <w:tcW w:type="dxa" w:w="1728"/>
          </w:tcPr>
          <w:p>
            <w:r>
              <w:t>Zh...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Zh4785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91220924*0</w:t>
            </w:r>
          </w:p>
        </w:tc>
        <w:tc>
          <w:tcPr>
            <w:tcW w:type="dxa" w:w="1728"/>
          </w:tcPr>
          <w:p>
            <w:r>
              <w:t>h.sardashti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Hosseinsarda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933*12*9*7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>
              <w:t>Zarei</w:t>
            </w:r>
          </w:p>
        </w:tc>
        <w:tc>
          <w:tcPr>
            <w:tcW w:type="dxa" w:w="1728"/>
          </w:tcPr>
          <w:p>
            <w:r>
              <w:t>love_is_only_fathers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901419***1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Moh1266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93*3210*3*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>
              <w:t>Alimehri_75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91*40**093</w:t>
            </w:r>
          </w:p>
        </w:tc>
        <w:tc>
          <w:tcPr>
            <w:tcW w:type="dxa" w:w="1728"/>
          </w:tcPr>
          <w:p>
            <w:r>
              <w:t>M.R.Alipour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Persian_prance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9114*7423*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Eliarc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9121273722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930***3729</w:t>
            </w:r>
          </w:p>
        </w:tc>
        <w:tc>
          <w:tcPr>
            <w:tcW w:type="dxa" w:w="1728"/>
          </w:tcPr>
          <w:p>
            <w:r>
              <w:t>Me-Architect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937944**24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>
              <w:t>Ghasemabadi</w:t>
            </w:r>
          </w:p>
        </w:tc>
        <w:tc>
          <w:tcPr>
            <w:tcW w:type="dxa" w:w="1728"/>
          </w:tcPr>
          <w:p>
            <w:r>
              <w:t>Sajjadghasemabadi_1994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  <w:tr>
        <w:tc>
          <w:tcPr>
            <w:tcW w:type="dxa" w:w="1728"/>
          </w:tcPr>
          <w:p>
            <w:r>
              <w:t>93***3*3**</w:t>
            </w:r>
          </w:p>
        </w:tc>
        <w:tc>
          <w:tcPr>
            <w:tcW w:type="dxa" w:w="1728"/>
          </w:tcPr>
          <w:p>
            <w:r>
              <w:t>Nedapayam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Neda_payam</w:t>
            </w:r>
          </w:p>
        </w:tc>
        <w:tc>
          <w:tcPr>
            <w:tcW w:type="dxa" w:w="1728"/>
          </w:tcPr>
          <w:p>
            <w:r>
              <w:t>گروه استخدامی معماری عمران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استخدامی معماری عمران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