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ارزانسرای شیک پوشان و بناب و تبریزوارومیه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ارزانسرای شیک پوشان و بناب و تبریزوارومیه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901722**17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Mahsa_nzh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93*7471739</w:t>
            </w:r>
          </w:p>
        </w:tc>
        <w:tc>
          <w:tcPr>
            <w:tcW w:type="dxa" w:w="1728"/>
          </w:tcPr>
          <w:p>
            <w:r>
              <w:t>məhdi</w:t>
            </w:r>
          </w:p>
        </w:tc>
        <w:tc>
          <w:tcPr>
            <w:tcW w:type="dxa" w:w="1728"/>
          </w:tcPr>
          <w:p>
            <w:r>
              <w:t>Paşa</w:t>
            </w:r>
          </w:p>
        </w:tc>
        <w:tc>
          <w:tcPr>
            <w:tcW w:type="dxa" w:w="1728"/>
          </w:tcPr>
          <w:p>
            <w:r>
              <w:t>MP94KS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93*00*7033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Khosro556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93*1****4*</w:t>
            </w:r>
          </w:p>
        </w:tc>
        <w:tc>
          <w:tcPr>
            <w:tcW w:type="dxa" w:w="1728"/>
          </w:tcPr>
          <w:p>
            <w:r>
              <w:t>ㅤREZ@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937471*224</w:t>
            </w:r>
          </w:p>
        </w:tc>
        <w:tc>
          <w:tcPr>
            <w:tcW w:type="dxa" w:w="1728"/>
          </w:tcPr>
          <w:p>
            <w:r>
              <w:t>Sevin 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sevin6999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91421***2*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93***9**92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Maryamtaghizadeh6592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9149131942</w:t>
            </w:r>
          </w:p>
        </w:tc>
        <w:tc>
          <w:tcPr>
            <w:tcW w:type="dxa" w:w="1728"/>
          </w:tcPr>
          <w:p>
            <w:r>
              <w:t>اکبرم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Roggaeh88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9393***173</w:t>
            </w:r>
          </w:p>
        </w:tc>
        <w:tc>
          <w:tcPr>
            <w:tcW w:type="dxa" w:w="1728"/>
          </w:tcPr>
          <w:p>
            <w:r>
              <w:t>Hakan1400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Hakan_140057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901***1*74</w:t>
            </w:r>
          </w:p>
        </w:tc>
        <w:tc>
          <w:tcPr>
            <w:tcW w:type="dxa" w:w="1728"/>
          </w:tcPr>
          <w:p>
            <w:r>
              <w:t>👑Sheida👑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sheida2613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9300*3**70</w:t>
            </w:r>
          </w:p>
        </w:tc>
        <w:tc>
          <w:tcPr>
            <w:tcW w:type="dxa" w:w="1728"/>
          </w:tcPr>
          <w:p>
            <w:r>
              <w:t>.:**:.*.:｡.✿فر...ݜَڔفی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93*1129**3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937*449919</w:t>
            </w:r>
          </w:p>
        </w:tc>
        <w:tc>
          <w:tcPr>
            <w:tcW w:type="dxa" w:w="1728"/>
          </w:tcPr>
          <w:p>
            <w:r>
              <w:t>A❤؟</w:t>
            </w:r>
          </w:p>
        </w:tc>
        <w:tc>
          <w:tcPr>
            <w:tcW w:type="dxa" w:w="1728"/>
          </w:tcPr>
          <w:p>
            <w:r>
              <w:t>Soolymani💖💕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91*017*413</w:t>
            </w:r>
          </w:p>
        </w:tc>
        <w:tc>
          <w:tcPr>
            <w:tcW w:type="dxa" w:w="1728"/>
          </w:tcPr>
          <w:p>
            <w:r>
              <w:t>˙·٠•●♥sعشقم♥●•٠·˙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aamer1388412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9142*12397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914*034*2*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937*1*3022</w:t>
            </w:r>
          </w:p>
        </w:tc>
        <w:tc>
          <w:tcPr>
            <w:tcW w:type="dxa" w:w="1728"/>
          </w:tcPr>
          <w:p>
            <w:r>
              <w:t>$</w:t>
            </w:r>
          </w:p>
        </w:tc>
        <w:tc>
          <w:tcPr>
            <w:tcW w:type="dxa" w:w="1728"/>
          </w:tcPr>
          <w:p>
            <w:r>
              <w:t>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9370149*03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92109390**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NargesFotouhi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9302*31*13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>
              <w:t>صمدی*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902**09727</w:t>
            </w:r>
          </w:p>
        </w:tc>
        <w:tc>
          <w:tcPr>
            <w:tcW w:type="dxa" w:w="1728"/>
          </w:tcPr>
          <w:p>
            <w:r>
              <w:t>بهرام</w:t>
            </w:r>
          </w:p>
        </w:tc>
        <w:tc>
          <w:tcPr>
            <w:tcW w:type="dxa" w:w="1728"/>
          </w:tcPr>
          <w:p>
            <w:r>
              <w:t>قدیرپور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937*3919*9</w:t>
            </w:r>
          </w:p>
        </w:tc>
        <w:tc>
          <w:tcPr>
            <w:tcW w:type="dxa" w:w="1728"/>
          </w:tcPr>
          <w:p>
            <w:r>
              <w:t>...♡Maryam♡...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91477977*2</w:t>
            </w:r>
          </w:p>
        </w:tc>
        <w:tc>
          <w:tcPr>
            <w:tcW w:type="dxa" w:w="1728"/>
          </w:tcPr>
          <w:p>
            <w:r>
              <w:t>یاعلی مولا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9911**4**2</w:t>
            </w:r>
          </w:p>
        </w:tc>
        <w:tc>
          <w:tcPr>
            <w:tcW w:type="dxa" w:w="1728"/>
          </w:tcPr>
          <w:p>
            <w:r>
              <w:t>🎭🧚‍♂️🧚‍♂️🧚‍♀️🧚‍♀️🎭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9397219472</w:t>
            </w:r>
          </w:p>
        </w:tc>
        <w:tc>
          <w:tcPr>
            <w:tcW w:type="dxa" w:w="1728"/>
          </w:tcPr>
          <w:p>
            <w:r>
              <w:t>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Rezaah7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91499333*3</w:t>
            </w:r>
          </w:p>
        </w:tc>
        <w:tc>
          <w:tcPr>
            <w:tcW w:type="dxa" w:w="1728"/>
          </w:tcPr>
          <w:p>
            <w:r>
              <w:t>کاظمی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914177*427</w:t>
            </w:r>
          </w:p>
        </w:tc>
        <w:tc>
          <w:tcPr>
            <w:tcW w:type="dxa" w:w="1728"/>
          </w:tcPr>
          <w:p>
            <w:r>
              <w:t>🌵🦜🌴Sharlotte🌴🦜🌵</w:t>
            </w:r>
          </w:p>
        </w:tc>
        <w:tc>
          <w:tcPr>
            <w:tcW w:type="dxa" w:w="1728"/>
          </w:tcPr>
          <w:p>
            <w:r>
              <w:t>فروش انواع گل وگیاه،کاکتوس باتنوع زیاد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914**04**9</w:t>
            </w:r>
          </w:p>
        </w:tc>
        <w:tc>
          <w:tcPr>
            <w:tcW w:type="dxa" w:w="1728"/>
          </w:tcPr>
          <w:p>
            <w:r>
              <w:t>Liela</w:t>
            </w:r>
          </w:p>
        </w:tc>
        <w:tc>
          <w:tcPr>
            <w:tcW w:type="dxa" w:w="1728"/>
          </w:tcPr>
          <w:p>
            <w:r>
              <w:t>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9147721002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Tablighat_ehsan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93*1*72***</w:t>
            </w:r>
          </w:p>
        </w:tc>
        <w:tc>
          <w:tcPr>
            <w:tcW w:type="dxa" w:w="1728"/>
          </w:tcPr>
          <w:p>
            <w:r>
              <w:t>@N&amp;Z&amp;M@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91477****1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Mmmmmmmmm13771377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93002**1**</w:t>
            </w:r>
          </w:p>
        </w:tc>
        <w:tc>
          <w:tcPr>
            <w:tcW w:type="dxa" w:w="1728"/>
          </w:tcPr>
          <w:p>
            <w:r>
              <w:t>◔͜͡◔ کـــوKosarثـــــر❤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aPasha80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914***9*20</w:t>
            </w:r>
          </w:p>
        </w:tc>
        <w:tc>
          <w:tcPr>
            <w:tcW w:type="dxa" w:w="1728"/>
          </w:tcPr>
          <w:p>
            <w:r>
              <w:t>خوروهای سواری و سنگین دیزل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Khodro102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93*333*924</w:t>
            </w:r>
          </w:p>
        </w:tc>
        <w:tc>
          <w:tcPr>
            <w:tcW w:type="dxa" w:w="1728"/>
          </w:tcPr>
          <w:p>
            <w:r>
              <w:t>S.Bashiran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93*92372*2</w:t>
            </w:r>
          </w:p>
        </w:tc>
        <w:tc>
          <w:tcPr>
            <w:tcW w:type="dxa" w:w="1728"/>
          </w:tcPr>
          <w:p>
            <w:r>
              <w:t>‘°ºø•❤•.¸Moein¸.•❤•øº°‘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93*4*149**</w:t>
            </w:r>
          </w:p>
        </w:tc>
        <w:tc>
          <w:tcPr>
            <w:tcW w:type="dxa" w:w="1728"/>
          </w:tcPr>
          <w:p>
            <w:r>
              <w:t>سلیمانی</w:t>
            </w:r>
          </w:p>
        </w:tc>
        <w:tc>
          <w:tcPr>
            <w:tcW w:type="dxa" w:w="1728"/>
          </w:tcPr>
          <w:p>
            <w:r>
              <w:t>طاها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910377**72</w:t>
            </w:r>
          </w:p>
        </w:tc>
        <w:tc>
          <w:tcPr>
            <w:tcW w:type="dxa" w:w="1728"/>
          </w:tcPr>
          <w:p>
            <w:r>
              <w:t>Mahnaz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Tandis_6002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93920723**</w:t>
            </w:r>
          </w:p>
        </w:tc>
        <w:tc>
          <w:tcPr>
            <w:tcW w:type="dxa" w:w="1728"/>
          </w:tcPr>
          <w:p>
            <w:r>
              <w:t>🪴🌿🌺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9147742013</w:t>
            </w:r>
          </w:p>
        </w:tc>
        <w:tc>
          <w:tcPr>
            <w:tcW w:type="dxa" w:w="1728"/>
          </w:tcPr>
          <w:p>
            <w:r>
              <w:t>ℳakkarɨ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Makkariii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93*79214*3</w:t>
            </w:r>
          </w:p>
        </w:tc>
        <w:tc>
          <w:tcPr>
            <w:tcW w:type="dxa" w:w="1728"/>
          </w:tcPr>
          <w:p>
            <w:r>
              <w:t>A.....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Aligahrma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939*477*13</w:t>
            </w:r>
          </w:p>
        </w:tc>
        <w:tc>
          <w:tcPr>
            <w:tcW w:type="dxa" w:w="1728"/>
          </w:tcPr>
          <w:p>
            <w:r>
              <w:t>◉✿🦋✿◉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914*4*3179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fff_1270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902**794*7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93*2091710</w:t>
            </w:r>
          </w:p>
        </w:tc>
        <w:tc>
          <w:tcPr>
            <w:tcW w:type="dxa" w:w="1728"/>
          </w:tcPr>
          <w:p>
            <w:r>
              <w:t>●▬▬๑۩۩๑parviz zarrin๑۩۩๑▬▬●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Parviz_z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9013407110</w:t>
            </w:r>
          </w:p>
        </w:tc>
        <w:tc>
          <w:tcPr>
            <w:tcW w:type="dxa" w:w="1728"/>
          </w:tcPr>
          <w:p>
            <w:r>
              <w:t>* leila 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gesmat23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93040**132</w:t>
            </w:r>
          </w:p>
        </w:tc>
        <w:tc>
          <w:tcPr>
            <w:tcW w:type="dxa" w:w="1728"/>
          </w:tcPr>
          <w:p>
            <w:r>
              <w:t>« Melika Jun 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91*133*239</w:t>
            </w:r>
          </w:p>
        </w:tc>
        <w:tc>
          <w:tcPr>
            <w:tcW w:type="dxa" w:w="1728"/>
          </w:tcPr>
          <w:p>
            <w:r>
              <w:t>کوثر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90312401*9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902**24042</w:t>
            </w:r>
          </w:p>
        </w:tc>
        <w:tc>
          <w:tcPr>
            <w:tcW w:type="dxa" w:w="1728"/>
          </w:tcPr>
          <w:p>
            <w:r>
              <w:t>دنیا بسوزه با خاطراتش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914**4***4</w:t>
            </w:r>
          </w:p>
        </w:tc>
        <w:tc>
          <w:tcPr>
            <w:tcW w:type="dxa" w:w="1728"/>
          </w:tcPr>
          <w:p>
            <w:r>
              <w:t>R.gh.y.h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R_gh_y_h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910**722*2</w:t>
            </w:r>
          </w:p>
        </w:tc>
        <w:tc>
          <w:tcPr>
            <w:tcW w:type="dxa" w:w="1728"/>
          </w:tcPr>
          <w:p>
            <w:r>
              <w:t>اصغر</w:t>
            </w:r>
          </w:p>
        </w:tc>
        <w:tc>
          <w:tcPr>
            <w:tcW w:type="dxa" w:w="1728"/>
          </w:tcPr>
          <w:p>
            <w:r>
              <w:t>اروجی</w:t>
            </w:r>
          </w:p>
        </w:tc>
        <w:tc>
          <w:tcPr>
            <w:tcW w:type="dxa" w:w="1728"/>
          </w:tcPr>
          <w:p>
            <w:r>
              <w:t>Asgharorouji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937421434*</w:t>
            </w:r>
          </w:p>
        </w:tc>
        <w:tc>
          <w:tcPr>
            <w:tcW w:type="dxa" w:w="1728"/>
          </w:tcPr>
          <w:p>
            <w:r>
              <w:t>مکاری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9144*12003</w:t>
            </w:r>
          </w:p>
        </w:tc>
        <w:tc>
          <w:tcPr>
            <w:tcW w:type="dxa" w:w="1728"/>
          </w:tcPr>
          <w:p>
            <w:r>
              <w:t>نصیر</w:t>
            </w:r>
          </w:p>
        </w:tc>
        <w:tc>
          <w:tcPr>
            <w:tcW w:type="dxa" w:w="1728"/>
          </w:tcPr>
          <w:p>
            <w:r>
              <w:t>اعتمادی</w:t>
            </w:r>
          </w:p>
        </w:tc>
        <w:tc>
          <w:tcPr>
            <w:tcW w:type="dxa" w:w="1728"/>
          </w:tcPr>
          <w:p>
            <w:r>
              <w:t>nasir_engelabi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90*1901704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kalbim1376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9373*0*112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Shiiktabrizmiandoab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901*79427*</w:t>
            </w:r>
          </w:p>
        </w:tc>
        <w:tc>
          <w:tcPr>
            <w:tcW w:type="dxa" w:w="1728"/>
          </w:tcPr>
          <w:p>
            <w:r>
              <w:t>Siavash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Siabaldar123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9147*4091*</w:t>
            </w:r>
          </w:p>
        </w:tc>
        <w:tc>
          <w:tcPr>
            <w:tcW w:type="dxa" w:w="1728"/>
          </w:tcPr>
          <w:p>
            <w:r>
              <w:t>فقط خداs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91473*9247</w:t>
            </w:r>
          </w:p>
        </w:tc>
        <w:tc>
          <w:tcPr>
            <w:tcW w:type="dxa" w:w="1728"/>
          </w:tcPr>
          <w:p>
            <w:r>
              <w:t>Ali Reza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93*91*2097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9027*22***</w:t>
            </w:r>
          </w:p>
        </w:tc>
        <w:tc>
          <w:tcPr>
            <w:tcW w:type="dxa" w:w="1728"/>
          </w:tcPr>
          <w:p>
            <w:r>
              <w:t>Faeze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903*7*1434</w:t>
            </w:r>
          </w:p>
        </w:tc>
        <w:tc>
          <w:tcPr>
            <w:tcW w:type="dxa" w:w="1728"/>
          </w:tcPr>
          <w:p>
            <w:r>
              <w:t>♡.....P....♡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homa9194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9034*377*9</w:t>
            </w:r>
          </w:p>
        </w:tc>
        <w:tc>
          <w:tcPr>
            <w:tcW w:type="dxa" w:w="1728"/>
          </w:tcPr>
          <w:p>
            <w:r>
              <w:t>seti:)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seti_8822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93**931***</w:t>
            </w:r>
          </w:p>
        </w:tc>
        <w:tc>
          <w:tcPr>
            <w:tcW w:type="dxa" w:w="1728"/>
          </w:tcPr>
          <w:p>
            <w:r>
              <w:t>مرضیه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mm4776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939904*47*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raholdelir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914*30*927</w:t>
            </w:r>
          </w:p>
        </w:tc>
        <w:tc>
          <w:tcPr>
            <w:tcW w:type="dxa" w:w="1728"/>
          </w:tcPr>
          <w:p>
            <w:r>
              <w:t>sadegh&amp;sahar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9149202192</w:t>
            </w:r>
          </w:p>
        </w:tc>
        <w:tc>
          <w:tcPr>
            <w:tcW w:type="dxa" w:w="1728"/>
          </w:tcPr>
          <w:p>
            <w:r>
              <w:t>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Juvub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91423774*9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93*****9*0</w:t>
            </w:r>
          </w:p>
        </w:tc>
        <w:tc>
          <w:tcPr>
            <w:tcW w:type="dxa" w:w="1728"/>
          </w:tcPr>
          <w:p>
            <w:r>
              <w:t>الینا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9142220*49</w:t>
            </w:r>
          </w:p>
        </w:tc>
        <w:tc>
          <w:tcPr>
            <w:tcW w:type="dxa" w:w="1728"/>
          </w:tcPr>
          <w:p>
            <w:r>
              <w:t>ال ای . سانای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914***0299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نجفی</w:t>
            </w:r>
          </w:p>
        </w:tc>
        <w:tc>
          <w:tcPr>
            <w:tcW w:type="dxa" w:w="1728"/>
          </w:tcPr>
          <w:p>
            <w:r>
              <w:t>Binab_Admin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93****29**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914*774323</w:t>
            </w:r>
          </w:p>
        </w:tc>
        <w:tc>
          <w:tcPr>
            <w:tcW w:type="dxa" w:w="1728"/>
          </w:tcPr>
          <w:p>
            <w:r>
              <w:t>تقی نژاد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93*4147***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9144209792</w:t>
            </w:r>
          </w:p>
        </w:tc>
        <w:tc>
          <w:tcPr>
            <w:tcW w:type="dxa" w:w="1728"/>
          </w:tcPr>
          <w:p>
            <w:r>
              <w:t>💖🤴Hamed.Saba87💖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9144*37349</w:t>
            </w:r>
          </w:p>
        </w:tc>
        <w:tc>
          <w:tcPr>
            <w:tcW w:type="dxa" w:w="1728"/>
          </w:tcPr>
          <w:p>
            <w:r>
              <w:t>P@ris@ Abdi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Abdi314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9392*0*133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Gholifam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914*24427*</w:t>
            </w:r>
          </w:p>
        </w:tc>
        <w:tc>
          <w:tcPr>
            <w:tcW w:type="dxa" w:w="1728"/>
          </w:tcPr>
          <w:p>
            <w:r>
              <w:t>یازهرا (س)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914*72*911</w:t>
            </w:r>
          </w:p>
        </w:tc>
        <w:tc>
          <w:tcPr>
            <w:tcW w:type="dxa" w:w="1728"/>
          </w:tcPr>
          <w:p>
            <w:r>
              <w:t>آموزشگاه نور هدایت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arzansarayek2021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901*3***77</w:t>
            </w:r>
          </w:p>
        </w:tc>
        <w:tc>
          <w:tcPr>
            <w:tcW w:type="dxa" w:w="1728"/>
          </w:tcPr>
          <w:p>
            <w:r>
              <w:t>Moh@mm@d@min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Amin96_yosefzadeh</w:t>
            </w:r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  <w:tr>
        <w:tc>
          <w:tcPr>
            <w:tcW w:type="dxa" w:w="1728"/>
          </w:tcPr>
          <w:p>
            <w:r>
              <w:t>914*400*3*</w:t>
            </w:r>
          </w:p>
        </w:tc>
        <w:tc>
          <w:tcPr>
            <w:tcW w:type="dxa" w:w="1728"/>
          </w:tcPr>
          <w:p>
            <w:r>
              <w:t>Sarina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ارزانسرای شیک پوشان و بناب و تبریزوارومیه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ارزانسرای شیک پوشان و بناب و تبریزوارومیه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