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آموزشی زهره وند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آموزشی زهره وند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939***4470</w:t>
            </w:r>
          </w:p>
        </w:tc>
        <w:tc>
          <w:tcPr>
            <w:tcW w:type="dxa" w:w="1728"/>
          </w:tcPr>
          <w:p>
            <w:r>
              <w:t>karimian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n_karimian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9033*79109</w:t>
            </w:r>
          </w:p>
        </w:tc>
        <w:tc>
          <w:tcPr>
            <w:tcW w:type="dxa" w:w="1728"/>
          </w:tcPr>
          <w:p>
            <w:r>
              <w:t>طائف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Alikoh1384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9012221***</w:t>
            </w:r>
          </w:p>
        </w:tc>
        <w:tc>
          <w:tcPr>
            <w:tcW w:type="dxa" w:w="1728"/>
          </w:tcPr>
          <w:p>
            <w:r>
              <w:t>MD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mdaneshi43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9122*03*1*</w:t>
            </w:r>
          </w:p>
        </w:tc>
        <w:tc>
          <w:tcPr>
            <w:tcW w:type="dxa" w:w="1728"/>
          </w:tcPr>
          <w:p>
            <w:r>
              <w:t>Mahshid.Jeihouni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shiid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937294*771</w:t>
            </w:r>
          </w:p>
        </w:tc>
        <w:tc>
          <w:tcPr>
            <w:tcW w:type="dxa" w:w="1728"/>
          </w:tcPr>
          <w:p>
            <w:r>
              <w:t>A.A.Gh.Law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AAghAAghdrAAgh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902701*791</w:t>
            </w:r>
          </w:p>
        </w:tc>
        <w:tc>
          <w:tcPr>
            <w:tcW w:type="dxa" w:w="1728"/>
          </w:tcPr>
          <w:p>
            <w:r>
              <w:t>D.samin.r</w:t>
            </w:r>
          </w:p>
        </w:tc>
        <w:tc>
          <w:tcPr>
            <w:tcW w:type="dxa" w:w="1728"/>
          </w:tcPr>
          <w:p>
            <w:r>
              <w:t>💉💊</w:t>
            </w:r>
          </w:p>
        </w:tc>
        <w:tc>
          <w:tcPr>
            <w:tcW w:type="dxa" w:w="1728"/>
          </w:tcPr>
          <w:p>
            <w:r>
              <w:t>drsamiin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9011209*49</w:t>
            </w:r>
          </w:p>
        </w:tc>
        <w:tc>
          <w:tcPr>
            <w:tcW w:type="dxa" w:w="1728"/>
          </w:tcPr>
          <w:p>
            <w:r>
              <w:t>یامهدی عج علی ظهورک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937***9741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💐</w:t>
            </w:r>
          </w:p>
        </w:tc>
        <w:tc>
          <w:tcPr>
            <w:tcW w:type="dxa" w:w="1728"/>
          </w:tcPr>
          <w:p>
            <w:r>
              <w:t>drss100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91249010*3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Najari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91970*20**</w:t>
            </w:r>
          </w:p>
        </w:tc>
        <w:tc>
          <w:tcPr>
            <w:tcW w:type="dxa" w:w="1728"/>
          </w:tcPr>
          <w:p>
            <w:r>
              <w:t>A 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A_gh96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9133*3*079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Edalati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93*10201*2</w:t>
            </w:r>
          </w:p>
        </w:tc>
        <w:tc>
          <w:tcPr>
            <w:tcW w:type="dxa" w:w="1728"/>
          </w:tcPr>
          <w:p>
            <w:r>
              <w:t>92110</w:t>
            </w:r>
          </w:p>
        </w:tc>
        <w:tc>
          <w:tcPr>
            <w:tcW w:type="dxa" w:w="1728"/>
          </w:tcPr>
          <w:p>
            <w:r>
              <w:t>1545</w:t>
            </w:r>
          </w:p>
        </w:tc>
        <w:tc>
          <w:tcPr>
            <w:tcW w:type="dxa" w:w="1728"/>
          </w:tcPr>
          <w:p>
            <w:r>
              <w:t>MOMrr222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912733039*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Mansourzade</w:t>
            </w:r>
          </w:p>
        </w:tc>
        <w:tc>
          <w:tcPr>
            <w:tcW w:type="dxa" w:w="1728"/>
          </w:tcPr>
          <w:p>
            <w:r>
              <w:t>MB_Mansourzade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9131*4*019</w:t>
            </w:r>
          </w:p>
        </w:tc>
        <w:tc>
          <w:tcPr>
            <w:tcW w:type="dxa" w:w="1728"/>
          </w:tcPr>
          <w:p>
            <w:r>
              <w:t>M....شاید این جمعه بیاید شاید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Ghazal_1020304050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939*04*290</w:t>
            </w:r>
          </w:p>
        </w:tc>
        <w:tc>
          <w:tcPr>
            <w:tcW w:type="dxa" w:w="1728"/>
          </w:tcPr>
          <w:p>
            <w:r>
              <w:t>باران</w:t>
            </w:r>
          </w:p>
        </w:tc>
        <w:tc>
          <w:tcPr>
            <w:tcW w:type="dxa" w:w="1728"/>
          </w:tcPr>
          <w:p>
            <w:r>
              <w:t>دریا</w:t>
            </w:r>
          </w:p>
        </w:tc>
        <w:tc>
          <w:tcPr>
            <w:tcW w:type="dxa" w:w="1728"/>
          </w:tcPr>
          <w:p>
            <w:r>
              <w:t>dayanaaa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91**024077</w:t>
            </w:r>
          </w:p>
        </w:tc>
        <w:tc>
          <w:tcPr>
            <w:tcW w:type="dxa" w:w="1728"/>
          </w:tcPr>
          <w:p>
            <w:r>
              <w:t>Tolu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tul94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9210302*97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Rahimi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91*3913121</w:t>
            </w:r>
          </w:p>
        </w:tc>
        <w:tc>
          <w:tcPr>
            <w:tcW w:type="dxa" w:w="1728"/>
          </w:tcPr>
          <w:p>
            <w:r>
              <w:t>Hajat.hz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9137391*44</w:t>
            </w:r>
          </w:p>
        </w:tc>
        <w:tc>
          <w:tcPr>
            <w:tcW w:type="dxa" w:w="1728"/>
          </w:tcPr>
          <w:p>
            <w:r>
              <w:t>ر...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93740021*4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91**079*39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Tadavar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913342**94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>
              <w:t>Fanimaleki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93*0*33722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eternal_r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9127*41134</w:t>
            </w:r>
          </w:p>
        </w:tc>
        <w:tc>
          <w:tcPr>
            <w:tcW w:type="dxa" w:w="1728"/>
          </w:tcPr>
          <w:p>
            <w:r>
              <w:t>Hatami 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9149119019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9393393473</w:t>
            </w:r>
          </w:p>
        </w:tc>
        <w:tc>
          <w:tcPr>
            <w:tcW w:type="dxa" w:w="1728"/>
          </w:tcPr>
          <w:p>
            <w:r>
              <w:t>? روزه‍ ‍ا ےس‍ ‍ی‍ ‍اه‍ 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99104**733</w:t>
            </w:r>
          </w:p>
        </w:tc>
        <w:tc>
          <w:tcPr>
            <w:tcW w:type="dxa" w:w="1728"/>
          </w:tcPr>
          <w:p>
            <w:r>
              <w:t>Blue Bird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plasmathrop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91*341*342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bornaeifb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9112200*11</w:t>
            </w:r>
          </w:p>
        </w:tc>
        <w:tc>
          <w:tcPr>
            <w:tcW w:type="dxa" w:w="1728"/>
          </w:tcPr>
          <w:p>
            <w:r>
              <w:t>K.</w:t>
            </w:r>
          </w:p>
        </w:tc>
        <w:tc>
          <w:tcPr>
            <w:tcW w:type="dxa" w:w="1728"/>
          </w:tcPr>
          <w:p>
            <w:r>
              <w:t>Fayyaz</w:t>
            </w:r>
          </w:p>
        </w:tc>
        <w:tc>
          <w:tcPr>
            <w:tcW w:type="dxa" w:w="1728"/>
          </w:tcPr>
          <w:p>
            <w:r>
              <w:t>K_Fayyaz_H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9124*4*49*</w:t>
            </w:r>
          </w:p>
        </w:tc>
        <w:tc>
          <w:tcPr>
            <w:tcW w:type="dxa" w:w="1728"/>
          </w:tcPr>
          <w:p>
            <w:r>
              <w:t>فاطمه نریمانی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fnar1391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91**079*99</w:t>
            </w:r>
          </w:p>
        </w:tc>
        <w:tc>
          <w:tcPr>
            <w:tcW w:type="dxa" w:w="1728"/>
          </w:tcPr>
          <w:p>
            <w:r>
              <w:t>H.</w:t>
            </w:r>
          </w:p>
        </w:tc>
        <w:tc>
          <w:tcPr>
            <w:tcW w:type="dxa" w:w="1728"/>
          </w:tcPr>
          <w:p>
            <w:r>
              <w:t>Jafarzadeh</w:t>
            </w:r>
          </w:p>
        </w:tc>
        <w:tc>
          <w:tcPr>
            <w:tcW w:type="dxa" w:w="1728"/>
          </w:tcPr>
          <w:p>
            <w:r>
              <w:t>Jafarzadeh_iauk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91*3*1403*</w:t>
            </w:r>
          </w:p>
        </w:tc>
        <w:tc>
          <w:tcPr>
            <w:tcW w:type="dxa" w:w="1728"/>
          </w:tcPr>
          <w:p>
            <w:r>
              <w:t>Saeedeh delfan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93*42*0*9*</w:t>
            </w:r>
          </w:p>
        </w:tc>
        <w:tc>
          <w:tcPr>
            <w:tcW w:type="dxa" w:w="1728"/>
          </w:tcPr>
          <w:p>
            <w:r>
              <w:t>far</w:t>
            </w:r>
          </w:p>
        </w:tc>
        <w:tc>
          <w:tcPr>
            <w:tcW w:type="dxa" w:w="1728"/>
          </w:tcPr>
          <w:p>
            <w:r>
              <w:t>ahm</w:t>
            </w:r>
          </w:p>
        </w:tc>
        <w:tc>
          <w:tcPr>
            <w:tcW w:type="dxa" w:w="1728"/>
          </w:tcPr>
          <w:p>
            <w:r>
              <w:t>ahmadicompute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91****23*4</w:t>
            </w:r>
          </w:p>
        </w:tc>
        <w:tc>
          <w:tcPr>
            <w:tcW w:type="dxa" w:w="1728"/>
          </w:tcPr>
          <w:p>
            <w:r>
              <w:t>T.bagheri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912****2**</w:t>
            </w:r>
          </w:p>
        </w:tc>
        <w:tc>
          <w:tcPr>
            <w:tcW w:type="dxa" w:w="1728"/>
          </w:tcPr>
          <w:p>
            <w:r>
              <w:t>Dr delroba</w:t>
            </w:r>
          </w:p>
        </w:tc>
        <w:tc>
          <w:tcPr>
            <w:tcW w:type="dxa" w:w="1728"/>
          </w:tcPr>
          <w:p>
            <w:r>
              <w:t>Azmsha</w:t>
            </w:r>
          </w:p>
        </w:tc>
        <w:tc>
          <w:tcPr>
            <w:tcW w:type="dxa" w:w="1728"/>
          </w:tcPr>
          <w:p>
            <w:r>
              <w:t>delrobaazmsha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912***2022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mehdi20095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91240**7*3</w:t>
            </w:r>
          </w:p>
        </w:tc>
        <w:tc>
          <w:tcPr>
            <w:tcW w:type="dxa" w:w="1728"/>
          </w:tcPr>
          <w:p>
            <w:r>
              <w:t>ط</w:t>
            </w:r>
          </w:p>
        </w:tc>
        <w:tc>
          <w:tcPr>
            <w:tcW w:type="dxa" w:w="1728"/>
          </w:tcPr>
          <w:p>
            <w:r>
              <w:t>موسوی</w:t>
            </w:r>
          </w:p>
        </w:tc>
        <w:tc>
          <w:tcPr>
            <w:tcW w:type="dxa" w:w="1728"/>
          </w:tcPr>
          <w:p>
            <w:r>
              <w:t>th_mousavi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93973*721*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Khosrobeigi</w:t>
            </w:r>
          </w:p>
        </w:tc>
        <w:tc>
          <w:tcPr>
            <w:tcW w:type="dxa" w:w="1728"/>
          </w:tcPr>
          <w:p>
            <w:r>
              <w:t>Saeedkh037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9373440***</w:t>
            </w:r>
          </w:p>
        </w:tc>
        <w:tc>
          <w:tcPr>
            <w:tcW w:type="dxa" w:w="1728"/>
          </w:tcPr>
          <w:p>
            <w:r>
              <w:t>familian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roya_familian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91229*04*0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939190*929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onlyfhabd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912*4*****</w:t>
            </w:r>
          </w:p>
        </w:tc>
        <w:tc>
          <w:tcPr>
            <w:tcW w:type="dxa" w:w="1728"/>
          </w:tcPr>
          <w:p>
            <w:r>
              <w:t>maral</w:t>
            </w:r>
          </w:p>
        </w:tc>
        <w:tc>
          <w:tcPr>
            <w:tcW w:type="dxa" w:w="1728"/>
          </w:tcPr>
          <w:p>
            <w:r>
              <w:t>rezaie</w:t>
            </w:r>
          </w:p>
        </w:tc>
        <w:tc>
          <w:tcPr>
            <w:tcW w:type="dxa" w:w="1728"/>
          </w:tcPr>
          <w:p>
            <w:r>
              <w:t>Mari0086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9121*77*31</w:t>
            </w:r>
          </w:p>
        </w:tc>
        <w:tc>
          <w:tcPr>
            <w:tcW w:type="dxa" w:w="1728"/>
          </w:tcPr>
          <w:p>
            <w:r>
              <w:t>Razie Jahani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9127****91</w:t>
            </w:r>
          </w:p>
        </w:tc>
        <w:tc>
          <w:tcPr>
            <w:tcW w:type="dxa" w:w="1728"/>
          </w:tcPr>
          <w:p>
            <w:r>
              <w:t>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912417*371</w:t>
            </w:r>
          </w:p>
        </w:tc>
        <w:tc>
          <w:tcPr>
            <w:tcW w:type="dxa" w:w="1728"/>
          </w:tcPr>
          <w:p>
            <w:r>
              <w:t>Fatima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FATIM86MM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912*011**7</w:t>
            </w:r>
          </w:p>
        </w:tc>
        <w:tc>
          <w:tcPr>
            <w:tcW w:type="dxa" w:w="1728"/>
          </w:tcPr>
          <w:p>
            <w:r>
              <w:t>Sima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myprofile111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9122140790</w:t>
            </w:r>
          </w:p>
        </w:tc>
        <w:tc>
          <w:tcPr>
            <w:tcW w:type="dxa" w:w="1728"/>
          </w:tcPr>
          <w:p>
            <w:r>
              <w:t>Pilevar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912*213919</w:t>
            </w:r>
          </w:p>
        </w:tc>
        <w:tc>
          <w:tcPr>
            <w:tcW w:type="dxa" w:w="1728"/>
          </w:tcPr>
          <w:p>
            <w:r>
              <w:t>Sanaz</w:t>
            </w:r>
          </w:p>
        </w:tc>
        <w:tc>
          <w:tcPr>
            <w:tcW w:type="dxa" w:w="1728"/>
          </w:tcPr>
          <w:p>
            <w:r>
              <w:t>Jeddi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9120*377*4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91*1171339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Hasannejad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91237171*9</w:t>
            </w:r>
          </w:p>
        </w:tc>
        <w:tc>
          <w:tcPr>
            <w:tcW w:type="dxa" w:w="1728"/>
          </w:tcPr>
          <w:p>
            <w:r>
              <w:t>Ebrahimi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saeedebrahimi159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93*7110327</w:t>
            </w:r>
          </w:p>
        </w:tc>
        <w:tc>
          <w:tcPr>
            <w:tcW w:type="dxa" w:w="1728"/>
          </w:tcPr>
          <w:p>
            <w:r>
              <w:t>m.p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90199*7*71</w:t>
            </w:r>
          </w:p>
        </w:tc>
        <w:tc>
          <w:tcPr>
            <w:tcW w:type="dxa" w:w="1728"/>
          </w:tcPr>
          <w:p>
            <w:r>
              <w:t>~Dr Maryam Ashori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90379*311*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9123*42430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محمدی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9149*7***4</w:t>
            </w:r>
          </w:p>
        </w:tc>
        <w:tc>
          <w:tcPr>
            <w:tcW w:type="dxa" w:w="1728"/>
          </w:tcPr>
          <w:p>
            <w:r>
              <w:t>Hasani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91231*4*27</w:t>
            </w:r>
          </w:p>
        </w:tc>
        <w:tc>
          <w:tcPr>
            <w:tcW w:type="dxa" w:w="1728"/>
          </w:tcPr>
          <w:p>
            <w:r>
              <w:t>Shohreh</w:t>
            </w:r>
          </w:p>
        </w:tc>
        <w:tc>
          <w:tcPr>
            <w:tcW w:type="dxa" w:w="1728"/>
          </w:tcPr>
          <w:p>
            <w:r>
              <w:t>Ayyough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912*27077*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Lashkari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912922*79*</w:t>
            </w:r>
          </w:p>
        </w:tc>
        <w:tc>
          <w:tcPr>
            <w:tcW w:type="dxa" w:w="1728"/>
          </w:tcPr>
          <w:p>
            <w:r>
              <w:t>Raha</w:t>
            </w:r>
          </w:p>
        </w:tc>
        <w:tc>
          <w:tcPr>
            <w:tcW w:type="dxa" w:w="1728"/>
          </w:tcPr>
          <w:p>
            <w:r>
              <w:t>Bayat</w:t>
            </w:r>
          </w:p>
        </w:tc>
        <w:tc>
          <w:tcPr>
            <w:tcW w:type="dxa" w:w="1728"/>
          </w:tcPr>
          <w:p>
            <w:r>
              <w:t>DrRahaTr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91*1304**1</w:t>
            </w:r>
          </w:p>
        </w:tc>
        <w:tc>
          <w:tcPr>
            <w:tcW w:type="dxa" w:w="1728"/>
          </w:tcPr>
          <w:p>
            <w:r>
              <w:t>فریبا</w:t>
            </w:r>
          </w:p>
        </w:tc>
        <w:tc>
          <w:tcPr>
            <w:tcW w:type="dxa" w:w="1728"/>
          </w:tcPr>
          <w:p>
            <w:r>
              <w:t>عزیزی</w:t>
            </w:r>
          </w:p>
        </w:tc>
        <w:tc>
          <w:tcPr>
            <w:tcW w:type="dxa" w:w="1728"/>
          </w:tcPr>
          <w:p>
            <w:r>
              <w:t>fariba_azizi2020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91230*399*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9113412*91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Fasihi</w:t>
            </w:r>
          </w:p>
        </w:tc>
        <w:tc>
          <w:tcPr>
            <w:tcW w:type="dxa" w:w="1728"/>
          </w:tcPr>
          <w:p>
            <w:r>
              <w:t>maryamfasihi66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912*070*34</w:t>
            </w:r>
          </w:p>
        </w:tc>
        <w:tc>
          <w:tcPr>
            <w:tcW w:type="dxa" w:w="1728"/>
          </w:tcPr>
          <w:p>
            <w:r>
              <w:t>Elaheh</w:t>
            </w:r>
          </w:p>
        </w:tc>
        <w:tc>
          <w:tcPr>
            <w:tcW w:type="dxa" w:w="1728"/>
          </w:tcPr>
          <w:p>
            <w:r>
              <w:t>R.</w:t>
            </w:r>
          </w:p>
        </w:tc>
        <w:tc>
          <w:tcPr>
            <w:tcW w:type="dxa" w:w="1728"/>
          </w:tcPr>
          <w:p>
            <w:r>
              <w:t>Roshanfekr51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917194017*</w:t>
            </w:r>
          </w:p>
        </w:tc>
        <w:tc>
          <w:tcPr>
            <w:tcW w:type="dxa" w:w="1728"/>
          </w:tcPr>
          <w:p>
            <w:r>
              <w:t>Rrwfd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9122*124*2</w:t>
            </w:r>
          </w:p>
        </w:tc>
        <w:tc>
          <w:tcPr>
            <w:tcW w:type="dxa" w:w="1728"/>
          </w:tcPr>
          <w:p>
            <w:r>
              <w:t>مجتبی</w:t>
            </w:r>
          </w:p>
        </w:tc>
        <w:tc>
          <w:tcPr>
            <w:tcW w:type="dxa" w:w="1728"/>
          </w:tcPr>
          <w:p>
            <w:r>
              <w:t>دلیر یونسی</w:t>
            </w:r>
          </w:p>
        </w:tc>
        <w:tc>
          <w:tcPr>
            <w:tcW w:type="dxa" w:w="1728"/>
          </w:tcPr>
          <w:p>
            <w:r>
              <w:t>MD135531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919234*1*0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9143472997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A_bluediamond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9390394**1</w:t>
            </w:r>
          </w:p>
        </w:tc>
        <w:tc>
          <w:tcPr>
            <w:tcW w:type="dxa" w:w="1728"/>
          </w:tcPr>
          <w:p>
            <w:r>
              <w:t>Pari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912**97329</w:t>
            </w:r>
          </w:p>
        </w:tc>
        <w:tc>
          <w:tcPr>
            <w:tcW w:type="dxa" w:w="1728"/>
          </w:tcPr>
          <w:p>
            <w:r>
              <w:t>Hejran</w:t>
            </w:r>
          </w:p>
        </w:tc>
        <w:tc>
          <w:tcPr>
            <w:tcW w:type="dxa" w:w="1728"/>
          </w:tcPr>
          <w:p>
            <w:r>
              <w:t>Hashemian</w:t>
            </w:r>
          </w:p>
        </w:tc>
        <w:tc>
          <w:tcPr>
            <w:tcW w:type="dxa" w:w="1728"/>
          </w:tcPr>
          <w:p>
            <w:r>
              <w:t>hhashemian226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91394992**</w:t>
            </w:r>
          </w:p>
        </w:tc>
        <w:tc>
          <w:tcPr>
            <w:tcW w:type="dxa" w:w="1728"/>
          </w:tcPr>
          <w:p>
            <w:r>
              <w:t>darini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9133*01***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imokhtarifard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9394339324</w:t>
            </w:r>
          </w:p>
        </w:tc>
        <w:tc>
          <w:tcPr>
            <w:tcW w:type="dxa" w:w="1728"/>
          </w:tcPr>
          <w:p>
            <w:r>
              <w:t>رحیمی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9307*22044</w:t>
            </w:r>
          </w:p>
        </w:tc>
        <w:tc>
          <w:tcPr>
            <w:tcW w:type="dxa" w:w="1728"/>
          </w:tcPr>
          <w:p>
            <w:r>
              <w:t>@a_yazdani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Yazdani_math98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912*2*991*</w:t>
            </w:r>
          </w:p>
        </w:tc>
        <w:tc>
          <w:tcPr>
            <w:tcW w:type="dxa" w:w="1728"/>
          </w:tcPr>
          <w:p>
            <w:r>
              <w:t>M-t-kh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919379292*</w:t>
            </w:r>
          </w:p>
        </w:tc>
        <w:tc>
          <w:tcPr>
            <w:tcW w:type="dxa" w:w="1728"/>
          </w:tcPr>
          <w:p>
            <w:r>
              <w:t>حمید میرزایی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hamidmirzaei137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9112213**7</w:t>
            </w:r>
          </w:p>
        </w:tc>
        <w:tc>
          <w:tcPr>
            <w:tcW w:type="dxa" w:w="1728"/>
          </w:tcPr>
          <w:p>
            <w:r>
              <w:t>Leila Ramezanzade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LeilaR1369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912**3**9*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Fania1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912****124</w:t>
            </w:r>
          </w:p>
        </w:tc>
        <w:tc>
          <w:tcPr>
            <w:tcW w:type="dxa" w:w="1728"/>
          </w:tcPr>
          <w:p>
            <w:r>
              <w:t>Elnaz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elnaz_yousefian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91324**9*1</w:t>
            </w:r>
          </w:p>
        </w:tc>
        <w:tc>
          <w:tcPr>
            <w:tcW w:type="dxa" w:w="1728"/>
          </w:tcPr>
          <w:p>
            <w:r>
              <w:t>@aditor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  <w:tr>
        <w:tc>
          <w:tcPr>
            <w:tcW w:type="dxa" w:w="1728"/>
          </w:tcPr>
          <w:p>
            <w:r>
              <w:t>9113324390</w:t>
            </w:r>
          </w:p>
        </w:tc>
        <w:tc>
          <w:tcPr>
            <w:tcW w:type="dxa" w:w="1728"/>
          </w:tcPr>
          <w:p>
            <w:r>
              <w:t>ghasem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آموزشی زهره وند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آموزشی زهره وند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