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گالری هنری عشق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گالری هنری عشق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9133**142*</w:t>
            </w:r>
          </w:p>
        </w:tc>
        <w:tc>
          <w:tcPr>
            <w:tcW w:type="dxa" w:w="1728"/>
          </w:tcPr>
          <w:p>
            <w:r>
              <w:t>ارشیا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Majid_z60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937907*47*</w:t>
            </w:r>
          </w:p>
        </w:tc>
        <w:tc>
          <w:tcPr>
            <w:tcW w:type="dxa" w:w="1728"/>
          </w:tcPr>
          <w:p>
            <w:r>
              <w:t>mrs</w:t>
            </w:r>
          </w:p>
        </w:tc>
        <w:tc>
          <w:tcPr>
            <w:tcW w:type="dxa" w:w="1728"/>
          </w:tcPr>
          <w:p>
            <w:r>
              <w:t>ghazal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91*9172*31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aminstd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91414***0*</w:t>
            </w:r>
          </w:p>
        </w:tc>
        <w:tc>
          <w:tcPr>
            <w:tcW w:type="dxa" w:w="1728"/>
          </w:tcPr>
          <w:p>
            <w:r>
              <w:t>مری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9132*3737*</w:t>
            </w:r>
          </w:p>
        </w:tc>
        <w:tc>
          <w:tcPr>
            <w:tcW w:type="dxa" w:w="1728"/>
          </w:tcPr>
          <w:p>
            <w:r>
              <w:t>E"R"F"A"N"E"H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erfaneh_73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91*3337092</w:t>
            </w:r>
          </w:p>
        </w:tc>
        <w:tc>
          <w:tcPr>
            <w:tcW w:type="dxa" w:w="1728"/>
          </w:tcPr>
          <w:p>
            <w:r>
              <w:t>MH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990*4907*4</w:t>
            </w:r>
          </w:p>
        </w:tc>
        <w:tc>
          <w:tcPr>
            <w:tcW w:type="dxa" w:w="1728"/>
          </w:tcPr>
          <w:p>
            <w:r>
              <w:t>Soltane Ghalb ha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91*1003***</w:t>
            </w:r>
          </w:p>
        </w:tc>
        <w:tc>
          <w:tcPr>
            <w:tcW w:type="dxa" w:w="1728"/>
          </w:tcPr>
          <w:p>
            <w:r>
              <w:t>Beh_Mel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Behnazmelyooni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914**34*30</w:t>
            </w:r>
          </w:p>
        </w:tc>
        <w:tc>
          <w:tcPr>
            <w:tcW w:type="dxa" w:w="1728"/>
          </w:tcPr>
          <w:p>
            <w:r>
              <w:t>(✿◠‿◠♥)safura (♥◠‿◠✿)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safura_kamran68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901*401979</w:t>
            </w:r>
          </w:p>
        </w:tc>
        <w:tc>
          <w:tcPr>
            <w:tcW w:type="dxa" w:w="1728"/>
          </w:tcPr>
          <w:p>
            <w:r>
              <w:t>🌸</w:t>
            </w:r>
          </w:p>
        </w:tc>
        <w:tc>
          <w:tcPr>
            <w:tcW w:type="dxa" w:w="1728"/>
          </w:tcPr>
          <w:p>
            <w:r>
              <w:t>𝑀𝒪𝐻𝒟𝐸𝒮𝒜𝐸 🌸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9133**0932</w:t>
            </w:r>
          </w:p>
        </w:tc>
        <w:tc>
          <w:tcPr>
            <w:tcW w:type="dxa" w:w="1728"/>
          </w:tcPr>
          <w:p>
            <w:r>
              <w:t>E.</w:t>
            </w:r>
          </w:p>
        </w:tc>
        <w:tc>
          <w:tcPr>
            <w:tcW w:type="dxa" w:w="1728"/>
          </w:tcPr>
          <w:p>
            <w:r>
              <w:t>Af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93*73**02*</w:t>
            </w:r>
          </w:p>
        </w:tc>
        <w:tc>
          <w:tcPr>
            <w:tcW w:type="dxa" w:w="1728"/>
          </w:tcPr>
          <w:p>
            <w:r>
              <w:t>h....m...z....e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hanasa1234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939241***2</w:t>
            </w:r>
          </w:p>
        </w:tc>
        <w:tc>
          <w:tcPr>
            <w:tcW w:type="dxa" w:w="1728"/>
          </w:tcPr>
          <w:p>
            <w:r>
              <w:t>ஜ۩۩ஜ عاطفه😊ஜ۩۩ஜ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Atifih3847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9911*10307</w:t>
            </w:r>
          </w:p>
        </w:tc>
        <w:tc>
          <w:tcPr>
            <w:tcW w:type="dxa" w:w="1728"/>
          </w:tcPr>
          <w:p>
            <w:r>
              <w:t>هستي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91**971121</w:t>
            </w:r>
          </w:p>
        </w:tc>
        <w:tc>
          <w:tcPr>
            <w:tcW w:type="dxa" w:w="1728"/>
          </w:tcPr>
          <w:p>
            <w:r>
              <w:t>Sharmin</w:t>
            </w:r>
          </w:p>
        </w:tc>
        <w:tc>
          <w:tcPr>
            <w:tcW w:type="dxa" w:w="1728"/>
          </w:tcPr>
          <w:p>
            <w:r>
              <w:t>Advay</w:t>
            </w:r>
          </w:p>
        </w:tc>
        <w:tc>
          <w:tcPr>
            <w:tcW w:type="dxa" w:w="1728"/>
          </w:tcPr>
          <w:p>
            <w:r>
              <w:t>SharminAdvay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93*2231**7</w:t>
            </w:r>
          </w:p>
        </w:tc>
        <w:tc>
          <w:tcPr>
            <w:tcW w:type="dxa" w:w="1728"/>
          </w:tcPr>
          <w:p>
            <w:r>
              <w:t>arezoo</w:t>
            </w:r>
          </w:p>
        </w:tc>
        <w:tc>
          <w:tcPr>
            <w:tcW w:type="dxa" w:w="1728"/>
          </w:tcPr>
          <w:p>
            <w:r>
              <w:t>taheri</w:t>
            </w:r>
          </w:p>
        </w:tc>
        <w:tc>
          <w:tcPr>
            <w:tcW w:type="dxa" w:w="1728"/>
          </w:tcPr>
          <w:p>
            <w:r>
              <w:t>Arezoo_taheri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913*493412</w:t>
            </w:r>
          </w:p>
        </w:tc>
        <w:tc>
          <w:tcPr>
            <w:tcW w:type="dxa" w:w="1728"/>
          </w:tcPr>
          <w:p>
            <w:r>
              <w:t>Farah 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Farahnaz3412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9370*49192</w:t>
            </w:r>
          </w:p>
        </w:tc>
        <w:tc>
          <w:tcPr>
            <w:tcW w:type="dxa" w:w="1728"/>
          </w:tcPr>
          <w:p>
            <w:r>
              <w:t>Ehsan jalilzadeh tabrizi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ehsanjalilzadetabrizi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93*407239*</w:t>
            </w:r>
          </w:p>
        </w:tc>
        <w:tc>
          <w:tcPr>
            <w:tcW w:type="dxa" w:w="1728"/>
          </w:tcPr>
          <w:p>
            <w:r>
              <w:t>.•♫•♬•●▬▬๑۩۩๑ ALI akbari ๑۩۩๑▬▬●•♬•♫•.</w:t>
            </w:r>
          </w:p>
        </w:tc>
        <w:tc>
          <w:tcPr>
            <w:tcW w:type="dxa" w:w="1728"/>
          </w:tcPr>
          <w:p>
            <w:r>
              <w:t>♫•♬•●▬▬๑۩۩๑ ALI akbari ๑۩۩๑▬▬●•♬•♫•.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93907*297*</w:t>
            </w:r>
          </w:p>
        </w:tc>
        <w:tc>
          <w:tcPr>
            <w:tcW w:type="dxa" w:w="1728"/>
          </w:tcPr>
          <w:p>
            <w:r>
              <w:t>ث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Lqksbhzjsbshal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9394144*12</w:t>
            </w:r>
          </w:p>
        </w:tc>
        <w:tc>
          <w:tcPr>
            <w:tcW w:type="dxa" w:w="1728"/>
          </w:tcPr>
          <w:p>
            <w:r>
              <w:t>▂▃▄▅▆▇█▓▒░بانوی مهر░▒▓█▇▆▅▄▃▂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OliBanoo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9307924014</w:t>
            </w:r>
          </w:p>
        </w:tc>
        <w:tc>
          <w:tcPr>
            <w:tcW w:type="dxa" w:w="1728"/>
          </w:tcPr>
          <w:p>
            <w:r>
              <w:t>Ali choupanvafa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Ali_C_v_a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93**792479</w:t>
            </w:r>
          </w:p>
        </w:tc>
        <w:tc>
          <w:tcPr>
            <w:tcW w:type="dxa" w:w="1728"/>
          </w:tcPr>
          <w:p>
            <w:r>
              <w:t>قلب شیشه ای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baba2159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930*2*0**9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m20yasna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939*24777*</w:t>
            </w:r>
          </w:p>
        </w:tc>
        <w:tc>
          <w:tcPr>
            <w:tcW w:type="dxa" w:w="1728"/>
          </w:tcPr>
          <w:p>
            <w:r>
              <w:t>آسمون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91*1312**1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93**1**424</w:t>
            </w:r>
          </w:p>
        </w:tc>
        <w:tc>
          <w:tcPr>
            <w:tcW w:type="dxa" w:w="1728"/>
          </w:tcPr>
          <w:p>
            <w:r>
              <w:t>نفیسه</w:t>
            </w:r>
          </w:p>
        </w:tc>
        <w:tc>
          <w:tcPr>
            <w:tcW w:type="dxa" w:w="1728"/>
          </w:tcPr>
          <w:p>
            <w:r>
              <w:t>خاتمی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93*7477101</w:t>
            </w:r>
          </w:p>
        </w:tc>
        <w:tc>
          <w:tcPr>
            <w:tcW w:type="dxa" w:w="1728"/>
          </w:tcPr>
          <w:p>
            <w:r>
              <w:t>‘°ºø•❤•.¸@fsane¸.•❤•øº°‘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m_hosini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93**77**9*</w:t>
            </w:r>
          </w:p>
        </w:tc>
        <w:tc>
          <w:tcPr>
            <w:tcW w:type="dxa" w:w="1728"/>
          </w:tcPr>
          <w:p>
            <w:r>
              <w:t>m/a/y/r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9013**90*1</w:t>
            </w:r>
          </w:p>
        </w:tc>
        <w:tc>
          <w:tcPr>
            <w:tcW w:type="dxa" w:w="1728"/>
          </w:tcPr>
          <w:p>
            <w:r>
              <w:t>Tofan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933***03*9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93*117*3*7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AteNa8367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9139231**4</w:t>
            </w:r>
          </w:p>
        </w:tc>
        <w:tc>
          <w:tcPr>
            <w:tcW w:type="dxa" w:w="1728"/>
          </w:tcPr>
          <w:p>
            <w:r>
              <w:t>:)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93307*7*27</w:t>
            </w:r>
          </w:p>
        </w:tc>
        <w:tc>
          <w:tcPr>
            <w:tcW w:type="dxa" w:w="1728"/>
          </w:tcPr>
          <w:p>
            <w:r>
              <w:t>رهـ✿͜͡❥ـ🍁়়ৃ়ৃৃৃ়ٖٖۘۘـا❤️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rahaz6060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9334**4239</w:t>
            </w:r>
          </w:p>
        </w:tc>
        <w:tc>
          <w:tcPr>
            <w:tcW w:type="dxa" w:w="1728"/>
          </w:tcPr>
          <w:p>
            <w:r>
              <w:t>Zeynab alinezhad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Z_R_ad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913*373*4*</w:t>
            </w:r>
          </w:p>
        </w:tc>
        <w:tc>
          <w:tcPr>
            <w:tcW w:type="dxa" w:w="1728"/>
          </w:tcPr>
          <w:p>
            <w:r>
              <w:t>یا صاحب الزمان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903**1911*</w:t>
            </w:r>
          </w:p>
        </w:tc>
        <w:tc>
          <w:tcPr>
            <w:tcW w:type="dxa" w:w="1728"/>
          </w:tcPr>
          <w:p>
            <w:r>
              <w:t>Z.p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ZPahlavan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91*7794071</w:t>
            </w:r>
          </w:p>
        </w:tc>
        <w:tc>
          <w:tcPr>
            <w:tcW w:type="dxa" w:w="1728"/>
          </w:tcPr>
          <w:p>
            <w:r>
              <w:t>مهسا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Mehrsanamehrsam12345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90*07233**</w:t>
            </w:r>
          </w:p>
        </w:tc>
        <w:tc>
          <w:tcPr>
            <w:tcW w:type="dxa" w:w="1728"/>
          </w:tcPr>
          <w:p>
            <w:r>
              <w:t>Sh...akharatparast....،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9372*77143</w:t>
            </w:r>
          </w:p>
        </w:tc>
        <w:tc>
          <w:tcPr>
            <w:tcW w:type="dxa" w:w="1728"/>
          </w:tcPr>
          <w:p>
            <w:r>
              <w:t>فاطمه سادات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Fsadat61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93*24473*7</w:t>
            </w:r>
          </w:p>
        </w:tc>
        <w:tc>
          <w:tcPr>
            <w:tcW w:type="dxa" w:w="1728"/>
          </w:tcPr>
          <w:p>
            <w:r>
              <w:t>فاطمه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921194*2*9</w:t>
            </w:r>
          </w:p>
        </w:tc>
        <w:tc>
          <w:tcPr>
            <w:tcW w:type="dxa" w:w="1728"/>
          </w:tcPr>
          <w:p>
            <w:r>
              <w:t>♡ąℓï♡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Alieghtesadi1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912**74*7*</w:t>
            </w:r>
          </w:p>
        </w:tc>
        <w:tc>
          <w:tcPr>
            <w:tcW w:type="dxa" w:w="1728"/>
          </w:tcPr>
          <w:p>
            <w:r>
              <w:t>مرضیه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913*12*092</w:t>
            </w:r>
          </w:p>
        </w:tc>
        <w:tc>
          <w:tcPr>
            <w:tcW w:type="dxa" w:w="1728"/>
          </w:tcPr>
          <w:p>
            <w:r>
              <w:t>Ali amouei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ali_amouei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90391*3320</w:t>
            </w:r>
          </w:p>
        </w:tc>
        <w:tc>
          <w:tcPr>
            <w:tcW w:type="dxa" w:w="1728"/>
          </w:tcPr>
          <w:p>
            <w:r>
              <w:t>شقایق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914*97*200</w:t>
            </w:r>
          </w:p>
        </w:tc>
        <w:tc>
          <w:tcPr>
            <w:tcW w:type="dxa" w:w="1728"/>
          </w:tcPr>
          <w:p>
            <w:r>
              <w:t>💖💕💕</w:t>
            </w:r>
          </w:p>
        </w:tc>
        <w:tc>
          <w:tcPr>
            <w:tcW w:type="dxa" w:w="1728"/>
          </w:tcPr>
          <w:p>
            <w:r>
              <w:t>الماس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911*713*74</w:t>
            </w:r>
          </w:p>
        </w:tc>
        <w:tc>
          <w:tcPr>
            <w:tcW w:type="dxa" w:w="1728"/>
          </w:tcPr>
          <w:p>
            <w:r>
              <w:t>Masum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Masumebarabari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930*294434</w:t>
            </w:r>
          </w:p>
        </w:tc>
        <w:tc>
          <w:tcPr>
            <w:tcW w:type="dxa" w:w="1728"/>
          </w:tcPr>
          <w:p>
            <w:r>
              <w:t>miss</w:t>
            </w:r>
          </w:p>
        </w:tc>
        <w:tc>
          <w:tcPr>
            <w:tcW w:type="dxa" w:w="1728"/>
          </w:tcPr>
          <w:p>
            <w:r>
              <w:t>Rohani</w:t>
            </w:r>
          </w:p>
        </w:tc>
        <w:tc>
          <w:tcPr>
            <w:tcW w:type="dxa" w:w="1728"/>
          </w:tcPr>
          <w:p>
            <w:r>
              <w:t>pariyarohani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9123729**1</w:t>
            </w:r>
          </w:p>
        </w:tc>
        <w:tc>
          <w:tcPr>
            <w:tcW w:type="dxa" w:w="1728"/>
          </w:tcPr>
          <w:p>
            <w:r>
              <w:t>فریده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939193**71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nmi</w:t>
            </w:r>
          </w:p>
        </w:tc>
        <w:tc>
          <w:tcPr>
            <w:tcW w:type="dxa" w:w="1728"/>
          </w:tcPr>
          <w:p>
            <w:r>
              <w:t>maryamnmni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913*433797</w:t>
            </w:r>
          </w:p>
        </w:tc>
        <w:tc>
          <w:tcPr>
            <w:tcW w:type="dxa" w:w="1728"/>
          </w:tcPr>
          <w:p>
            <w:r>
              <w:t>لیمو ترش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93**910110</w:t>
            </w:r>
          </w:p>
        </w:tc>
        <w:tc>
          <w:tcPr>
            <w:tcW w:type="dxa" w:w="1728"/>
          </w:tcPr>
          <w:p>
            <w:r>
              <w:t>Romisa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9129327*91</w:t>
            </w:r>
          </w:p>
        </w:tc>
        <w:tc>
          <w:tcPr>
            <w:tcW w:type="dxa" w:w="1728"/>
          </w:tcPr>
          <w:p>
            <w:r>
              <w:t>ملیحه</w:t>
            </w:r>
          </w:p>
        </w:tc>
        <w:tc>
          <w:tcPr>
            <w:tcW w:type="dxa" w:w="1728"/>
          </w:tcPr>
          <w:p>
            <w:r>
              <w:t>جلالی</w:t>
            </w:r>
          </w:p>
        </w:tc>
        <w:tc>
          <w:tcPr>
            <w:tcW w:type="dxa" w:w="1728"/>
          </w:tcPr>
          <w:p>
            <w:r>
              <w:t>Malihhee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9139*77*9*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912123492*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Karami</w:t>
            </w:r>
          </w:p>
        </w:tc>
        <w:tc>
          <w:tcPr>
            <w:tcW w:type="dxa" w:w="1728"/>
          </w:tcPr>
          <w:p>
            <w:r>
              <w:t>mrk1332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99079**9*4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937442*434</w:t>
            </w:r>
          </w:p>
        </w:tc>
        <w:tc>
          <w:tcPr>
            <w:tcW w:type="dxa" w:w="1728"/>
          </w:tcPr>
          <w:p>
            <w:r>
              <w:t>❤️ maryam❤️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maryam1373n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91***791**</w:t>
            </w:r>
          </w:p>
        </w:tc>
        <w:tc>
          <w:tcPr>
            <w:tcW w:type="dxa" w:w="1728"/>
          </w:tcPr>
          <w:p>
            <w:r>
              <w:t>زهراجون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93329*7941</w:t>
            </w:r>
          </w:p>
        </w:tc>
        <w:tc>
          <w:tcPr>
            <w:tcW w:type="dxa" w:w="1728"/>
          </w:tcPr>
          <w:p>
            <w:r>
              <w:t>❤️mina❤️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9123*4**7*</w:t>
            </w:r>
          </w:p>
        </w:tc>
        <w:tc>
          <w:tcPr>
            <w:tcW w:type="dxa" w:w="1728"/>
          </w:tcPr>
          <w:p>
            <w:r>
              <w:t>M.Akbari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fatem_VIP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9304*91*1*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A_137404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93*39*0240</w:t>
            </w:r>
          </w:p>
        </w:tc>
        <w:tc>
          <w:tcPr>
            <w:tcW w:type="dxa" w:w="1728"/>
          </w:tcPr>
          <w:p>
            <w:r>
              <w:t>یسنا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91*79*339*</w:t>
            </w:r>
          </w:p>
        </w:tc>
        <w:tc>
          <w:tcPr>
            <w:tcW w:type="dxa" w:w="1728"/>
          </w:tcPr>
          <w:p>
            <w:r>
              <w:t>P.R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prrahi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91492029*0</w:t>
            </w:r>
          </w:p>
        </w:tc>
        <w:tc>
          <w:tcPr>
            <w:tcW w:type="dxa" w:w="1728"/>
          </w:tcPr>
          <w:p>
            <w:r>
              <w:t>Maryam mo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91*9*4*171</w:t>
            </w:r>
          </w:p>
        </w:tc>
        <w:tc>
          <w:tcPr>
            <w:tcW w:type="dxa" w:w="1728"/>
          </w:tcPr>
          <w:p>
            <w:r>
              <w:t>رز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93*97*1310</w:t>
            </w:r>
          </w:p>
        </w:tc>
        <w:tc>
          <w:tcPr>
            <w:tcW w:type="dxa" w:w="1728"/>
          </w:tcPr>
          <w:p>
            <w:r>
              <w:t>Khanlo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91***73***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meladshop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91*3330*11</w:t>
            </w:r>
          </w:p>
        </w:tc>
        <w:tc>
          <w:tcPr>
            <w:tcW w:type="dxa" w:w="1728"/>
          </w:tcPr>
          <w:p>
            <w:r>
              <w:t>.:**:.*.:｡.✿✿.｡.:* :**:.</w:t>
            </w:r>
          </w:p>
        </w:tc>
        <w:tc>
          <w:tcPr>
            <w:tcW w:type="dxa" w:w="1728"/>
          </w:tcPr>
          <w:p>
            <w:r>
              <w:t>رضا هاشم پور</w:t>
            </w:r>
          </w:p>
        </w:tc>
        <w:tc>
          <w:tcPr>
            <w:tcW w:type="dxa" w:w="1728"/>
          </w:tcPr>
          <w:p>
            <w:r>
              <w:t>Rzahashmpor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930129*1*9</w:t>
            </w:r>
          </w:p>
        </w:tc>
        <w:tc>
          <w:tcPr>
            <w:tcW w:type="dxa" w:w="1728"/>
          </w:tcPr>
          <w:p>
            <w:r>
              <w:t>Z؛R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91*993*940</w:t>
            </w:r>
          </w:p>
        </w:tc>
        <w:tc>
          <w:tcPr>
            <w:tcW w:type="dxa" w:w="1728"/>
          </w:tcPr>
          <w:p>
            <w:r>
              <w:t>Atefeh.gh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atefeh_gh65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9393**4020</w:t>
            </w:r>
          </w:p>
        </w:tc>
        <w:tc>
          <w:tcPr>
            <w:tcW w:type="dxa" w:w="1728"/>
          </w:tcPr>
          <w:p>
            <w:r>
              <w:t>Feri&amp;meci،🤩🤩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ferejoon1992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9370**9*0*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mohammd_yasin_mozaffari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9013**472*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>
              <w:t>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9134*133*7</w:t>
            </w:r>
          </w:p>
        </w:tc>
        <w:tc>
          <w:tcPr>
            <w:tcW w:type="dxa" w:w="1728"/>
          </w:tcPr>
          <w:p>
            <w:r>
              <w:t>56131</w:t>
            </w:r>
          </w:p>
        </w:tc>
        <w:tc>
          <w:tcPr>
            <w:tcW w:type="dxa" w:w="1728"/>
          </w:tcPr>
          <w:p>
            <w:r>
              <w:t>محبوب قلب ها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913*729*79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dalawer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9044**1922</w:t>
            </w:r>
          </w:p>
        </w:tc>
        <w:tc>
          <w:tcPr>
            <w:tcW w:type="dxa" w:w="1728"/>
          </w:tcPr>
          <w:p>
            <w:r>
              <w:t>♪♫•*¨*•.¸¸❤نفس ❤¸¸.•*¨*•♫♪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9117107703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93**2744*9</w:t>
            </w:r>
          </w:p>
        </w:tc>
        <w:tc>
          <w:tcPr>
            <w:tcW w:type="dxa" w:w="1728"/>
          </w:tcPr>
          <w:p>
            <w:r>
              <w:t>Sedighe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933***7942</w:t>
            </w:r>
          </w:p>
        </w:tc>
        <w:tc>
          <w:tcPr>
            <w:tcW w:type="dxa" w:w="1728"/>
          </w:tcPr>
          <w:p>
            <w:r>
              <w:t>H.G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Harman10232</w:t>
            </w:r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  <w:tr>
        <w:tc>
          <w:tcPr>
            <w:tcW w:type="dxa" w:w="1728"/>
          </w:tcPr>
          <w:p>
            <w:r>
              <w:t>91**1430**</w:t>
            </w:r>
          </w:p>
        </w:tc>
        <w:tc>
          <w:tcPr>
            <w:tcW w:type="dxa" w:w="1728"/>
          </w:tcPr>
          <w:p>
            <w:r>
              <w:t>فرشچیان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گالری هنری عشق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گالری هنری عشق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