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کمپین دانشجویان پزشکی و پزشکان جوان ایران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کمپین دانشجویان پزشکی و پزشکان جوان ایران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9142437933</w:t>
            </w:r>
          </w:p>
        </w:tc>
        <w:tc>
          <w:tcPr>
            <w:tcW w:type="dxa" w:w="1728"/>
          </w:tcPr>
          <w:p>
            <w:r>
              <w:t>Mhmdreza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M_Mohaghegh96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93***34733</w:t>
            </w:r>
          </w:p>
        </w:tc>
        <w:tc>
          <w:tcPr>
            <w:tcW w:type="dxa" w:w="1728"/>
          </w:tcPr>
          <w:p>
            <w:r>
              <w:t>Seyedeh Parisa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parisaeid1990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9904***01*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Naghi</w:t>
            </w:r>
          </w:p>
        </w:tc>
        <w:tc>
          <w:tcPr>
            <w:tcW w:type="dxa" w:w="1728"/>
          </w:tcPr>
          <w:p>
            <w:r>
              <w:t>M_naghi77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9103*9**39</w:t>
            </w:r>
          </w:p>
        </w:tc>
        <w:tc>
          <w:tcPr>
            <w:tcW w:type="dxa" w:w="1728"/>
          </w:tcPr>
          <w:p>
            <w:r>
              <w:t>Amin arefi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Aminn_arefii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91031*0*9*</w:t>
            </w:r>
          </w:p>
        </w:tc>
        <w:tc>
          <w:tcPr>
            <w:tcW w:type="dxa" w:w="1728"/>
          </w:tcPr>
          <w:p>
            <w:r>
              <w:t>Pooya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pooyafz1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93*34*9329</w:t>
            </w:r>
          </w:p>
        </w:tc>
        <w:tc>
          <w:tcPr>
            <w:tcW w:type="dxa" w:w="1728"/>
          </w:tcPr>
          <w:p>
            <w:r>
              <w:t>Farnaz</w:t>
            </w:r>
          </w:p>
        </w:tc>
        <w:tc>
          <w:tcPr>
            <w:tcW w:type="dxa" w:w="1728"/>
          </w:tcPr>
          <w:p>
            <w:r>
              <w:t>Navaeb</w:t>
            </w:r>
          </w:p>
        </w:tc>
        <w:tc>
          <w:tcPr>
            <w:tcW w:type="dxa" w:w="1728"/>
          </w:tcPr>
          <w:p>
            <w:r>
              <w:t>Farnaz_nvb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903*3*4149</w:t>
            </w:r>
          </w:p>
        </w:tc>
        <w:tc>
          <w:tcPr>
            <w:tcW w:type="dxa" w:w="1728"/>
          </w:tcPr>
          <w:p>
            <w:r>
              <w:t>Mahbod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mahbod_gh31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913*3374**</w:t>
            </w:r>
          </w:p>
        </w:tc>
        <w:tc>
          <w:tcPr>
            <w:tcW w:type="dxa" w:w="1728"/>
          </w:tcPr>
          <w:p>
            <w:r>
              <w:t>Farnaz🍃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Farnaz_osh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9133*391*9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Khaleghi</w:t>
            </w:r>
          </w:p>
        </w:tc>
        <w:tc>
          <w:tcPr>
            <w:tcW w:type="dxa" w:w="1728"/>
          </w:tcPr>
          <w:p>
            <w:r>
              <w:t>majidkhaleghi1345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93*7**773*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Rezadi1377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9037101*1*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>
              <w:t>veisi</w:t>
            </w:r>
          </w:p>
        </w:tc>
        <w:tc>
          <w:tcPr>
            <w:tcW w:type="dxa" w:w="1728"/>
          </w:tcPr>
          <w:p>
            <w:r>
              <w:t>arminveisi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912*101**1</w:t>
            </w:r>
          </w:p>
        </w:tc>
        <w:tc>
          <w:tcPr>
            <w:tcW w:type="dxa" w:w="1728"/>
          </w:tcPr>
          <w:p>
            <w:r>
              <w:t>Sadra</w:t>
            </w:r>
          </w:p>
        </w:tc>
        <w:tc>
          <w:tcPr>
            <w:tcW w:type="dxa" w:w="1728"/>
          </w:tcPr>
          <w:p>
            <w:r>
              <w:t>Montazeri</w:t>
            </w:r>
          </w:p>
        </w:tc>
        <w:tc>
          <w:tcPr>
            <w:tcW w:type="dxa" w:w="1728"/>
          </w:tcPr>
          <w:p>
            <w:r>
              <w:t>sadramontazeri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93*0014170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Kh Babaei</w:t>
            </w:r>
          </w:p>
        </w:tc>
        <w:tc>
          <w:tcPr>
            <w:tcW w:type="dxa" w:w="1728"/>
          </w:tcPr>
          <w:p>
            <w:r>
              <w:t>Mohammad_khb23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9197174430</w:t>
            </w:r>
          </w:p>
        </w:tc>
        <w:tc>
          <w:tcPr>
            <w:tcW w:type="dxa" w:w="1728"/>
          </w:tcPr>
          <w:p>
            <w:r>
              <w:t>Rojina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rojinarojina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90*70**79*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Hadian_m1999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91***439**</w:t>
            </w:r>
          </w:p>
        </w:tc>
        <w:tc>
          <w:tcPr>
            <w:tcW w:type="dxa" w:w="1728"/>
          </w:tcPr>
          <w:p>
            <w:r>
              <w:t>Mohsen talaei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dr_Mohsen_talaei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91124*137*</w:t>
            </w:r>
          </w:p>
        </w:tc>
        <w:tc>
          <w:tcPr>
            <w:tcW w:type="dxa" w:w="1728"/>
          </w:tcPr>
          <w:p>
            <w:r>
              <w:t>Roghaye</w:t>
            </w:r>
          </w:p>
        </w:tc>
        <w:tc>
          <w:tcPr>
            <w:tcW w:type="dxa" w:w="1728"/>
          </w:tcPr>
          <w:p>
            <w:r>
              <w:t>Ghesmati</w:t>
            </w:r>
          </w:p>
        </w:tc>
        <w:tc>
          <w:tcPr>
            <w:tcW w:type="dxa" w:w="1728"/>
          </w:tcPr>
          <w:p>
            <w:r>
              <w:t>roghaye_ghesmati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9192129*71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Ali_sh_1998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9170423*7*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Alikarimi7395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914*912*71</w:t>
            </w:r>
          </w:p>
        </w:tc>
        <w:tc>
          <w:tcPr>
            <w:tcW w:type="dxa" w:w="1728"/>
          </w:tcPr>
          <w:p>
            <w:r>
              <w:t>🌼NaRı🌼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Nari_M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9174442*1*</w:t>
            </w:r>
          </w:p>
        </w:tc>
        <w:tc>
          <w:tcPr>
            <w:tcW w:type="dxa" w:w="1728"/>
          </w:tcPr>
          <w:p>
            <w:r>
              <w:t>Pouya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Drpouyya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91*242*320</w:t>
            </w:r>
          </w:p>
        </w:tc>
        <w:tc>
          <w:tcPr>
            <w:tcW w:type="dxa" w:w="1728"/>
          </w:tcPr>
          <w:p>
            <w:r>
              <w:t>꧁༒☬The World☬༒꧂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Mahmm73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912*237312</w:t>
            </w:r>
          </w:p>
        </w:tc>
        <w:tc>
          <w:tcPr>
            <w:tcW w:type="dxa" w:w="1728"/>
          </w:tcPr>
          <w:p>
            <w:r>
              <w:t>A.R.M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Armarm1616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91344*0317</w:t>
            </w:r>
          </w:p>
        </w:tc>
        <w:tc>
          <w:tcPr>
            <w:tcW w:type="dxa" w:w="1728"/>
          </w:tcPr>
          <w:p>
            <w:r>
              <w:t>Ghazal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ghazal_asadilari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9171**911*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Hemmati</w:t>
            </w:r>
          </w:p>
        </w:tc>
        <w:tc>
          <w:tcPr>
            <w:tcW w:type="dxa" w:w="1728"/>
          </w:tcPr>
          <w:p>
            <w:r>
              <w:t>Fatihh187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91709*9403</w:t>
            </w:r>
          </w:p>
        </w:tc>
        <w:tc>
          <w:tcPr>
            <w:tcW w:type="dxa" w:w="1728"/>
          </w:tcPr>
          <w:p>
            <w:r>
              <w:t>Solmaz</w:t>
            </w:r>
          </w:p>
        </w:tc>
        <w:tc>
          <w:tcPr>
            <w:tcW w:type="dxa" w:w="1728"/>
          </w:tcPr>
          <w:p>
            <w:r>
              <w:t>Alvand</w:t>
            </w:r>
          </w:p>
        </w:tc>
        <w:tc>
          <w:tcPr>
            <w:tcW w:type="dxa" w:w="1728"/>
          </w:tcPr>
          <w:p>
            <w:r>
              <w:t>Bluegirlish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9339*77014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9131***434</w:t>
            </w:r>
          </w:p>
        </w:tc>
        <w:tc>
          <w:tcPr>
            <w:tcW w:type="dxa" w:w="1728"/>
          </w:tcPr>
          <w:p>
            <w:r>
              <w:t>Niloofar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NiLOO1994O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91*9*214*2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>
              <w:t>fatemehAkn97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911*4*2***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Ali97iii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9144*71*22</w:t>
            </w:r>
          </w:p>
        </w:tc>
        <w:tc>
          <w:tcPr>
            <w:tcW w:type="dxa" w:w="1728"/>
          </w:tcPr>
          <w:p>
            <w:r>
              <w:t>Elaheh Bahari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elaheh_b_h_r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9120**9443</w:t>
            </w:r>
          </w:p>
        </w:tc>
        <w:tc>
          <w:tcPr>
            <w:tcW w:type="dxa" w:w="1728"/>
          </w:tcPr>
          <w:p>
            <w:r>
              <w:t>Athena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DrAthena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913*23*2*7</w:t>
            </w:r>
          </w:p>
        </w:tc>
        <w:tc>
          <w:tcPr>
            <w:tcW w:type="dxa" w:w="1728"/>
          </w:tcPr>
          <w:p>
            <w:r>
              <w:t>Fahime🩺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Fahime7369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9120*121*3</w:t>
            </w:r>
          </w:p>
        </w:tc>
        <w:tc>
          <w:tcPr>
            <w:tcW w:type="dxa" w:w="1728"/>
          </w:tcPr>
          <w:p>
            <w:r>
              <w:t>Hasti</w:t>
            </w:r>
          </w:p>
        </w:tc>
        <w:tc>
          <w:tcPr>
            <w:tcW w:type="dxa" w:w="1728"/>
          </w:tcPr>
          <w:p>
            <w:r>
              <w:t>TM</w:t>
            </w:r>
          </w:p>
        </w:tc>
        <w:tc>
          <w:tcPr>
            <w:tcW w:type="dxa" w:w="1728"/>
          </w:tcPr>
          <w:p>
            <w:r>
              <w:t>HastiTm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9120*200*4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Sara_sabba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93*4*010*9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Nimmahr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93*4*7*1*3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Mahdi75md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93*9*34424</w:t>
            </w:r>
          </w:p>
        </w:tc>
        <w:tc>
          <w:tcPr>
            <w:tcW w:type="dxa" w:w="1728"/>
          </w:tcPr>
          <w:p>
            <w:r>
              <w:t>Kosar</w:t>
            </w:r>
          </w:p>
        </w:tc>
        <w:tc>
          <w:tcPr>
            <w:tcW w:type="dxa" w:w="1728"/>
          </w:tcPr>
          <w:p>
            <w:r>
              <w:t>Mayahi</w:t>
            </w:r>
          </w:p>
        </w:tc>
        <w:tc>
          <w:tcPr>
            <w:tcW w:type="dxa" w:w="1728"/>
          </w:tcPr>
          <w:p>
            <w:r>
              <w:t>Kosarmayahi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91320*44*9</w:t>
            </w:r>
          </w:p>
        </w:tc>
        <w:tc>
          <w:tcPr>
            <w:tcW w:type="dxa" w:w="1728"/>
          </w:tcPr>
          <w:p>
            <w:r>
              <w:t>Farzan</w:t>
            </w:r>
          </w:p>
        </w:tc>
        <w:tc>
          <w:tcPr>
            <w:tcW w:type="dxa" w:w="1728"/>
          </w:tcPr>
          <w:p>
            <w:r>
              <w:t>Piudeh</w:t>
            </w:r>
          </w:p>
        </w:tc>
        <w:tc>
          <w:tcPr>
            <w:tcW w:type="dxa" w:w="1728"/>
          </w:tcPr>
          <w:p>
            <w:r>
              <w:t>Farzanpiudeh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901******0</w:t>
            </w:r>
          </w:p>
        </w:tc>
        <w:tc>
          <w:tcPr>
            <w:tcW w:type="dxa" w:w="1728"/>
          </w:tcPr>
          <w:p>
            <w:r>
              <w:t>Mohamadjavad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mjr119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910*0*0*17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Haji</w:t>
            </w:r>
          </w:p>
        </w:tc>
        <w:tc>
          <w:tcPr>
            <w:tcW w:type="dxa" w:w="1728"/>
          </w:tcPr>
          <w:p>
            <w:r>
              <w:t>Amir95ro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930*31*27*</w:t>
            </w:r>
          </w:p>
        </w:tc>
        <w:tc>
          <w:tcPr>
            <w:tcW w:type="dxa" w:w="1728"/>
          </w:tcPr>
          <w:p>
            <w:r>
              <w:t>m.ali_mousavi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smam021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933**0**30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Sedghi</w:t>
            </w:r>
          </w:p>
        </w:tc>
        <w:tc>
          <w:tcPr>
            <w:tcW w:type="dxa" w:w="1728"/>
          </w:tcPr>
          <w:p>
            <w:r>
              <w:t>ZSedghi1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93*2222419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Mazidi</w:t>
            </w:r>
          </w:p>
        </w:tc>
        <w:tc>
          <w:tcPr>
            <w:tcW w:type="dxa" w:w="1728"/>
          </w:tcPr>
          <w:p>
            <w:r>
              <w:t>Mery_mazidi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911**91334</w:t>
            </w:r>
          </w:p>
        </w:tc>
        <w:tc>
          <w:tcPr>
            <w:tcW w:type="dxa" w:w="1728"/>
          </w:tcPr>
          <w:p>
            <w:r>
              <w:t>tariiiii</w:t>
            </w:r>
          </w:p>
        </w:tc>
        <w:tc>
          <w:tcPr>
            <w:tcW w:type="dxa" w:w="1728"/>
          </w:tcPr>
          <w:p>
            <w:r>
              <w:t>¿?</w:t>
            </w:r>
          </w:p>
        </w:tc>
        <w:tc>
          <w:tcPr>
            <w:tcW w:type="dxa" w:w="1728"/>
          </w:tcPr>
          <w:p>
            <w:r>
              <w:t>Tarykm723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93700*204*</w:t>
            </w:r>
          </w:p>
        </w:tc>
        <w:tc>
          <w:tcPr>
            <w:tcW w:type="dxa" w:w="1728"/>
          </w:tcPr>
          <w:p>
            <w:r>
              <w:t>SanaJafarlou🌘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SanaJafarlou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93722*9**2</w:t>
            </w:r>
          </w:p>
        </w:tc>
        <w:tc>
          <w:tcPr>
            <w:tcW w:type="dxa" w:w="1728"/>
          </w:tcPr>
          <w:p>
            <w:r>
              <w:t>NEGIN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911214303*</w:t>
            </w:r>
          </w:p>
        </w:tc>
        <w:tc>
          <w:tcPr>
            <w:tcW w:type="dxa" w:w="1728"/>
          </w:tcPr>
          <w:p>
            <w:r>
              <w:t>Mojgan</w:t>
            </w:r>
          </w:p>
        </w:tc>
        <w:tc>
          <w:tcPr>
            <w:tcW w:type="dxa" w:w="1728"/>
          </w:tcPr>
          <w:p>
            <w:r>
              <w:t>Rezvani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902*79*0*3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AKoFEN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9027*49**3</w:t>
            </w:r>
          </w:p>
        </w:tc>
        <w:tc>
          <w:tcPr>
            <w:tcW w:type="dxa" w:w="1728"/>
          </w:tcPr>
          <w:p>
            <w:r>
              <w:t>Bahareh</w:t>
            </w:r>
          </w:p>
        </w:tc>
        <w:tc>
          <w:tcPr>
            <w:tcW w:type="dxa" w:w="1728"/>
          </w:tcPr>
          <w:p>
            <w:r>
              <w:t>Sadeghian</w:t>
            </w:r>
          </w:p>
        </w:tc>
        <w:tc>
          <w:tcPr>
            <w:tcW w:type="dxa" w:w="1728"/>
          </w:tcPr>
          <w:p>
            <w:r>
              <w:t>BahaarehSadeghian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921*4***71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.Namjoo</w:t>
            </w:r>
          </w:p>
        </w:tc>
        <w:tc>
          <w:tcPr>
            <w:tcW w:type="dxa" w:w="1728"/>
          </w:tcPr>
          <w:p>
            <w:r>
              <w:t>N_namj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9012**49**</w:t>
            </w:r>
          </w:p>
        </w:tc>
        <w:tc>
          <w:tcPr>
            <w:tcW w:type="dxa" w:w="1728"/>
          </w:tcPr>
          <w:p>
            <w:r>
              <w:t>????????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Nil_far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91**4*4***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Mehdi_Nosratpour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91*20***94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Aminian</w:t>
            </w:r>
          </w:p>
        </w:tc>
        <w:tc>
          <w:tcPr>
            <w:tcW w:type="dxa" w:w="1728"/>
          </w:tcPr>
          <w:p>
            <w:r>
              <w:t>zahra_Amn74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914***317*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>
              <w:t>Rouhi</w:t>
            </w:r>
          </w:p>
        </w:tc>
        <w:tc>
          <w:tcPr>
            <w:tcW w:type="dxa" w:w="1728"/>
          </w:tcPr>
          <w:p>
            <w:r>
              <w:t>Soheil_Rouhi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91*34991*7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At952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91*40270*1</w:t>
            </w:r>
          </w:p>
        </w:tc>
        <w:tc>
          <w:tcPr>
            <w:tcW w:type="dxa" w:w="1728"/>
          </w:tcPr>
          <w:p>
            <w:r>
              <w:t>Kosar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Kosar_k76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9142430393</w:t>
            </w:r>
          </w:p>
        </w:tc>
        <w:tc>
          <w:tcPr>
            <w:tcW w:type="dxa" w:w="1728"/>
          </w:tcPr>
          <w:p>
            <w:r>
              <w:t>Puria.Khandar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Puriaa_M26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93*4**409*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DrMostafaj12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9399**991*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939*214372</w:t>
            </w:r>
          </w:p>
        </w:tc>
        <w:tc>
          <w:tcPr>
            <w:tcW w:type="dxa" w:w="1728"/>
          </w:tcPr>
          <w:p>
            <w:r>
              <w:t>Rumina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RuminaN88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91*423*933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mohammadya1993Agu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93*371001*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Kermaninejad</w:t>
            </w:r>
          </w:p>
        </w:tc>
        <w:tc>
          <w:tcPr>
            <w:tcW w:type="dxa" w:w="1728"/>
          </w:tcPr>
          <w:p>
            <w:r>
              <w:t>Amirhossein_kermaninejad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912029*749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Radan</w:t>
            </w:r>
          </w:p>
        </w:tc>
        <w:tc>
          <w:tcPr>
            <w:tcW w:type="dxa" w:w="1728"/>
          </w:tcPr>
          <w:p>
            <w:r>
              <w:t>Aliradan7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9211*0*40*</w:t>
            </w:r>
          </w:p>
        </w:tc>
        <w:tc>
          <w:tcPr>
            <w:tcW w:type="dxa" w:w="1728"/>
          </w:tcPr>
          <w:p>
            <w:r>
              <w:t>𝓓𝓮𝓵𝓪𝓻𝓪𝓶</w:t>
            </w:r>
          </w:p>
        </w:tc>
        <w:tc>
          <w:tcPr>
            <w:tcW w:type="dxa" w:w="1728"/>
          </w:tcPr>
          <w:p>
            <w:r>
              <w:t>𝓕</w:t>
            </w:r>
          </w:p>
        </w:tc>
        <w:tc>
          <w:tcPr>
            <w:tcW w:type="dxa" w:w="1728"/>
          </w:tcPr>
          <w:p>
            <w:r>
              <w:t>Delaraam_fkh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933723142*</w:t>
            </w:r>
          </w:p>
        </w:tc>
        <w:tc>
          <w:tcPr>
            <w:tcW w:type="dxa" w:w="1728"/>
          </w:tcPr>
          <w:p>
            <w:r>
              <w:t>ცɛɧʑąɖ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behibehijan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91049*071*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Pariisa_bgh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912**7**99</w:t>
            </w:r>
          </w:p>
        </w:tc>
        <w:tc>
          <w:tcPr>
            <w:tcW w:type="dxa" w:w="1728"/>
          </w:tcPr>
          <w:p>
            <w:r>
              <w:t>pari</w:t>
            </w:r>
          </w:p>
        </w:tc>
        <w:tc>
          <w:tcPr>
            <w:tcW w:type="dxa" w:w="1728"/>
          </w:tcPr>
          <w:p>
            <w:r>
              <w:t>sng</w:t>
            </w:r>
          </w:p>
        </w:tc>
        <w:tc>
          <w:tcPr>
            <w:tcW w:type="dxa" w:w="1728"/>
          </w:tcPr>
          <w:p>
            <w:r>
              <w:t>parisng93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9197043374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arashnazari96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91207797*7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>
              <w:t>tavakkoli</w:t>
            </w:r>
          </w:p>
        </w:tc>
        <w:tc>
          <w:tcPr>
            <w:tcW w:type="dxa" w:w="1728"/>
          </w:tcPr>
          <w:p>
            <w:r>
              <w:t>DrMoeinTavakkoli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9127049231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moon_aaa1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917*7*7*91</w:t>
            </w:r>
          </w:p>
        </w:tc>
        <w:tc>
          <w:tcPr>
            <w:tcW w:type="dxa" w:w="1728"/>
          </w:tcPr>
          <w:p>
            <w:r>
              <w:t>Mahtab</w:t>
            </w:r>
          </w:p>
        </w:tc>
        <w:tc>
          <w:tcPr>
            <w:tcW w:type="dxa" w:w="1728"/>
          </w:tcPr>
          <w:p>
            <w:r>
              <w:t>Kamgar</w:t>
            </w:r>
          </w:p>
        </w:tc>
        <w:tc>
          <w:tcPr>
            <w:tcW w:type="dxa" w:w="1728"/>
          </w:tcPr>
          <w:p>
            <w:r>
              <w:t>mah_kgr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917*90*243</w:t>
            </w:r>
          </w:p>
        </w:tc>
        <w:tc>
          <w:tcPr>
            <w:tcW w:type="dxa" w:w="1728"/>
          </w:tcPr>
          <w:p>
            <w:r>
              <w:t>a.azadpanah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Ali_Azadpanah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9130*90*23</w:t>
            </w:r>
          </w:p>
        </w:tc>
        <w:tc>
          <w:tcPr>
            <w:tcW w:type="dxa" w:w="1728"/>
          </w:tcPr>
          <w:p>
            <w:r>
              <w:t>asma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91*11141*0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Fazel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902****7**</w:t>
            </w:r>
          </w:p>
        </w:tc>
        <w:tc>
          <w:tcPr>
            <w:tcW w:type="dxa" w:w="1728"/>
          </w:tcPr>
          <w:p>
            <w:r>
              <w:t>𝓶𝓾𝓱𝓪𝓶𝓶𝓪𝓭 𝓳𝓪𝓿𝓪𝓭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m_javad_1999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9122*14**1</w:t>
            </w:r>
          </w:p>
        </w:tc>
        <w:tc>
          <w:tcPr>
            <w:tcW w:type="dxa" w:w="1728"/>
          </w:tcPr>
          <w:p>
            <w:r>
              <w:t>Sanaz</w:t>
            </w:r>
          </w:p>
        </w:tc>
        <w:tc>
          <w:tcPr>
            <w:tcW w:type="dxa" w:w="1728"/>
          </w:tcPr>
          <w:p>
            <w:r>
              <w:t>Sadeghpour</w:t>
            </w:r>
          </w:p>
        </w:tc>
        <w:tc>
          <w:tcPr>
            <w:tcW w:type="dxa" w:w="1728"/>
          </w:tcPr>
          <w:p>
            <w:r>
              <w:t>sanazsdpr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91293732*7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Sampad99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91*2299*09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>
              <w:t>Amani</w:t>
            </w:r>
          </w:p>
        </w:tc>
        <w:tc>
          <w:tcPr>
            <w:tcW w:type="dxa" w:w="1728"/>
          </w:tcPr>
          <w:p>
            <w:r>
              <w:t>Amani_Elh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  <w:tr>
        <w:tc>
          <w:tcPr>
            <w:tcW w:type="dxa" w:w="1728"/>
          </w:tcPr>
          <w:p>
            <w:r>
              <w:t>914210127*</w:t>
            </w:r>
          </w:p>
        </w:tc>
        <w:tc>
          <w:tcPr>
            <w:tcW w:type="dxa" w:w="1728"/>
          </w:tcPr>
          <w:p>
            <w:r>
              <w:t>Poorya</w:t>
            </w:r>
          </w:p>
        </w:tc>
        <w:tc>
          <w:tcPr>
            <w:tcW w:type="dxa" w:w="1728"/>
          </w:tcPr>
          <w:p>
            <w:r>
              <w:t>Mohammadzadeh</w:t>
            </w:r>
          </w:p>
        </w:tc>
        <w:tc>
          <w:tcPr>
            <w:tcW w:type="dxa" w:w="1728"/>
          </w:tcPr>
          <w:p>
            <w:r>
              <w:t>poorya_mz78</w:t>
            </w:r>
          </w:p>
        </w:tc>
        <w:tc>
          <w:tcPr>
            <w:tcW w:type="dxa" w:w="1728"/>
          </w:tcPr>
          <w:p>
            <w:r>
              <w:t>کمپین دانشجویان پزشکی و پزشکان جوان ایران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کمپین دانشجویان پزشکی و پزشکان جوان ایران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