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 xml:space="preserve">کلبه ی سلامتی و مراقبت پوست و مو 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 xml:space="preserve">کلبه ی سلامتی و مراقبت پوست و مو 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9122*34*20</w:t>
            </w:r>
          </w:p>
        </w:tc>
        <w:tc>
          <w:tcPr>
            <w:tcW w:type="dxa" w:w="1728"/>
          </w:tcPr>
          <w:p>
            <w:r>
              <w:t>Kaenat369 سهرابی زهرا</w:t>
            </w:r>
          </w:p>
        </w:tc>
        <w:tc>
          <w:tcPr>
            <w:tcW w:type="dxa" w:w="1728"/>
          </w:tcPr>
          <w:p>
            <w:r>
              <w:t>kaenat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🍃کلبه ی سلامتی و مراقبت پوست و مو 🍃</w:t>
            </w:r>
          </w:p>
        </w:tc>
      </w:tr>
      <w:tr>
        <w:tc>
          <w:tcPr>
            <w:tcW w:type="dxa" w:w="1728"/>
          </w:tcPr>
          <w:p>
            <w:r>
              <w:t>903924**2*</w:t>
            </w:r>
          </w:p>
        </w:tc>
        <w:tc>
          <w:tcPr>
            <w:tcW w:type="dxa" w:w="1728"/>
          </w:tcPr>
          <w:p>
            <w:r>
              <w:t>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Z28176</w:t>
            </w:r>
          </w:p>
        </w:tc>
        <w:tc>
          <w:tcPr>
            <w:tcW w:type="dxa" w:w="1728"/>
          </w:tcPr>
          <w:p>
            <w:r>
              <w:t>🍃کلبه ی سلامتی و مراقبت پوست و مو 🍃</w:t>
            </w:r>
          </w:p>
        </w:tc>
      </w:tr>
      <w:tr>
        <w:tc>
          <w:tcPr>
            <w:tcW w:type="dxa" w:w="1728"/>
          </w:tcPr>
          <w:p>
            <w:r>
              <w:t>9334*319*7</w:t>
            </w:r>
          </w:p>
        </w:tc>
        <w:tc>
          <w:tcPr>
            <w:tcW w:type="dxa" w:w="1728"/>
          </w:tcPr>
          <w:p>
            <w:r>
              <w:t>reyhan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reyhan_aban</w:t>
            </w:r>
          </w:p>
        </w:tc>
        <w:tc>
          <w:tcPr>
            <w:tcW w:type="dxa" w:w="1728"/>
          </w:tcPr>
          <w:p>
            <w:r>
              <w:t>🍃کلبه ی سلامتی و مراقبت پوست و مو 🍃</w:t>
            </w:r>
          </w:p>
        </w:tc>
      </w:tr>
      <w:tr>
        <w:tc>
          <w:tcPr>
            <w:tcW w:type="dxa" w:w="1728"/>
          </w:tcPr>
          <w:p>
            <w:r>
              <w:t>912*321714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j</w:t>
            </w:r>
          </w:p>
        </w:tc>
        <w:tc>
          <w:tcPr>
            <w:tcW w:type="dxa" w:w="1728"/>
          </w:tcPr>
          <w:p>
            <w:r>
              <w:t>mahnazjroblo</w:t>
            </w:r>
          </w:p>
        </w:tc>
        <w:tc>
          <w:tcPr>
            <w:tcW w:type="dxa" w:w="1728"/>
          </w:tcPr>
          <w:p>
            <w:r>
              <w:t>🍃کلبه ی سلامتی و مراقبت پوست و مو 🍃</w:t>
            </w:r>
          </w:p>
        </w:tc>
      </w:tr>
      <w:tr>
        <w:tc>
          <w:tcPr>
            <w:tcW w:type="dxa" w:w="1728"/>
          </w:tcPr>
          <w:p>
            <w:r>
              <w:t>91**1***20</w:t>
            </w:r>
          </w:p>
        </w:tc>
        <w:tc>
          <w:tcPr>
            <w:tcW w:type="dxa" w:w="1728"/>
          </w:tcPr>
          <w:p>
            <w:r>
              <w:t>Hamid</w:t>
            </w:r>
          </w:p>
        </w:tc>
        <w:tc>
          <w:tcPr>
            <w:tcW w:type="dxa" w:w="1728"/>
          </w:tcPr>
          <w:p>
            <w:r>
              <w:t>Beik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🍃کلبه ی سلامتی و مراقبت پوست و مو 🍃</w:t>
            </w:r>
          </w:p>
        </w:tc>
      </w:tr>
      <w:tr>
        <w:tc>
          <w:tcPr>
            <w:tcW w:type="dxa" w:w="1728"/>
          </w:tcPr>
          <w:p>
            <w:r>
              <w:t>93*73**2*3</w:t>
            </w:r>
          </w:p>
        </w:tc>
        <w:tc>
          <w:tcPr>
            <w:tcW w:type="dxa" w:w="1728"/>
          </w:tcPr>
          <w:p>
            <w:r>
              <w:t>tuba🐙🐠🐟🐬🐳🐋</w:t>
            </w:r>
          </w:p>
        </w:tc>
        <w:tc>
          <w:tcPr>
            <w:tcW w:type="dxa" w:w="1728"/>
          </w:tcPr>
          <w:p>
            <w:r>
              <w:t>sh</w:t>
            </w:r>
          </w:p>
        </w:tc>
        <w:tc>
          <w:tcPr>
            <w:tcW w:type="dxa" w:w="1728"/>
          </w:tcPr>
          <w:p>
            <w:r>
              <w:t>Tubajooni</w:t>
            </w:r>
          </w:p>
        </w:tc>
        <w:tc>
          <w:tcPr>
            <w:tcW w:type="dxa" w:w="1728"/>
          </w:tcPr>
          <w:p>
            <w:r>
              <w:t>🍃کلبه ی سلامتی و مراقبت پوست و مو 🍃</w:t>
            </w:r>
          </w:p>
        </w:tc>
      </w:tr>
      <w:tr>
        <w:tc>
          <w:tcPr>
            <w:tcW w:type="dxa" w:w="1728"/>
          </w:tcPr>
          <w:p>
            <w:r>
              <w:t>91***7**2*</w:t>
            </w:r>
          </w:p>
        </w:tc>
        <w:tc>
          <w:tcPr>
            <w:tcW w:type="dxa" w:w="1728"/>
          </w:tcPr>
          <w:p>
            <w:r>
              <w:t>a-r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🍃کلبه ی سلامتی و مراقبت پوست و مو 🍃</w:t>
            </w:r>
          </w:p>
        </w:tc>
      </w:tr>
      <w:tr>
        <w:tc>
          <w:tcPr>
            <w:tcW w:type="dxa" w:w="1728"/>
          </w:tcPr>
          <w:p>
            <w:r>
              <w:t>930**12373</w:t>
            </w:r>
          </w:p>
        </w:tc>
        <w:tc>
          <w:tcPr>
            <w:tcW w:type="dxa" w:w="1728"/>
          </w:tcPr>
          <w:p>
            <w:r>
              <w:t>محمدرضا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delnavaz2373</w:t>
            </w:r>
          </w:p>
        </w:tc>
        <w:tc>
          <w:tcPr>
            <w:tcW w:type="dxa" w:w="1728"/>
          </w:tcPr>
          <w:p>
            <w:r>
              <w:t>🍃کلبه ی سلامتی و مراقبت پوست و مو 🍃</w:t>
            </w:r>
          </w:p>
        </w:tc>
      </w:tr>
      <w:tr>
        <w:tc>
          <w:tcPr>
            <w:tcW w:type="dxa" w:w="1728"/>
          </w:tcPr>
          <w:p>
            <w:r>
              <w:t>913**9129*</w:t>
            </w:r>
          </w:p>
        </w:tc>
        <w:tc>
          <w:tcPr>
            <w:tcW w:type="dxa" w:w="1728"/>
          </w:tcPr>
          <w:p>
            <w:r>
              <w:t>Mahsa</w:t>
            </w:r>
          </w:p>
        </w:tc>
        <w:tc>
          <w:tcPr>
            <w:tcW w:type="dxa" w:w="1728"/>
          </w:tcPr>
          <w:p>
            <w:r>
              <w:t>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🍃کلبه ی سلامتی و مراقبت پوست و مو 🍃</w:t>
            </w:r>
          </w:p>
        </w:tc>
      </w:tr>
      <w:tr>
        <w:tc>
          <w:tcPr>
            <w:tcW w:type="dxa" w:w="1728"/>
          </w:tcPr>
          <w:p>
            <w:r>
              <w:t>93**07379*</w:t>
            </w:r>
          </w:p>
        </w:tc>
        <w:tc>
          <w:tcPr>
            <w:tcW w:type="dxa" w:w="1728"/>
          </w:tcPr>
          <w:p>
            <w:r>
              <w:t>Faeze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🍃کلبه ی سلامتی و مراقبت پوست و مو 🍃</w:t>
            </w:r>
          </w:p>
        </w:tc>
      </w:tr>
      <w:tr>
        <w:tc>
          <w:tcPr>
            <w:tcW w:type="dxa" w:w="1728"/>
          </w:tcPr>
          <w:p>
            <w:r>
              <w:t>9121343*9*</w:t>
            </w:r>
          </w:p>
        </w:tc>
        <w:tc>
          <w:tcPr>
            <w:tcW w:type="dxa" w:w="1728"/>
          </w:tcPr>
          <w:p>
            <w:r>
              <w:t>Sheyda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🍃کلبه ی سلامتی و مراقبت پوست و مو 🍃</w:t>
            </w:r>
          </w:p>
        </w:tc>
      </w:tr>
      <w:tr>
        <w:tc>
          <w:tcPr>
            <w:tcW w:type="dxa" w:w="1728"/>
          </w:tcPr>
          <w:p>
            <w:r>
              <w:t>93*37*2903</w:t>
            </w:r>
          </w:p>
        </w:tc>
        <w:tc>
          <w:tcPr>
            <w:tcW w:type="dxa" w:w="1728"/>
          </w:tcPr>
          <w:p>
            <w:r>
              <w:t>Shabahang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Shabahang712</w:t>
            </w:r>
          </w:p>
        </w:tc>
        <w:tc>
          <w:tcPr>
            <w:tcW w:type="dxa" w:w="1728"/>
          </w:tcPr>
          <w:p>
            <w:r>
              <w:t>🍃کلبه ی سلامتی و مراقبت پوست و مو 🍃</w:t>
            </w:r>
          </w:p>
        </w:tc>
      </w:tr>
      <w:tr>
        <w:tc>
          <w:tcPr>
            <w:tcW w:type="dxa" w:w="1728"/>
          </w:tcPr>
          <w:p>
            <w:r>
              <w:t>93*27*99**</w:t>
            </w:r>
          </w:p>
        </w:tc>
        <w:tc>
          <w:tcPr>
            <w:tcW w:type="dxa" w:w="1728"/>
          </w:tcPr>
          <w:p>
            <w:r>
              <w:t>Y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Y9988az</w:t>
            </w:r>
          </w:p>
        </w:tc>
        <w:tc>
          <w:tcPr>
            <w:tcW w:type="dxa" w:w="1728"/>
          </w:tcPr>
          <w:p>
            <w:r>
              <w:t>🍃کلبه ی سلامتی و مراقبت پوست و مو 🍃</w:t>
            </w:r>
          </w:p>
        </w:tc>
      </w:tr>
      <w:tr>
        <w:tc>
          <w:tcPr>
            <w:tcW w:type="dxa" w:w="1728"/>
          </w:tcPr>
          <w:p>
            <w:r>
              <w:t>903279091*</w:t>
            </w:r>
          </w:p>
        </w:tc>
        <w:tc>
          <w:tcPr>
            <w:tcW w:type="dxa" w:w="1728"/>
          </w:tcPr>
          <w:p>
            <w:r>
              <w:t>❤rashin.sh❤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Raaaashiin</w:t>
            </w:r>
          </w:p>
        </w:tc>
        <w:tc>
          <w:tcPr>
            <w:tcW w:type="dxa" w:w="1728"/>
          </w:tcPr>
          <w:p>
            <w:r>
              <w:t>🍃کلبه ی سلامتی و مراقبت پوست و مو 🍃</w:t>
            </w:r>
          </w:p>
        </w:tc>
      </w:tr>
      <w:tr>
        <w:tc>
          <w:tcPr>
            <w:tcW w:type="dxa" w:w="1728"/>
          </w:tcPr>
          <w:p>
            <w:r>
              <w:t>9124*9729*</w:t>
            </w:r>
          </w:p>
        </w:tc>
        <w:tc>
          <w:tcPr>
            <w:tcW w:type="dxa" w:w="1728"/>
          </w:tcPr>
          <w:p>
            <w:r>
              <w:t>حسین</w:t>
            </w:r>
          </w:p>
        </w:tc>
        <w:tc>
          <w:tcPr>
            <w:tcW w:type="dxa" w:w="1728"/>
          </w:tcPr>
          <w:p>
            <w:r>
              <w:t>امین نژاد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🍃کلبه ی سلامتی و مراقبت پوست و مو 🍃</w:t>
            </w:r>
          </w:p>
        </w:tc>
      </w:tr>
      <w:tr>
        <w:tc>
          <w:tcPr>
            <w:tcW w:type="dxa" w:w="1728"/>
          </w:tcPr>
          <w:p>
            <w:r>
              <w:t>91***7*24*</w:t>
            </w:r>
          </w:p>
        </w:tc>
        <w:tc>
          <w:tcPr>
            <w:tcW w:type="dxa" w:w="1728"/>
          </w:tcPr>
          <w:p>
            <w:r>
              <w:t>adi</w:t>
            </w:r>
          </w:p>
        </w:tc>
        <w:tc>
          <w:tcPr>
            <w:tcW w:type="dxa" w:w="1728"/>
          </w:tcPr>
          <w:p>
            <w:r>
              <w:t>M.a</w:t>
            </w:r>
          </w:p>
        </w:tc>
        <w:tc>
          <w:tcPr>
            <w:tcW w:type="dxa" w:w="1728"/>
          </w:tcPr>
          <w:p>
            <w:r>
              <w:t>Adelaghtt</w:t>
            </w:r>
          </w:p>
        </w:tc>
        <w:tc>
          <w:tcPr>
            <w:tcW w:type="dxa" w:w="1728"/>
          </w:tcPr>
          <w:p>
            <w:r>
              <w:t>🍃کلبه ی سلامتی و مراقبت پوست و مو 🍃</w:t>
            </w:r>
          </w:p>
        </w:tc>
      </w:tr>
      <w:tr>
        <w:tc>
          <w:tcPr>
            <w:tcW w:type="dxa" w:w="1728"/>
          </w:tcPr>
          <w:p>
            <w:r>
              <w:t>93*0***720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Nazanin399</w:t>
            </w:r>
          </w:p>
        </w:tc>
        <w:tc>
          <w:tcPr>
            <w:tcW w:type="dxa" w:w="1728"/>
          </w:tcPr>
          <w:p>
            <w:r>
              <w:t>🍃کلبه ی سلامتی و مراقبت پوست و مو 🍃</w:t>
            </w:r>
          </w:p>
        </w:tc>
      </w:tr>
      <w:tr>
        <w:tc>
          <w:tcPr>
            <w:tcW w:type="dxa" w:w="1728"/>
          </w:tcPr>
          <w:p>
            <w:r>
              <w:t>913*211*00</w:t>
            </w:r>
          </w:p>
        </w:tc>
        <w:tc>
          <w:tcPr>
            <w:tcW w:type="dxa" w:w="1728"/>
          </w:tcPr>
          <w:p>
            <w:r>
              <w:t>Matin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🍃کلبه ی سلامتی و مراقبت پوست و مو 🍃</w:t>
            </w:r>
          </w:p>
        </w:tc>
      </w:tr>
      <w:tr>
        <w:tc>
          <w:tcPr>
            <w:tcW w:type="dxa" w:w="1728"/>
          </w:tcPr>
          <w:p>
            <w:r>
              <w:t>93**4*3303</w:t>
            </w:r>
          </w:p>
        </w:tc>
        <w:tc>
          <w:tcPr>
            <w:tcW w:type="dxa" w:w="1728"/>
          </w:tcPr>
          <w:p>
            <w:r>
              <w:t>💙آسمان همیشه ابری نیست❤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Seyedmahmud123</w:t>
            </w:r>
          </w:p>
        </w:tc>
        <w:tc>
          <w:tcPr>
            <w:tcW w:type="dxa" w:w="1728"/>
          </w:tcPr>
          <w:p>
            <w:r>
              <w:t>🍃کلبه ی سلامتی و مراقبت پوست و مو 🍃</w:t>
            </w:r>
          </w:p>
        </w:tc>
      </w:tr>
      <w:tr>
        <w:tc>
          <w:tcPr>
            <w:tcW w:type="dxa" w:w="1728"/>
          </w:tcPr>
          <w:p>
            <w:r>
              <w:t>9032*43443</w:t>
            </w:r>
          </w:p>
        </w:tc>
        <w:tc>
          <w:tcPr>
            <w:tcW w:type="dxa" w:w="1728"/>
          </w:tcPr>
          <w:p>
            <w:r>
              <w:t>وحید</w:t>
            </w:r>
          </w:p>
        </w:tc>
        <w:tc>
          <w:tcPr>
            <w:tcW w:type="dxa" w:w="1728"/>
          </w:tcPr>
          <w:p>
            <w:r>
              <w:t>مقهوری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🍃کلبه ی سلامتی و مراقبت پوست و مو 🍃</w:t>
            </w:r>
          </w:p>
        </w:tc>
      </w:tr>
      <w:tr>
        <w:tc>
          <w:tcPr>
            <w:tcW w:type="dxa" w:w="1728"/>
          </w:tcPr>
          <w:p>
            <w:r>
              <w:t>93*3113903</w:t>
            </w:r>
          </w:p>
        </w:tc>
        <w:tc>
          <w:tcPr>
            <w:tcW w:type="dxa" w:w="1728"/>
          </w:tcPr>
          <w:p>
            <w:r>
              <w:t>B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KingArthur0049</w:t>
            </w:r>
          </w:p>
        </w:tc>
        <w:tc>
          <w:tcPr>
            <w:tcW w:type="dxa" w:w="1728"/>
          </w:tcPr>
          <w:p>
            <w:r>
              <w:t>🍃کلبه ی سلامتی و مراقبت پوست و مو 🍃</w:t>
            </w:r>
          </w:p>
        </w:tc>
      </w:tr>
      <w:tr>
        <w:tc>
          <w:tcPr>
            <w:tcW w:type="dxa" w:w="1728"/>
          </w:tcPr>
          <w:p>
            <w:r>
              <w:t>937292*200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🍃کلبه ی سلامتی و مراقبت پوست و مو 🍃</w:t>
            </w:r>
          </w:p>
        </w:tc>
      </w:tr>
      <w:tr>
        <w:tc>
          <w:tcPr>
            <w:tcW w:type="dxa" w:w="1728"/>
          </w:tcPr>
          <w:p>
            <w:r>
              <w:t>93379004*3</w:t>
            </w:r>
          </w:p>
        </w:tc>
        <w:tc>
          <w:tcPr>
            <w:tcW w:type="dxa" w:w="1728"/>
          </w:tcPr>
          <w:p>
            <w:r>
              <w:t>صبا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🍃کلبه ی سلامتی و مراقبت پوست و مو 🍃</w:t>
            </w:r>
          </w:p>
        </w:tc>
      </w:tr>
      <w:tr>
        <w:tc>
          <w:tcPr>
            <w:tcW w:type="dxa" w:w="1728"/>
          </w:tcPr>
          <w:p>
            <w:r>
              <w:t>914***4*40</w:t>
            </w:r>
          </w:p>
        </w:tc>
        <w:tc>
          <w:tcPr>
            <w:tcW w:type="dxa" w:w="1728"/>
          </w:tcPr>
          <w:p>
            <w:r>
              <w:t>•*¨*•.¸¸ ‘°•****°‘¸¸.•*¨*•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abdalikh</w:t>
            </w:r>
          </w:p>
        </w:tc>
        <w:tc>
          <w:tcPr>
            <w:tcW w:type="dxa" w:w="1728"/>
          </w:tcPr>
          <w:p>
            <w:r>
              <w:t>🍃کلبه ی سلامتی و مراقبت پوست و مو 🍃</w:t>
            </w:r>
          </w:p>
        </w:tc>
      </w:tr>
      <w:tr>
        <w:tc>
          <w:tcPr>
            <w:tcW w:type="dxa" w:w="1728"/>
          </w:tcPr>
          <w:p>
            <w:r>
              <w:t>91*9340*91</w:t>
            </w:r>
          </w:p>
        </w:tc>
        <w:tc>
          <w:tcPr>
            <w:tcW w:type="dxa" w:w="1728"/>
          </w:tcPr>
          <w:p>
            <w:r>
              <w:t>sajjad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sajad_zarei1380</w:t>
            </w:r>
          </w:p>
        </w:tc>
        <w:tc>
          <w:tcPr>
            <w:tcW w:type="dxa" w:w="1728"/>
          </w:tcPr>
          <w:p>
            <w:r>
              <w:t>🍃کلبه ی سلامتی و مراقبت پوست و مو 🍃</w:t>
            </w:r>
          </w:p>
        </w:tc>
      </w:tr>
      <w:tr>
        <w:tc>
          <w:tcPr>
            <w:tcW w:type="dxa" w:w="1728"/>
          </w:tcPr>
          <w:p>
            <w:r>
              <w:t>93*2*442*9</w:t>
            </w:r>
          </w:p>
        </w:tc>
        <w:tc>
          <w:tcPr>
            <w:tcW w:type="dxa" w:w="1728"/>
          </w:tcPr>
          <w:p>
            <w:r>
              <w:t>kavand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🍃کلبه ی سلامتی و مراقبت پوست و مو 🍃</w:t>
            </w:r>
          </w:p>
        </w:tc>
      </w:tr>
      <w:tr>
        <w:tc>
          <w:tcPr>
            <w:tcW w:type="dxa" w:w="1728"/>
          </w:tcPr>
          <w:p>
            <w:r>
              <w:t>91*21*70*2</w:t>
            </w:r>
          </w:p>
        </w:tc>
        <w:tc>
          <w:tcPr>
            <w:tcW w:type="dxa" w:w="1728"/>
          </w:tcPr>
          <w:p>
            <w:r>
              <w:t>فاطمه سادات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🍃کلبه ی سلامتی و مراقبت پوست و مو 🍃</w:t>
            </w:r>
          </w:p>
        </w:tc>
      </w:tr>
      <w:tr>
        <w:tc>
          <w:tcPr>
            <w:tcW w:type="dxa" w:w="1728"/>
          </w:tcPr>
          <w:p>
            <w:r>
              <w:t>9227*717*1</w:t>
            </w:r>
          </w:p>
        </w:tc>
        <w:tc>
          <w:tcPr>
            <w:tcW w:type="dxa" w:w="1728"/>
          </w:tcPr>
          <w:p>
            <w:r>
              <w:t>Asenad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Alarm901</w:t>
            </w:r>
          </w:p>
        </w:tc>
        <w:tc>
          <w:tcPr>
            <w:tcW w:type="dxa" w:w="1728"/>
          </w:tcPr>
          <w:p>
            <w:r>
              <w:t>🍃کلبه ی سلامتی و مراقبت پوست و مو 🍃</w:t>
            </w:r>
          </w:p>
        </w:tc>
      </w:tr>
      <w:tr>
        <w:tc>
          <w:tcPr>
            <w:tcW w:type="dxa" w:w="1728"/>
          </w:tcPr>
          <w:p>
            <w:r>
              <w:t>91472*3710</w:t>
            </w:r>
          </w:p>
        </w:tc>
        <w:tc>
          <w:tcPr>
            <w:tcW w:type="dxa" w:w="1728"/>
          </w:tcPr>
          <w:p>
            <w:r>
              <w:t>جعفر اعزازی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🍃کلبه ی سلامتی و مراقبت پوست و مو 🍃</w:t>
            </w:r>
          </w:p>
        </w:tc>
      </w:tr>
      <w:tr>
        <w:tc>
          <w:tcPr>
            <w:tcW w:type="dxa" w:w="1728"/>
          </w:tcPr>
          <w:p>
            <w:r>
              <w:t>93**2*299*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🍃کلبه ی سلامتی و مراقبت پوست و مو 🍃</w:t>
            </w:r>
          </w:p>
        </w:tc>
      </w:tr>
      <w:tr>
        <w:tc>
          <w:tcPr>
            <w:tcW w:type="dxa" w:w="1728"/>
          </w:tcPr>
          <w:p>
            <w:r>
              <w:t>939****11*</w:t>
            </w:r>
          </w:p>
        </w:tc>
        <w:tc>
          <w:tcPr>
            <w:tcW w:type="dxa" w:w="1728"/>
          </w:tcPr>
          <w:p>
            <w:r>
              <w:t>T.mashooghi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Tmashooghi</w:t>
            </w:r>
          </w:p>
        </w:tc>
        <w:tc>
          <w:tcPr>
            <w:tcW w:type="dxa" w:w="1728"/>
          </w:tcPr>
          <w:p>
            <w:r>
              <w:t>🍃کلبه ی سلامتی و مراقبت پوست و مو 🍃</w:t>
            </w:r>
          </w:p>
        </w:tc>
      </w:tr>
      <w:tr>
        <w:tc>
          <w:tcPr>
            <w:tcW w:type="dxa" w:w="1728"/>
          </w:tcPr>
          <w:p>
            <w:r>
              <w:t>93*3022*07</w:t>
            </w:r>
          </w:p>
        </w:tc>
        <w:tc>
          <w:tcPr>
            <w:tcW w:type="dxa" w:w="1728"/>
          </w:tcPr>
          <w:p>
            <w:r>
              <w:t>Moonlight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Moon88night</w:t>
            </w:r>
          </w:p>
        </w:tc>
        <w:tc>
          <w:tcPr>
            <w:tcW w:type="dxa" w:w="1728"/>
          </w:tcPr>
          <w:p>
            <w:r>
              <w:t>🍃کلبه ی سلامتی و مراقبت پوست و مو 🍃</w:t>
            </w:r>
          </w:p>
        </w:tc>
      </w:tr>
      <w:tr>
        <w:tc>
          <w:tcPr>
            <w:tcW w:type="dxa" w:w="1728"/>
          </w:tcPr>
          <w:p>
            <w:r>
              <w:t>93**72*9*3</w:t>
            </w:r>
          </w:p>
        </w:tc>
        <w:tc>
          <w:tcPr>
            <w:tcW w:type="dxa" w:w="1728"/>
          </w:tcPr>
          <w:p>
            <w:r>
              <w:t>بافندگی گل نرگس(🧶خاطرهs)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bafandegigolnarges</w:t>
            </w:r>
          </w:p>
        </w:tc>
        <w:tc>
          <w:tcPr>
            <w:tcW w:type="dxa" w:w="1728"/>
          </w:tcPr>
          <w:p>
            <w:r>
              <w:t>🍃کلبه ی سلامتی و مراقبت پوست و مو 🍃</w:t>
            </w:r>
          </w:p>
        </w:tc>
      </w:tr>
      <w:tr>
        <w:tc>
          <w:tcPr>
            <w:tcW w:type="dxa" w:w="1728"/>
          </w:tcPr>
          <w:p>
            <w:r>
              <w:t>9031*79241</w:t>
            </w:r>
          </w:p>
        </w:tc>
        <w:tc>
          <w:tcPr>
            <w:tcW w:type="dxa" w:w="1728"/>
          </w:tcPr>
          <w:p>
            <w:r>
              <w:t>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Bigbang114</w:t>
            </w:r>
          </w:p>
        </w:tc>
        <w:tc>
          <w:tcPr>
            <w:tcW w:type="dxa" w:w="1728"/>
          </w:tcPr>
          <w:p>
            <w:r>
              <w:t>🍃کلبه ی سلامتی و مراقبت پوست و مو 🍃</w:t>
            </w:r>
          </w:p>
        </w:tc>
      </w:tr>
      <w:tr>
        <w:tc>
          <w:tcPr>
            <w:tcW w:type="dxa" w:w="1728"/>
          </w:tcPr>
          <w:p>
            <w:r>
              <w:t>91*01**92*</w:t>
            </w:r>
          </w:p>
        </w:tc>
        <w:tc>
          <w:tcPr>
            <w:tcW w:type="dxa" w:w="1728"/>
          </w:tcPr>
          <w:p>
            <w:r>
              <w:t>F.M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🍃کلبه ی سلامتی و مراقبت پوست و مو 🍃</w:t>
            </w:r>
          </w:p>
        </w:tc>
      </w:tr>
      <w:tr>
        <w:tc>
          <w:tcPr>
            <w:tcW w:type="dxa" w:w="1728"/>
          </w:tcPr>
          <w:p>
            <w:r>
              <w:t>9027431770</w:t>
            </w:r>
          </w:p>
        </w:tc>
        <w:tc>
          <w:tcPr>
            <w:tcW w:type="dxa" w:w="1728"/>
          </w:tcPr>
          <w:p>
            <w:r>
              <w:t>بنیامین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🍃کلبه ی سلامتی و مراقبت پوست و مو 🍃</w:t>
            </w:r>
          </w:p>
        </w:tc>
      </w:tr>
      <w:tr>
        <w:tc>
          <w:tcPr>
            <w:tcW w:type="dxa" w:w="1728"/>
          </w:tcPr>
          <w:p>
            <w:r>
              <w:t>912*449*11</w:t>
            </w:r>
          </w:p>
        </w:tc>
        <w:tc>
          <w:tcPr>
            <w:tcW w:type="dxa" w:w="1728"/>
          </w:tcPr>
          <w:p>
            <w:r>
              <w:t>محمد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Norouzi3</w:t>
            </w:r>
          </w:p>
        </w:tc>
        <w:tc>
          <w:tcPr>
            <w:tcW w:type="dxa" w:w="1728"/>
          </w:tcPr>
          <w:p>
            <w:r>
              <w:t>🍃کلبه ی سلامتی و مراقبت پوست و مو 🍃</w:t>
            </w:r>
          </w:p>
        </w:tc>
      </w:tr>
      <w:tr>
        <w:tc>
          <w:tcPr>
            <w:tcW w:type="dxa" w:w="1728"/>
          </w:tcPr>
          <w:p>
            <w:r>
              <w:t>914*17*979</w:t>
            </w:r>
          </w:p>
        </w:tc>
        <w:tc>
          <w:tcPr>
            <w:tcW w:type="dxa" w:w="1728"/>
          </w:tcPr>
          <w:p>
            <w:r>
              <w:t>Afsane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🍃کلبه ی سلامتی و مراقبت پوست و مو 🍃</w:t>
            </w:r>
          </w:p>
        </w:tc>
      </w:tr>
      <w:tr>
        <w:tc>
          <w:tcPr>
            <w:tcW w:type="dxa" w:w="1728"/>
          </w:tcPr>
          <w:p>
            <w:r>
              <w:t>93***27132</w:t>
            </w:r>
          </w:p>
        </w:tc>
        <w:tc>
          <w:tcPr>
            <w:tcW w:type="dxa" w:w="1728"/>
          </w:tcPr>
          <w:p>
            <w:r>
              <w:t>Khashayar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Khashayar_Alfa</w:t>
            </w:r>
          </w:p>
        </w:tc>
        <w:tc>
          <w:tcPr>
            <w:tcW w:type="dxa" w:w="1728"/>
          </w:tcPr>
          <w:p>
            <w:r>
              <w:t>🍃کلبه ی سلامتی و مراقبت پوست و مو 🍃</w:t>
            </w:r>
          </w:p>
        </w:tc>
      </w:tr>
      <w:tr>
        <w:tc>
          <w:tcPr>
            <w:tcW w:type="dxa" w:w="1728"/>
          </w:tcPr>
          <w:p>
            <w:r>
              <w:t>9122*7*39*</w:t>
            </w:r>
          </w:p>
        </w:tc>
        <w:tc>
          <w:tcPr>
            <w:tcW w:type="dxa" w:w="1728"/>
          </w:tcPr>
          <w:p>
            <w:r>
              <w:t>Leila</w:t>
            </w:r>
          </w:p>
        </w:tc>
        <w:tc>
          <w:tcPr>
            <w:tcW w:type="dxa" w:w="1728"/>
          </w:tcPr>
          <w:p>
            <w:r>
              <w:t>Tamimi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🍃کلبه ی سلامتی و مراقبت پوست و مو 🍃</w:t>
            </w:r>
          </w:p>
        </w:tc>
      </w:tr>
      <w:tr>
        <w:tc>
          <w:tcPr>
            <w:tcW w:type="dxa" w:w="1728"/>
          </w:tcPr>
          <w:p>
            <w:r>
              <w:t>93940***70</w:t>
            </w:r>
          </w:p>
        </w:tc>
        <w:tc>
          <w:tcPr>
            <w:tcW w:type="dxa" w:w="1728"/>
          </w:tcPr>
          <w:p>
            <w:r>
              <w:t>majid</w:t>
            </w:r>
          </w:p>
        </w:tc>
        <w:tc>
          <w:tcPr>
            <w:tcW w:type="dxa" w:w="1728"/>
          </w:tcPr>
          <w:p>
            <w:r>
              <w:t>soltani</w:t>
            </w:r>
          </w:p>
        </w:tc>
        <w:tc>
          <w:tcPr>
            <w:tcW w:type="dxa" w:w="1728"/>
          </w:tcPr>
          <w:p>
            <w:r>
              <w:t>MrMajidsoltani</w:t>
            </w:r>
          </w:p>
        </w:tc>
        <w:tc>
          <w:tcPr>
            <w:tcW w:type="dxa" w:w="1728"/>
          </w:tcPr>
          <w:p>
            <w:r>
              <w:t>🍃کلبه ی سلامتی و مراقبت پوست و مو 🍃</w:t>
            </w:r>
          </w:p>
        </w:tc>
      </w:tr>
      <w:tr>
        <w:tc>
          <w:tcPr>
            <w:tcW w:type="dxa" w:w="1728"/>
          </w:tcPr>
          <w:p>
            <w:r>
              <w:t>9024*00*79</w:t>
            </w:r>
          </w:p>
        </w:tc>
        <w:tc>
          <w:tcPr>
            <w:tcW w:type="dxa" w:w="1728"/>
          </w:tcPr>
          <w:p>
            <w:r>
              <w:t>.MAHDIS.🖤🐇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mahdis827</w:t>
            </w:r>
          </w:p>
        </w:tc>
        <w:tc>
          <w:tcPr>
            <w:tcW w:type="dxa" w:w="1728"/>
          </w:tcPr>
          <w:p>
            <w:r>
              <w:t>🍃کلبه ی سلامتی و مراقبت پوست و مو 🍃</w:t>
            </w:r>
          </w:p>
        </w:tc>
      </w:tr>
      <w:tr>
        <w:tc>
          <w:tcPr>
            <w:tcW w:type="dxa" w:w="1728"/>
          </w:tcPr>
          <w:p>
            <w:r>
              <w:t>910**2**9*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🍃کلبه ی سلامتی و مراقبت پوست و مو 🍃</w:t>
            </w:r>
          </w:p>
        </w:tc>
      </w:tr>
      <w:tr>
        <w:tc>
          <w:tcPr>
            <w:tcW w:type="dxa" w:w="1728"/>
          </w:tcPr>
          <w:p>
            <w:r>
              <w:t>91**0910*7</w:t>
            </w:r>
          </w:p>
        </w:tc>
        <w:tc>
          <w:tcPr>
            <w:tcW w:type="dxa" w:w="1728"/>
          </w:tcPr>
          <w:p>
            <w:r>
              <w:t>Hanis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🍃کلبه ی سلامتی و مراقبت پوست و مو 🍃</w:t>
            </w:r>
          </w:p>
        </w:tc>
      </w:tr>
      <w:tr>
        <w:tc>
          <w:tcPr>
            <w:tcW w:type="dxa" w:w="1728"/>
          </w:tcPr>
          <w:p>
            <w:r>
              <w:t>93***2*0**</w:t>
            </w:r>
          </w:p>
        </w:tc>
        <w:tc>
          <w:tcPr>
            <w:tcW w:type="dxa" w:w="1728"/>
          </w:tcPr>
          <w:p>
            <w:r>
              <w:t>ریحانه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🍃کلبه ی سلامتی و مراقبت پوست و مو 🍃</w:t>
            </w:r>
          </w:p>
        </w:tc>
      </w:tr>
      <w:tr>
        <w:tc>
          <w:tcPr>
            <w:tcW w:type="dxa" w:w="1728"/>
          </w:tcPr>
          <w:p>
            <w:r>
              <w:t>91219*3**0</w:t>
            </w:r>
          </w:p>
        </w:tc>
        <w:tc>
          <w:tcPr>
            <w:tcW w:type="dxa" w:w="1728"/>
          </w:tcPr>
          <w:p>
            <w:r>
              <w:t>سید حسن</w:t>
            </w:r>
          </w:p>
        </w:tc>
        <w:tc>
          <w:tcPr>
            <w:tcW w:type="dxa" w:w="1728"/>
          </w:tcPr>
          <w:p>
            <w:r>
              <w:t>افتخاری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🍃کلبه ی سلامتی و مراقبت پوست و مو 🍃</w:t>
            </w:r>
          </w:p>
        </w:tc>
      </w:tr>
      <w:tr>
        <w:tc>
          <w:tcPr>
            <w:tcW w:type="dxa" w:w="1728"/>
          </w:tcPr>
          <w:p>
            <w:r>
              <w:t>9179310704</w:t>
            </w:r>
          </w:p>
        </w:tc>
        <w:tc>
          <w:tcPr>
            <w:tcW w:type="dxa" w:w="1728"/>
          </w:tcPr>
          <w:p>
            <w:r>
              <w:t>💚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mvgjs</w:t>
            </w:r>
          </w:p>
        </w:tc>
        <w:tc>
          <w:tcPr>
            <w:tcW w:type="dxa" w:w="1728"/>
          </w:tcPr>
          <w:p>
            <w:r>
              <w:t>🍃کلبه ی سلامتی و مراقبت پوست و مو 🍃</w:t>
            </w:r>
          </w:p>
        </w:tc>
      </w:tr>
      <w:tr>
        <w:tc>
          <w:tcPr>
            <w:tcW w:type="dxa" w:w="1728"/>
          </w:tcPr>
          <w:p>
            <w:r>
              <w:t>9127*12420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Madah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🍃کلبه ی سلامتی و مراقبت پوست و مو 🍃</w:t>
            </w:r>
          </w:p>
        </w:tc>
      </w:tr>
      <w:tr>
        <w:tc>
          <w:tcPr>
            <w:tcW w:type="dxa" w:w="1728"/>
          </w:tcPr>
          <w:p>
            <w:r>
              <w:t>91*710*947</w:t>
            </w:r>
          </w:p>
        </w:tc>
        <w:tc>
          <w:tcPr>
            <w:tcW w:type="dxa" w:w="1728"/>
          </w:tcPr>
          <w:p>
            <w:r>
              <w:t>b.h.m.m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🍃کلبه ی سلامتی و مراقبت پوست و مو 🍃</w:t>
            </w:r>
          </w:p>
        </w:tc>
      </w:tr>
      <w:tr>
        <w:tc>
          <w:tcPr>
            <w:tcW w:type="dxa" w:w="1728"/>
          </w:tcPr>
          <w:p>
            <w:r>
              <w:t>9010*49*19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🍃کلبه ی سلامتی و مراقبت پوست و مو 🍃</w:t>
            </w:r>
          </w:p>
        </w:tc>
      </w:tr>
      <w:tr>
        <w:tc>
          <w:tcPr>
            <w:tcW w:type="dxa" w:w="1728"/>
          </w:tcPr>
          <w:p>
            <w:r>
              <w:t>9222427**7</w:t>
            </w:r>
          </w:p>
        </w:tc>
        <w:tc>
          <w:tcPr>
            <w:tcW w:type="dxa" w:w="1728"/>
          </w:tcPr>
          <w:p>
            <w:r>
              <w:t>fatima</w:t>
            </w:r>
          </w:p>
        </w:tc>
        <w:tc>
          <w:tcPr>
            <w:tcW w:type="dxa" w:w="1728"/>
          </w:tcPr>
          <w:p>
            <w:r>
              <w:t>zia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🍃کلبه ی سلامتی و مراقبت پوست و مو 🍃</w:t>
            </w:r>
          </w:p>
        </w:tc>
      </w:tr>
      <w:tr>
        <w:tc>
          <w:tcPr>
            <w:tcW w:type="dxa" w:w="1728"/>
          </w:tcPr>
          <w:p>
            <w:r>
              <w:t>91**7112*0</w:t>
            </w:r>
          </w:p>
        </w:tc>
        <w:tc>
          <w:tcPr>
            <w:tcW w:type="dxa" w:w="1728"/>
          </w:tcPr>
          <w:p>
            <w:r>
              <w:t>TMA.........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🍃کلبه ی سلامتی و مراقبت پوست و مو 🍃</w:t>
            </w:r>
          </w:p>
        </w:tc>
      </w:tr>
      <w:tr>
        <w:tc>
          <w:tcPr>
            <w:tcW w:type="dxa" w:w="1728"/>
          </w:tcPr>
          <w:p>
            <w:r>
              <w:t>93**0*9749</w:t>
            </w:r>
          </w:p>
        </w:tc>
        <w:tc>
          <w:tcPr>
            <w:tcW w:type="dxa" w:w="1728"/>
          </w:tcPr>
          <w:p>
            <w:r>
              <w:t>فردین</w:t>
            </w:r>
          </w:p>
        </w:tc>
        <w:tc>
          <w:tcPr>
            <w:tcW w:type="dxa" w:w="1728"/>
          </w:tcPr>
          <w:p>
            <w:r>
              <w:t>آریا</w:t>
            </w:r>
          </w:p>
        </w:tc>
        <w:tc>
          <w:tcPr>
            <w:tcW w:type="dxa" w:w="1728"/>
          </w:tcPr>
          <w:p>
            <w:r>
              <w:t>imanwear1</w:t>
            </w:r>
          </w:p>
        </w:tc>
        <w:tc>
          <w:tcPr>
            <w:tcW w:type="dxa" w:w="1728"/>
          </w:tcPr>
          <w:p>
            <w:r>
              <w:t>🍃کلبه ی سلامتی و مراقبت پوست و مو 🍃</w:t>
            </w:r>
          </w:p>
        </w:tc>
      </w:tr>
      <w:tr>
        <w:tc>
          <w:tcPr>
            <w:tcW w:type="dxa" w:w="1728"/>
          </w:tcPr>
          <w:p>
            <w:r>
              <w:t>93371*7*74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M_selkin</w:t>
            </w:r>
          </w:p>
        </w:tc>
        <w:tc>
          <w:tcPr>
            <w:tcW w:type="dxa" w:w="1728"/>
          </w:tcPr>
          <w:p>
            <w:r>
              <w:t>🍃کلبه ی سلامتی و مراقبت پوست و مو 🍃</w:t>
            </w:r>
          </w:p>
        </w:tc>
      </w:tr>
      <w:tr>
        <w:tc>
          <w:tcPr>
            <w:tcW w:type="dxa" w:w="1728"/>
          </w:tcPr>
          <w:p>
            <w:r>
              <w:t>91*111*4*7</w:t>
            </w:r>
          </w:p>
        </w:tc>
        <w:tc>
          <w:tcPr>
            <w:tcW w:type="dxa" w:w="1728"/>
          </w:tcPr>
          <w:p>
            <w:r>
              <w:t>محمد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🍃کلبه ی سلامتی و مراقبت پوست و مو 🍃</w:t>
            </w:r>
          </w:p>
        </w:tc>
      </w:tr>
      <w:tr>
        <w:tc>
          <w:tcPr>
            <w:tcW w:type="dxa" w:w="1728"/>
          </w:tcPr>
          <w:p>
            <w:r>
              <w:t>91212244*1</w:t>
            </w:r>
          </w:p>
        </w:tc>
        <w:tc>
          <w:tcPr>
            <w:tcW w:type="dxa" w:w="1728"/>
          </w:tcPr>
          <w:p>
            <w:r>
              <w:t>Hossein</w:t>
            </w:r>
          </w:p>
        </w:tc>
        <w:tc>
          <w:tcPr>
            <w:tcW w:type="dxa" w:w="1728"/>
          </w:tcPr>
          <w:p>
            <w:r>
              <w:t>Hamidieh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🍃کلبه ی سلامتی و مراقبت پوست و مو 🍃</w:t>
            </w:r>
          </w:p>
        </w:tc>
      </w:tr>
      <w:tr>
        <w:tc>
          <w:tcPr>
            <w:tcW w:type="dxa" w:w="1728"/>
          </w:tcPr>
          <w:p>
            <w:r>
              <w:t>91*43*7102</w:t>
            </w:r>
          </w:p>
        </w:tc>
        <w:tc>
          <w:tcPr>
            <w:tcW w:type="dxa" w:w="1728"/>
          </w:tcPr>
          <w:p>
            <w:r>
              <w:t>Zahra Mokhtari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🍃کلبه ی سلامتی و مراقبت پوست و مو 🍃</w:t>
            </w:r>
          </w:p>
        </w:tc>
      </w:tr>
      <w:tr>
        <w:tc>
          <w:tcPr>
            <w:tcW w:type="dxa" w:w="1728"/>
          </w:tcPr>
          <w:p>
            <w:r>
              <w:t>91*972119*</w:t>
            </w:r>
          </w:p>
        </w:tc>
        <w:tc>
          <w:tcPr>
            <w:tcW w:type="dxa" w:w="1728"/>
          </w:tcPr>
          <w:p>
            <w:r>
              <w:t>شیر</w:t>
            </w:r>
          </w:p>
        </w:tc>
        <w:tc>
          <w:tcPr>
            <w:tcW w:type="dxa" w:w="1728"/>
          </w:tcPr>
          <w:p>
            <w:r>
              <w:t>خدا</w:t>
            </w:r>
          </w:p>
        </w:tc>
        <w:tc>
          <w:tcPr>
            <w:tcW w:type="dxa" w:w="1728"/>
          </w:tcPr>
          <w:p>
            <w:r>
              <w:t>asde1195</w:t>
            </w:r>
          </w:p>
        </w:tc>
        <w:tc>
          <w:tcPr>
            <w:tcW w:type="dxa" w:w="1728"/>
          </w:tcPr>
          <w:p>
            <w:r>
              <w:t>🍃کلبه ی سلامتی و مراقبت پوست و مو 🍃</w:t>
            </w:r>
          </w:p>
        </w:tc>
      </w:tr>
      <w:tr>
        <w:tc>
          <w:tcPr>
            <w:tcW w:type="dxa" w:w="1728"/>
          </w:tcPr>
          <w:p>
            <w:r>
              <w:t>9307009*4*</w:t>
            </w:r>
          </w:p>
        </w:tc>
        <w:tc>
          <w:tcPr>
            <w:tcW w:type="dxa" w:w="1728"/>
          </w:tcPr>
          <w:p>
            <w:r>
              <w:t>Sajiiii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🍃کلبه ی سلامتی و مراقبت پوست و مو 🍃</w:t>
            </w:r>
          </w:p>
        </w:tc>
      </w:tr>
      <w:tr>
        <w:tc>
          <w:tcPr>
            <w:tcW w:type="dxa" w:w="1728"/>
          </w:tcPr>
          <w:p>
            <w:r>
              <w:t>93**3*112*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safdari9988</w:t>
            </w:r>
          </w:p>
        </w:tc>
        <w:tc>
          <w:tcPr>
            <w:tcW w:type="dxa" w:w="1728"/>
          </w:tcPr>
          <w:p>
            <w:r>
              <w:t>🍃کلبه ی سلامتی و مراقبت پوست و مو 🍃</w:t>
            </w:r>
          </w:p>
        </w:tc>
      </w:tr>
      <w:tr>
        <w:tc>
          <w:tcPr>
            <w:tcW w:type="dxa" w:w="1728"/>
          </w:tcPr>
          <w:p>
            <w:r>
              <w:t>919**24772</w:t>
            </w:r>
          </w:p>
        </w:tc>
        <w:tc>
          <w:tcPr>
            <w:tcW w:type="dxa" w:w="1728"/>
          </w:tcPr>
          <w:p>
            <w:r>
              <w:t>شمیسا و یسنا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🍃کلبه ی سلامتی و مراقبت پوست و مو 🍃</w:t>
            </w:r>
          </w:p>
        </w:tc>
      </w:tr>
      <w:tr>
        <w:tc>
          <w:tcPr>
            <w:tcW w:type="dxa" w:w="1728"/>
          </w:tcPr>
          <w:p>
            <w:r>
              <w:t>91**743942</w:t>
            </w:r>
          </w:p>
        </w:tc>
        <w:tc>
          <w:tcPr>
            <w:tcW w:type="dxa" w:w="1728"/>
          </w:tcPr>
          <w:p>
            <w:r>
              <w:t>S.s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🍃کلبه ی سلامتی و مراقبت پوست و مو 🍃</w:t>
            </w:r>
          </w:p>
        </w:tc>
      </w:tr>
      <w:tr>
        <w:tc>
          <w:tcPr>
            <w:tcW w:type="dxa" w:w="1728"/>
          </w:tcPr>
          <w:p>
            <w:r>
              <w:t>93*0*92*97</w:t>
            </w:r>
          </w:p>
        </w:tc>
        <w:tc>
          <w:tcPr>
            <w:tcW w:type="dxa" w:w="1728"/>
          </w:tcPr>
          <w:p>
            <w:r>
              <w:t>🙂🙂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Ma_hb_oo_be_h</w:t>
            </w:r>
          </w:p>
        </w:tc>
        <w:tc>
          <w:tcPr>
            <w:tcW w:type="dxa" w:w="1728"/>
          </w:tcPr>
          <w:p>
            <w:r>
              <w:t>🍃کلبه ی سلامتی و مراقبت پوست و مو 🍃</w:t>
            </w:r>
          </w:p>
        </w:tc>
      </w:tr>
      <w:tr>
        <w:tc>
          <w:tcPr>
            <w:tcW w:type="dxa" w:w="1728"/>
          </w:tcPr>
          <w:p>
            <w:r>
              <w:t>911*37*4**</w:t>
            </w:r>
          </w:p>
        </w:tc>
        <w:tc>
          <w:tcPr>
            <w:tcW w:type="dxa" w:w="1728"/>
          </w:tcPr>
          <w:p>
            <w:r>
              <w:t>آسنا</w:t>
            </w:r>
          </w:p>
        </w:tc>
        <w:tc>
          <w:tcPr>
            <w:tcW w:type="dxa" w:w="1728"/>
          </w:tcPr>
          <w:p>
            <w:r>
              <w:t>ساینا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🍃کلبه ی سلامتی و مراقبت پوست و مو 🍃</w:t>
            </w:r>
          </w:p>
        </w:tc>
      </w:tr>
      <w:tr>
        <w:tc>
          <w:tcPr>
            <w:tcW w:type="dxa" w:w="1728"/>
          </w:tcPr>
          <w:p>
            <w:r>
              <w:t>91**3**34*</w:t>
            </w:r>
          </w:p>
        </w:tc>
        <w:tc>
          <w:tcPr>
            <w:tcW w:type="dxa" w:w="1728"/>
          </w:tcPr>
          <w:p>
            <w:r>
              <w:t>لاغالب الا الله(هیچ فاتحی جزالله نیست)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yassinyass</w:t>
            </w:r>
          </w:p>
        </w:tc>
        <w:tc>
          <w:tcPr>
            <w:tcW w:type="dxa" w:w="1728"/>
          </w:tcPr>
          <w:p>
            <w:r>
              <w:t>🍃کلبه ی سلامتی و مراقبت پوست و مو 🍃</w:t>
            </w:r>
          </w:p>
        </w:tc>
      </w:tr>
      <w:tr>
        <w:tc>
          <w:tcPr>
            <w:tcW w:type="dxa" w:w="1728"/>
          </w:tcPr>
          <w:p>
            <w:r>
              <w:t>91*93**473</w:t>
            </w:r>
          </w:p>
        </w:tc>
        <w:tc>
          <w:tcPr>
            <w:tcW w:type="dxa" w:w="1728"/>
          </w:tcPr>
          <w:p>
            <w:r>
              <w:t>یا مهدی (عج)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Ttaherian1111</w:t>
            </w:r>
          </w:p>
        </w:tc>
        <w:tc>
          <w:tcPr>
            <w:tcW w:type="dxa" w:w="1728"/>
          </w:tcPr>
          <w:p>
            <w:r>
              <w:t>🍃کلبه ی سلامتی و مراقبت پوست و مو 🍃</w:t>
            </w:r>
          </w:p>
        </w:tc>
      </w:tr>
      <w:tr>
        <w:tc>
          <w:tcPr>
            <w:tcW w:type="dxa" w:w="1728"/>
          </w:tcPr>
          <w:p>
            <w:r>
              <w:t>93**1*3007</w:t>
            </w:r>
          </w:p>
        </w:tc>
        <w:tc>
          <w:tcPr>
            <w:tcW w:type="dxa" w:w="1728"/>
          </w:tcPr>
          <w:p>
            <w:r>
              <w:t>یوسف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🍃کلبه ی سلامتی و مراقبت پوست و مو 🍃</w:t>
            </w:r>
          </w:p>
        </w:tc>
      </w:tr>
      <w:tr>
        <w:tc>
          <w:tcPr>
            <w:tcW w:type="dxa" w:w="1728"/>
          </w:tcPr>
          <w:p>
            <w:r>
              <w:t>903***411*</w:t>
            </w:r>
          </w:p>
        </w:tc>
        <w:tc>
          <w:tcPr>
            <w:tcW w:type="dxa" w:w="1728"/>
          </w:tcPr>
          <w:p>
            <w:r>
              <w:t>▂▃▄▅▆▇█▓▒░m░▒▓█▇▆▅▄▃▂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🍃کلبه ی سلامتی و مراقبت پوست و مو 🍃</w:t>
            </w:r>
          </w:p>
        </w:tc>
      </w:tr>
      <w:tr>
        <w:tc>
          <w:tcPr>
            <w:tcW w:type="dxa" w:w="1728"/>
          </w:tcPr>
          <w:p>
            <w:r>
              <w:t>9112272290</w:t>
            </w:r>
          </w:p>
        </w:tc>
        <w:tc>
          <w:tcPr>
            <w:tcW w:type="dxa" w:w="1728"/>
          </w:tcPr>
          <w:p>
            <w:r>
              <w:t>Zahra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🍃کلبه ی سلامتی و مراقبت پوست و مو 🍃</w:t>
            </w:r>
          </w:p>
        </w:tc>
      </w:tr>
      <w:tr>
        <w:tc>
          <w:tcPr>
            <w:tcW w:type="dxa" w:w="1728"/>
          </w:tcPr>
          <w:p>
            <w:r>
              <w:t>90**913**7</w:t>
            </w:r>
          </w:p>
        </w:tc>
        <w:tc>
          <w:tcPr>
            <w:tcW w:type="dxa" w:w="1728"/>
          </w:tcPr>
          <w:p>
            <w:r>
              <w:t>◦•●◉✿Mohadeseh✿◉●•◦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mohiiiii1997</w:t>
            </w:r>
          </w:p>
        </w:tc>
        <w:tc>
          <w:tcPr>
            <w:tcW w:type="dxa" w:w="1728"/>
          </w:tcPr>
          <w:p>
            <w:r>
              <w:t>🍃کلبه ی سلامتی و مراقبت پوست و مو 🍃</w:t>
            </w:r>
          </w:p>
        </w:tc>
      </w:tr>
      <w:tr>
        <w:tc>
          <w:tcPr>
            <w:tcW w:type="dxa" w:w="1728"/>
          </w:tcPr>
          <w:p>
            <w:r>
              <w:t>93703*3994</w:t>
            </w:r>
          </w:p>
        </w:tc>
        <w:tc>
          <w:tcPr>
            <w:tcW w:type="dxa" w:w="1728"/>
          </w:tcPr>
          <w:p>
            <w:r>
              <w:t>N.sh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🍃کلبه ی سلامتی و مراقبت پوست و مو 🍃</w:t>
            </w:r>
          </w:p>
        </w:tc>
      </w:tr>
      <w:tr>
        <w:tc>
          <w:tcPr>
            <w:tcW w:type="dxa" w:w="1728"/>
          </w:tcPr>
          <w:p>
            <w:r>
              <w:t>933721*411</w:t>
            </w:r>
          </w:p>
        </w:tc>
        <w:tc>
          <w:tcPr>
            <w:tcW w:type="dxa" w:w="1728"/>
          </w:tcPr>
          <w:p>
            <w:r>
              <w:t>حسام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Hesam_reza</w:t>
            </w:r>
          </w:p>
        </w:tc>
        <w:tc>
          <w:tcPr>
            <w:tcW w:type="dxa" w:w="1728"/>
          </w:tcPr>
          <w:p>
            <w:r>
              <w:t>🍃کلبه ی سلامتی و مراقبت پوست و مو 🍃</w:t>
            </w:r>
          </w:p>
        </w:tc>
      </w:tr>
      <w:tr>
        <w:tc>
          <w:tcPr>
            <w:tcW w:type="dxa" w:w="1728"/>
          </w:tcPr>
          <w:p>
            <w:r>
              <w:t>9124197*43</w:t>
            </w:r>
          </w:p>
        </w:tc>
        <w:tc>
          <w:tcPr>
            <w:tcW w:type="dxa" w:w="1728"/>
          </w:tcPr>
          <w:p>
            <w:r>
              <w:t>҉ℱ𝒜𝒯ℐ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ShahnazSanadzaei</w:t>
            </w:r>
          </w:p>
        </w:tc>
        <w:tc>
          <w:tcPr>
            <w:tcW w:type="dxa" w:w="1728"/>
          </w:tcPr>
          <w:p>
            <w:r>
              <w:t>🍃کلبه ی سلامتی و مراقبت پوست و مو 🍃</w:t>
            </w:r>
          </w:p>
        </w:tc>
      </w:tr>
      <w:tr>
        <w:tc>
          <w:tcPr>
            <w:tcW w:type="dxa" w:w="1728"/>
          </w:tcPr>
          <w:p>
            <w:r>
              <w:t>9372449322</w:t>
            </w:r>
          </w:p>
        </w:tc>
        <w:tc>
          <w:tcPr>
            <w:tcW w:type="dxa" w:w="1728"/>
          </w:tcPr>
          <w:p>
            <w:r>
              <w:t>Mahin_Tohidy_Fard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shahintoh</w:t>
            </w:r>
          </w:p>
        </w:tc>
        <w:tc>
          <w:tcPr>
            <w:tcW w:type="dxa" w:w="1728"/>
          </w:tcPr>
          <w:p>
            <w:r>
              <w:t>🍃کلبه ی سلامتی و مراقبت پوست و مو 🍃</w:t>
            </w:r>
          </w:p>
        </w:tc>
      </w:tr>
      <w:tr>
        <w:tc>
          <w:tcPr>
            <w:tcW w:type="dxa" w:w="1728"/>
          </w:tcPr>
          <w:p>
            <w:r>
              <w:t>91*920*2**</w:t>
            </w:r>
          </w:p>
        </w:tc>
        <w:tc>
          <w:tcPr>
            <w:tcW w:type="dxa" w:w="1728"/>
          </w:tcPr>
          <w:p>
            <w:r>
              <w:t>حمید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HAMID123567</w:t>
            </w:r>
          </w:p>
        </w:tc>
        <w:tc>
          <w:tcPr>
            <w:tcW w:type="dxa" w:w="1728"/>
          </w:tcPr>
          <w:p>
            <w:r>
              <w:t>🍃کلبه ی سلامتی و مراقبت پوست و مو 🍃</w:t>
            </w:r>
          </w:p>
        </w:tc>
      </w:tr>
      <w:tr>
        <w:tc>
          <w:tcPr>
            <w:tcW w:type="dxa" w:w="1728"/>
          </w:tcPr>
          <w:p>
            <w:r>
              <w:t>990*41770*</w:t>
            </w:r>
          </w:p>
        </w:tc>
        <w:tc>
          <w:tcPr>
            <w:tcW w:type="dxa" w:w="1728"/>
          </w:tcPr>
          <w:p>
            <w:r>
              <w:t>S@n@z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🍃کلبه ی سلامتی و مراقبت پوست و مو 🍃</w:t>
            </w:r>
          </w:p>
        </w:tc>
      </w:tr>
      <w:tr>
        <w:tc>
          <w:tcPr>
            <w:tcW w:type="dxa" w:w="1728"/>
          </w:tcPr>
          <w:p>
            <w:r>
              <w:t>92127**429</w:t>
            </w:r>
          </w:p>
        </w:tc>
        <w:tc>
          <w:tcPr>
            <w:tcW w:type="dxa" w:w="1728"/>
          </w:tcPr>
          <w:p>
            <w:r>
              <w:t>Vahid</w:t>
            </w:r>
          </w:p>
        </w:tc>
        <w:tc>
          <w:tcPr>
            <w:tcW w:type="dxa" w:w="1728"/>
          </w:tcPr>
          <w:p>
            <w:r>
              <w:t>Sadr</w:t>
            </w:r>
          </w:p>
        </w:tc>
        <w:tc>
          <w:tcPr>
            <w:tcW w:type="dxa" w:w="1728"/>
          </w:tcPr>
          <w:p>
            <w:r>
              <w:t>Vahidsadredini</w:t>
            </w:r>
          </w:p>
        </w:tc>
        <w:tc>
          <w:tcPr>
            <w:tcW w:type="dxa" w:w="1728"/>
          </w:tcPr>
          <w:p>
            <w:r>
              <w:t>🍃کلبه ی سلامتی و مراقبت پوست و مو 🍃</w:t>
            </w:r>
          </w:p>
        </w:tc>
      </w:tr>
      <w:tr>
        <w:tc>
          <w:tcPr>
            <w:tcW w:type="dxa" w:w="1728"/>
          </w:tcPr>
          <w:p>
            <w:r>
              <w:t>91***11227</w:t>
            </w:r>
          </w:p>
        </w:tc>
        <w:tc>
          <w:tcPr>
            <w:tcW w:type="dxa" w:w="1728"/>
          </w:tcPr>
          <w:p>
            <w:r>
              <w:t>Melad.babaiy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miladbabaei1868</w:t>
            </w:r>
          </w:p>
        </w:tc>
        <w:tc>
          <w:tcPr>
            <w:tcW w:type="dxa" w:w="1728"/>
          </w:tcPr>
          <w:p>
            <w:r>
              <w:t>🍃کلبه ی سلامتی و مراقبت پوست و مو 🍃</w:t>
            </w:r>
          </w:p>
        </w:tc>
      </w:tr>
      <w:tr>
        <w:tc>
          <w:tcPr>
            <w:tcW w:type="dxa" w:w="1728"/>
          </w:tcPr>
          <w:p>
            <w:r>
              <w:t>913*02327*</w:t>
            </w:r>
          </w:p>
        </w:tc>
        <w:tc>
          <w:tcPr>
            <w:tcW w:type="dxa" w:w="1728"/>
          </w:tcPr>
          <w:p>
            <w:r>
              <w:t>FARIBA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🍃کلبه ی سلامتی و مراقبت پوست و مو 🍃</w:t>
            </w:r>
          </w:p>
        </w:tc>
      </w:tr>
      <w:tr>
        <w:tc>
          <w:tcPr>
            <w:tcW w:type="dxa" w:w="1728"/>
          </w:tcPr>
          <w:p>
            <w:r>
              <w:t>913*1*90**</w:t>
            </w:r>
          </w:p>
        </w:tc>
        <w:tc>
          <w:tcPr>
            <w:tcW w:type="dxa" w:w="1728"/>
          </w:tcPr>
          <w:p>
            <w:r>
              <w:t>∙∙∙∙∙·▫▫ᵒᴼᵒ ṃḁḧṅḁẑ ᵒᴼᵒ▫▫·∙∙∙∙∙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🍃کلبه ی سلامتی و مراقبت پوست و مو 🍃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 xml:space="preserve">دانلود بانک موبایل کلبه ی سلامتی و مراقبت پوست و مو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