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کـــــانــــــون رســــا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کـــــانــــــون رســــا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93*0*7272*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Mohi</w:t>
            </w:r>
          </w:p>
        </w:tc>
        <w:tc>
          <w:tcPr>
            <w:tcW w:type="dxa" w:w="1728"/>
          </w:tcPr>
          <w:p>
            <w:r>
              <w:t>Ahmb2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91**79740*</w:t>
            </w:r>
          </w:p>
        </w:tc>
        <w:tc>
          <w:tcPr>
            <w:tcW w:type="dxa" w:w="1728"/>
          </w:tcPr>
          <w:p>
            <w:r>
              <w:t>ᴀ ʏ ᴅ ᴀ 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aydaghnbrzde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91*400*19*</w:t>
            </w:r>
          </w:p>
        </w:tc>
        <w:tc>
          <w:tcPr>
            <w:tcW w:type="dxa" w:w="1728"/>
          </w:tcPr>
          <w:p>
            <w:r>
              <w:t>giti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giitaa12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93*4*1*23*</w:t>
            </w:r>
          </w:p>
        </w:tc>
        <w:tc>
          <w:tcPr>
            <w:tcW w:type="dxa" w:w="1728"/>
          </w:tcPr>
          <w:p>
            <w:r>
              <w:t>IMA7620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IMANRahmatollahi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902091*123</w:t>
            </w:r>
          </w:p>
        </w:tc>
        <w:tc>
          <w:tcPr>
            <w:tcW w:type="dxa" w:w="1728"/>
          </w:tcPr>
          <w:p>
            <w:r>
              <w:t>🔱ARSALAN🔱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A_arsalan123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93*42243**</w:t>
            </w:r>
          </w:p>
        </w:tc>
        <w:tc>
          <w:tcPr>
            <w:tcW w:type="dxa" w:w="1728"/>
          </w:tcPr>
          <w:p>
            <w:r>
              <w:t>EMER</w:t>
            </w:r>
          </w:p>
        </w:tc>
        <w:tc>
          <w:tcPr>
            <w:tcW w:type="dxa" w:w="1728"/>
          </w:tcPr>
          <w:p>
            <w:r>
              <w:t>Co</w:t>
            </w:r>
          </w:p>
        </w:tc>
        <w:tc>
          <w:tcPr>
            <w:tcW w:type="dxa" w:w="1728"/>
          </w:tcPr>
          <w:p>
            <w:r>
              <w:t>EMERCOMPANY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93*2**3270</w:t>
            </w:r>
          </w:p>
        </w:tc>
        <w:tc>
          <w:tcPr>
            <w:tcW w:type="dxa" w:w="1728"/>
          </w:tcPr>
          <w:p>
            <w:r>
              <w:t>دخترم تمام دنیامه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93011*****</w:t>
            </w:r>
          </w:p>
        </w:tc>
        <w:tc>
          <w:tcPr>
            <w:tcW w:type="dxa" w:w="1728"/>
          </w:tcPr>
          <w:p>
            <w:r>
              <w:t>Mr.mhmmdy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Mrmhmmdy207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93097*9***</w:t>
            </w:r>
          </w:p>
        </w:tc>
        <w:tc>
          <w:tcPr>
            <w:tcW w:type="dxa" w:w="1728"/>
          </w:tcPr>
          <w:p>
            <w:r>
              <w:t>kim kim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Qkimyli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903*97**24</w:t>
            </w:r>
          </w:p>
        </w:tc>
        <w:tc>
          <w:tcPr>
            <w:tcW w:type="dxa" w:w="1728"/>
          </w:tcPr>
          <w:p>
            <w:r>
              <w:t>kamran ebrahimi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kamran_ebrahimi1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91*7**2019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93*799*0*0</w:t>
            </w:r>
          </w:p>
        </w:tc>
        <w:tc>
          <w:tcPr>
            <w:tcW w:type="dxa" w:w="1728"/>
          </w:tcPr>
          <w:p>
            <w:r>
              <w:t>ｈａｓｓａｎ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Hasaan_007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937737193*</w:t>
            </w:r>
          </w:p>
        </w:tc>
        <w:tc>
          <w:tcPr>
            <w:tcW w:type="dxa" w:w="1728"/>
          </w:tcPr>
          <w:p>
            <w:r>
              <w:t>(¯`✿.¸(¯`’♥.هستـــےِِ .♥’´¯)¸.✿ ‘´¯)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hastiijooon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91**79*19*</w:t>
            </w:r>
          </w:p>
        </w:tc>
        <w:tc>
          <w:tcPr>
            <w:tcW w:type="dxa" w:w="1728"/>
          </w:tcPr>
          <w:p>
            <w:r>
              <w:t>Krozh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M_m_k_m25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9332*93*30</w:t>
            </w:r>
          </w:p>
        </w:tc>
        <w:tc>
          <w:tcPr>
            <w:tcW w:type="dxa" w:w="1728"/>
          </w:tcPr>
          <w:p>
            <w:r>
              <w:t>Parnian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parniii_an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9397*4*4*4</w:t>
            </w:r>
          </w:p>
        </w:tc>
        <w:tc>
          <w:tcPr>
            <w:tcW w:type="dxa" w:w="1728"/>
          </w:tcPr>
          <w:p>
            <w:r>
              <w:t>-𝑺𝒊𝒏𝒂 𝑲𝒉𝒐𝒋𝒂𝒔𝒕𝒆𝒉 | 🕷🕯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Sina_Khojasteh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93***424*4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Kh_Amin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902*022949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REZA_R10E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93*4374**9</w:t>
            </w:r>
          </w:p>
        </w:tc>
        <w:tc>
          <w:tcPr>
            <w:tcW w:type="dxa" w:w="1728"/>
          </w:tcPr>
          <w:p>
            <w:r>
              <w:t>Zahra.Alizade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rwliu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901*2*1*02</w:t>
            </w:r>
          </w:p>
        </w:tc>
        <w:tc>
          <w:tcPr>
            <w:tcW w:type="dxa" w:w="1728"/>
          </w:tcPr>
          <w:p>
            <w:r>
              <w:t>Mbt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Mbt200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91*70*334*</w:t>
            </w:r>
          </w:p>
        </w:tc>
        <w:tc>
          <w:tcPr>
            <w:tcW w:type="dxa" w:w="1728"/>
          </w:tcPr>
          <w:p>
            <w:r>
              <w:t>Atousa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arnd_atousa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9027412074</w:t>
            </w:r>
          </w:p>
        </w:tc>
        <w:tc>
          <w:tcPr>
            <w:tcW w:type="dxa" w:w="1728"/>
          </w:tcPr>
          <w:p>
            <w:r>
              <w:t>A@@m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Mmmmmmmaaaaaaaak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93*799*703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Omidamini69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93****44**</w:t>
            </w:r>
          </w:p>
        </w:tc>
        <w:tc>
          <w:tcPr>
            <w:tcW w:type="dxa" w:w="1728"/>
          </w:tcPr>
          <w:p>
            <w:r>
              <w:t>Ben</w:t>
            </w:r>
          </w:p>
        </w:tc>
        <w:tc>
          <w:tcPr>
            <w:tcW w:type="dxa" w:w="1728"/>
          </w:tcPr>
          <w:p>
            <w:r>
              <w:t>co</w:t>
            </w:r>
          </w:p>
        </w:tc>
        <w:tc>
          <w:tcPr>
            <w:tcW w:type="dxa" w:w="1728"/>
          </w:tcPr>
          <w:p>
            <w:r>
              <w:t>Benco_group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9397*4**40</w:t>
            </w:r>
          </w:p>
        </w:tc>
        <w:tc>
          <w:tcPr>
            <w:tcW w:type="dxa" w:w="1728"/>
          </w:tcPr>
          <w:p>
            <w:r>
              <w:t>Rohan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scorpion_tail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9372313710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Khalili</w:t>
            </w:r>
          </w:p>
        </w:tc>
        <w:tc>
          <w:tcPr>
            <w:tcW w:type="dxa" w:w="1728"/>
          </w:tcPr>
          <w:p>
            <w:r>
              <w:t>aminkhaliliiiiii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99103**0*3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نوروزی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933731420*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Kamali</w:t>
            </w:r>
          </w:p>
        </w:tc>
        <w:tc>
          <w:tcPr>
            <w:tcW w:type="dxa" w:w="1728"/>
          </w:tcPr>
          <w:p>
            <w:r>
              <w:t>Ahmad_kamali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91*413007*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Rezai</w:t>
            </w:r>
          </w:p>
        </w:tc>
        <w:tc>
          <w:tcPr>
            <w:tcW w:type="dxa" w:w="1728"/>
          </w:tcPr>
          <w:p>
            <w:r>
              <w:t>nreysac47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9370399*00</w:t>
            </w:r>
          </w:p>
        </w:tc>
        <w:tc>
          <w:tcPr>
            <w:tcW w:type="dxa" w:w="1728"/>
          </w:tcPr>
          <w:p>
            <w:r>
              <w:t>erfanian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Erfanian123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9012*0**92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Haz130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991*7**24*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Eslami</w:t>
            </w:r>
          </w:p>
        </w:tc>
        <w:tc>
          <w:tcPr>
            <w:tcW w:type="dxa" w:w="1728"/>
          </w:tcPr>
          <w:p>
            <w:r>
              <w:t>m_eslami76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91*44**093</w:t>
            </w:r>
          </w:p>
        </w:tc>
        <w:tc>
          <w:tcPr>
            <w:tcW w:type="dxa" w:w="1728"/>
          </w:tcPr>
          <w:p>
            <w:r>
              <w:t>Morteza..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morteza_j1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91**142721</w:t>
            </w:r>
          </w:p>
        </w:tc>
        <w:tc>
          <w:tcPr>
            <w:tcW w:type="dxa" w:w="1728"/>
          </w:tcPr>
          <w:p>
            <w:r>
              <w:t>𝐀𝐦𝐢𝐫𝐚𝐥𝐢</w:t>
            </w:r>
          </w:p>
        </w:tc>
        <w:tc>
          <w:tcPr>
            <w:tcW w:type="dxa" w:w="1728"/>
          </w:tcPr>
          <w:p>
            <w:r>
              <w:t>𝐣𝐚𝐳𝐚𝐲𝐞𝐫𝐢</w:t>
            </w:r>
          </w:p>
        </w:tc>
        <w:tc>
          <w:tcPr>
            <w:tcW w:type="dxa" w:w="1728"/>
          </w:tcPr>
          <w:p>
            <w:r>
              <w:t>Amiralijazayeri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91**932*3*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amirhossein7828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9199*2*7*9</w:t>
            </w:r>
          </w:p>
        </w:tc>
        <w:tc>
          <w:tcPr>
            <w:tcW w:type="dxa" w:w="1728"/>
          </w:tcPr>
          <w:p>
            <w:r>
              <w:t>Taranom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masifatah1359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9397*9*147</w:t>
            </w:r>
          </w:p>
        </w:tc>
        <w:tc>
          <w:tcPr>
            <w:tcW w:type="dxa" w:w="1728"/>
          </w:tcPr>
          <w:p>
            <w:r>
              <w:t>(✿◠‿◠♥).:**:.☆*.:｡.✿دانیال عزیز ݦادڔ ✿.｡.:* ☆:**:.(♥◠‿◠✿)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910*4*7904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9370931*12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Arabaval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9010**77**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Zha_mhm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91*24014*1</w:t>
            </w:r>
          </w:p>
        </w:tc>
        <w:tc>
          <w:tcPr>
            <w:tcW w:type="dxa" w:w="1728"/>
          </w:tcPr>
          <w:p>
            <w:r>
              <w:t>Helia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heliamomeni1999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913772719*</w:t>
            </w:r>
          </w:p>
        </w:tc>
        <w:tc>
          <w:tcPr>
            <w:tcW w:type="dxa" w:w="1728"/>
          </w:tcPr>
          <w:p>
            <w:r>
              <w:t>معراج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91*7***030</w:t>
            </w:r>
          </w:p>
        </w:tc>
        <w:tc>
          <w:tcPr>
            <w:tcW w:type="dxa" w:w="1728"/>
          </w:tcPr>
          <w:p>
            <w:r>
              <w:t>N_thd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Naghmeh_thd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91**373*7*</w:t>
            </w:r>
          </w:p>
        </w:tc>
        <w:tc>
          <w:tcPr>
            <w:tcW w:type="dxa" w:w="1728"/>
          </w:tcPr>
          <w:p>
            <w:r>
              <w:t>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9373939*1*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AlirezaMoshtaghiii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937732****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93*790*274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R_shayan1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91*7994970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Mahdi_nhl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933*332007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Amir100_nj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9194*33*1*</w:t>
            </w:r>
          </w:p>
        </w:tc>
        <w:tc>
          <w:tcPr>
            <w:tcW w:type="dxa" w:w="1728"/>
          </w:tcPr>
          <w:p>
            <w:r>
              <w:t>aghl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91*0*22077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mahbobema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9392772190</w:t>
            </w:r>
          </w:p>
        </w:tc>
        <w:tc>
          <w:tcPr>
            <w:tcW w:type="dxa" w:w="1728"/>
          </w:tcPr>
          <w:p>
            <w:r>
              <w:t>مصطفی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93***4**99</w:t>
            </w:r>
          </w:p>
        </w:tc>
        <w:tc>
          <w:tcPr>
            <w:tcW w:type="dxa" w:w="1728"/>
          </w:tcPr>
          <w:p>
            <w:r>
              <w:t>Sorush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SORUSHSB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93*4**014*</w:t>
            </w:r>
          </w:p>
        </w:tc>
        <w:tc>
          <w:tcPr>
            <w:tcW w:type="dxa" w:w="1728"/>
          </w:tcPr>
          <w:p>
            <w:r>
              <w:t>~Bemani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93*377*030</w:t>
            </w:r>
          </w:p>
        </w:tc>
        <w:tc>
          <w:tcPr>
            <w:tcW w:type="dxa" w:w="1728"/>
          </w:tcPr>
          <w:p>
            <w:r>
              <w:t>Gypsy man 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Gypsy_m4n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9379334*1*</w:t>
            </w:r>
          </w:p>
        </w:tc>
        <w:tc>
          <w:tcPr>
            <w:tcW w:type="dxa" w:w="1728"/>
          </w:tcPr>
          <w:p>
            <w:r>
              <w:t>Miss_Hosseinian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Hosseinian76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91*04941*7</w:t>
            </w:r>
          </w:p>
        </w:tc>
        <w:tc>
          <w:tcPr>
            <w:tcW w:type="dxa" w:w="1728"/>
          </w:tcPr>
          <w:p>
            <w:r>
              <w:t>Hasti🌻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Hasti_Habibi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91**000997</w:t>
            </w:r>
          </w:p>
        </w:tc>
        <w:tc>
          <w:tcPr>
            <w:tcW w:type="dxa" w:w="1728"/>
          </w:tcPr>
          <w:p>
            <w:r>
              <w:t>TSH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mjzposhtibani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9027*4770*</w:t>
            </w:r>
          </w:p>
        </w:tc>
        <w:tc>
          <w:tcPr>
            <w:tcW w:type="dxa" w:w="1728"/>
          </w:tcPr>
          <w:p>
            <w:r>
              <w:t>Pegah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Pegah8M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91**004*73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Ali_musaviii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90*7*3*430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93*3**2*21</w:t>
            </w:r>
          </w:p>
        </w:tc>
        <w:tc>
          <w:tcPr>
            <w:tcW w:type="dxa" w:w="1728"/>
          </w:tcPr>
          <w:p>
            <w:r>
              <w:t>aĸ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docterakbari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91*3204497</w:t>
            </w:r>
          </w:p>
        </w:tc>
        <w:tc>
          <w:tcPr>
            <w:tcW w:type="dxa" w:w="1728"/>
          </w:tcPr>
          <w:p>
            <w:r>
              <w:t>deargoli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deargoli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93**227344</w:t>
            </w:r>
          </w:p>
        </w:tc>
        <w:tc>
          <w:tcPr>
            <w:tcW w:type="dxa" w:w="1728"/>
          </w:tcPr>
          <w:p>
            <w:r>
              <w:t>عبد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Abdekhodaa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91**19**32</w:t>
            </w:r>
          </w:p>
        </w:tc>
        <w:tc>
          <w:tcPr>
            <w:tcW w:type="dxa" w:w="1728"/>
          </w:tcPr>
          <w:p>
            <w:r>
              <w:t>مح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91942074*2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Majid13_47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903*130*92</w:t>
            </w:r>
          </w:p>
        </w:tc>
        <w:tc>
          <w:tcPr>
            <w:tcW w:type="dxa" w:w="1728"/>
          </w:tcPr>
          <w:p>
            <w:r>
              <w:t>لاله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lala1_1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91*1173790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>
              <w:t>Hyd</w:t>
            </w:r>
          </w:p>
        </w:tc>
        <w:tc>
          <w:tcPr>
            <w:tcW w:type="dxa" w:w="1728"/>
          </w:tcPr>
          <w:p>
            <w:r>
              <w:t>Ma_hyd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937****199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mm_bn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9029449*34</w:t>
            </w:r>
          </w:p>
        </w:tc>
        <w:tc>
          <w:tcPr>
            <w:tcW w:type="dxa" w:w="1728"/>
          </w:tcPr>
          <w:p>
            <w:r>
              <w:t>S,d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smnfjdk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93*927*19*</w:t>
            </w:r>
          </w:p>
        </w:tc>
        <w:tc>
          <w:tcPr>
            <w:tcW w:type="dxa" w:w="1728"/>
          </w:tcPr>
          <w:p>
            <w:r>
              <w:t>S. Mohammad Ali</w:t>
            </w:r>
          </w:p>
        </w:tc>
        <w:tc>
          <w:tcPr>
            <w:tcW w:type="dxa" w:w="1728"/>
          </w:tcPr>
          <w:p>
            <w:r>
              <w:t>Moallemee</w:t>
            </w:r>
          </w:p>
        </w:tc>
        <w:tc>
          <w:tcPr>
            <w:tcW w:type="dxa" w:w="1728"/>
          </w:tcPr>
          <w:p>
            <w:r>
              <w:t>XOYMAN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93**90793*</w:t>
            </w:r>
          </w:p>
        </w:tc>
        <w:tc>
          <w:tcPr>
            <w:tcW w:type="dxa" w:w="1728"/>
          </w:tcPr>
          <w:p>
            <w:r>
              <w:t>Shaham</w:t>
            </w:r>
          </w:p>
        </w:tc>
        <w:tc>
          <w:tcPr>
            <w:tcW w:type="dxa" w:w="1728"/>
          </w:tcPr>
          <w:p>
            <w:r>
              <w:t>Esfahanizadeh</w:t>
            </w:r>
          </w:p>
        </w:tc>
        <w:tc>
          <w:tcPr>
            <w:tcW w:type="dxa" w:w="1728"/>
          </w:tcPr>
          <w:p>
            <w:r>
              <w:t>shaham98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91*9232*00</w:t>
            </w:r>
          </w:p>
        </w:tc>
        <w:tc>
          <w:tcPr>
            <w:tcW w:type="dxa" w:w="1728"/>
          </w:tcPr>
          <w:p>
            <w:r>
              <w:t>M.g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Mrghasemi1998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901403013*</w:t>
            </w:r>
          </w:p>
        </w:tc>
        <w:tc>
          <w:tcPr>
            <w:tcW w:type="dxa" w:w="1728"/>
          </w:tcPr>
          <w:p>
            <w:r>
              <w:t>E.peyvandi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peyvandi1370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93340*01*1</w:t>
            </w:r>
          </w:p>
        </w:tc>
        <w:tc>
          <w:tcPr>
            <w:tcW w:type="dxa" w:w="1728"/>
          </w:tcPr>
          <w:p>
            <w:r>
              <w:t>A.£.K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910331**42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Akhavan</w:t>
            </w:r>
          </w:p>
        </w:tc>
        <w:tc>
          <w:tcPr>
            <w:tcW w:type="dxa" w:w="1728"/>
          </w:tcPr>
          <w:p>
            <w:r>
              <w:t>alireza_akhavan96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9039*93**9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Amir_ramezanii11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937079**99</w:t>
            </w:r>
          </w:p>
        </w:tc>
        <w:tc>
          <w:tcPr>
            <w:tcW w:type="dxa" w:w="1728"/>
          </w:tcPr>
          <w:p>
            <w:r>
              <w:t>Eilia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Eilianikkhah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93039304*9</w:t>
            </w:r>
          </w:p>
        </w:tc>
        <w:tc>
          <w:tcPr>
            <w:tcW w:type="dxa" w:w="1728"/>
          </w:tcPr>
          <w:p>
            <w:r>
              <w:t>Sarafraz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Sarafraz78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  <w:tr>
        <w:tc>
          <w:tcPr>
            <w:tcW w:type="dxa" w:w="1728"/>
          </w:tcPr>
          <w:p>
            <w:r>
              <w:t>939723*00*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khaki</w:t>
            </w:r>
          </w:p>
        </w:tc>
        <w:tc>
          <w:tcPr>
            <w:tcW w:type="dxa" w:w="1728"/>
          </w:tcPr>
          <w:p>
            <w:r>
              <w:t>aliikhakii</w:t>
            </w:r>
          </w:p>
        </w:tc>
        <w:tc>
          <w:tcPr>
            <w:tcW w:type="dxa" w:w="1728"/>
          </w:tcPr>
          <w:p>
            <w:r>
              <w:t>کـــــانــــــون رســــا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کـــــانــــــون رســــا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