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کانون صنفی 13خرید و اجاره مغازه،انبار و دفتر در بازار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کانون صنفی 13خرید و اجاره مغازه،انبار و دفتر در بازار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91233141*0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9149719**7</w:t>
            </w:r>
          </w:p>
        </w:tc>
        <w:tc>
          <w:tcPr>
            <w:tcW w:type="dxa" w:w="1728"/>
          </w:tcPr>
          <w:p>
            <w:r>
              <w:t>Ali.arshadi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Ali_Arshadi_official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9123*01042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>
              <w:t>امیرمختاری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9111009479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.bime pasargad</w:t>
            </w:r>
          </w:p>
        </w:tc>
        <w:tc>
          <w:tcPr>
            <w:tcW w:type="dxa" w:w="1728"/>
          </w:tcPr>
          <w:p>
            <w:r>
              <w:t>raha1990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9127**079*</w:t>
            </w:r>
          </w:p>
        </w:tc>
        <w:tc>
          <w:tcPr>
            <w:tcW w:type="dxa" w:w="1728"/>
          </w:tcPr>
          <w:p>
            <w:r>
              <w:t>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9193*10310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mohsen_bakhtiyari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9011*0*032</w:t>
            </w:r>
          </w:p>
        </w:tc>
        <w:tc>
          <w:tcPr>
            <w:tcW w:type="dxa" w:w="1728"/>
          </w:tcPr>
          <w:p>
            <w:r>
              <w:t>king love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niakan_mm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9377*02309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9133*210*0</w:t>
            </w:r>
          </w:p>
        </w:tc>
        <w:tc>
          <w:tcPr>
            <w:tcW w:type="dxa" w:w="1728"/>
          </w:tcPr>
          <w:p>
            <w:r>
              <w:t>روح اله</w:t>
            </w:r>
          </w:p>
        </w:tc>
        <w:tc>
          <w:tcPr>
            <w:tcW w:type="dxa" w:w="1728"/>
          </w:tcPr>
          <w:p>
            <w:r>
              <w:t>خاکی</w:t>
            </w:r>
          </w:p>
        </w:tc>
        <w:tc>
          <w:tcPr>
            <w:tcW w:type="dxa" w:w="1728"/>
          </w:tcPr>
          <w:p>
            <w:r>
              <w:t>Khaki1060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912*43*071</w:t>
            </w:r>
          </w:p>
        </w:tc>
        <w:tc>
          <w:tcPr>
            <w:tcW w:type="dxa" w:w="1728"/>
          </w:tcPr>
          <w:p>
            <w:r>
              <w:t>بلبرینگ صمد احمدنیا</w:t>
            </w:r>
          </w:p>
        </w:tc>
        <w:tc>
          <w:tcPr>
            <w:tcW w:type="dxa" w:w="1728"/>
          </w:tcPr>
          <w:p>
            <w:r>
              <w:t>09128435071</w:t>
            </w:r>
          </w:p>
        </w:tc>
        <w:tc>
          <w:tcPr>
            <w:tcW w:type="dxa" w:w="1728"/>
          </w:tcPr>
          <w:p>
            <w:r>
              <w:t>BSA_COO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919702094*</w:t>
            </w:r>
          </w:p>
        </w:tc>
        <w:tc>
          <w:tcPr>
            <w:tcW w:type="dxa" w:w="1728"/>
          </w:tcPr>
          <w:p>
            <w:r>
              <w:t>مانتو ماهتیک زرین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Mahdikhaniiii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91207201*1</w:t>
            </w:r>
          </w:p>
        </w:tc>
        <w:tc>
          <w:tcPr>
            <w:tcW w:type="dxa" w:w="1728"/>
          </w:tcPr>
          <w:p>
            <w:r>
              <w:t>Has</w:t>
            </w:r>
          </w:p>
        </w:tc>
        <w:tc>
          <w:tcPr>
            <w:tcW w:type="dxa" w:w="1728"/>
          </w:tcPr>
          <w:p>
            <w:r>
              <w:t>Gi96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930*9**0**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Aliihedayati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91219*9*0*</w:t>
            </w:r>
          </w:p>
        </w:tc>
        <w:tc>
          <w:tcPr>
            <w:tcW w:type="dxa" w:w="1728"/>
          </w:tcPr>
          <w:p>
            <w:r>
              <w:t>(¯`✿.¸(¯`’♥.Aama.♥’´¯)¸.✿ ‘´¯)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Ama_F118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912240*3**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M950133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93*07*7744</w:t>
            </w:r>
          </w:p>
        </w:tc>
        <w:tc>
          <w:tcPr>
            <w:tcW w:type="dxa" w:w="1728"/>
          </w:tcPr>
          <w:p>
            <w:r>
              <w:t>მეჰდი</w:t>
            </w:r>
          </w:p>
        </w:tc>
        <w:tc>
          <w:tcPr>
            <w:tcW w:type="dxa" w:w="1728"/>
          </w:tcPr>
          <w:p>
            <w:r>
              <w:t>მოწყალეა</w:t>
            </w:r>
          </w:p>
        </w:tc>
        <w:tc>
          <w:tcPr>
            <w:tcW w:type="dxa" w:w="1728"/>
          </w:tcPr>
          <w:p>
            <w:r>
              <w:t>mmehrban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91202**023</w:t>
            </w:r>
          </w:p>
        </w:tc>
        <w:tc>
          <w:tcPr>
            <w:tcW w:type="dxa" w:w="1728"/>
          </w:tcPr>
          <w:p>
            <w:r>
              <w:t>MKazemi💠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Masoxod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9223*7*2**</w:t>
            </w:r>
          </w:p>
        </w:tc>
        <w:tc>
          <w:tcPr>
            <w:tcW w:type="dxa" w:w="1728"/>
          </w:tcPr>
          <w:p>
            <w:r>
              <w:t>Artan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91333337*0</w:t>
            </w:r>
          </w:p>
        </w:tc>
        <w:tc>
          <w:tcPr>
            <w:tcW w:type="dxa" w:w="1728"/>
          </w:tcPr>
          <w:p>
            <w:r>
              <w:t>ابراهیمی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9123729343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Aghdasi</w:t>
            </w:r>
          </w:p>
        </w:tc>
        <w:tc>
          <w:tcPr>
            <w:tcW w:type="dxa" w:w="1728"/>
          </w:tcPr>
          <w:p>
            <w:r>
              <w:t>woreldsensor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9147**4240</w:t>
            </w:r>
          </w:p>
        </w:tc>
        <w:tc>
          <w:tcPr>
            <w:tcW w:type="dxa" w:w="1728"/>
          </w:tcPr>
          <w:p>
            <w:r>
              <w:t>𝑯𝒂𝒎𝒆𝒅</w:t>
            </w:r>
          </w:p>
        </w:tc>
        <w:tc>
          <w:tcPr>
            <w:tcW w:type="dxa" w:w="1728"/>
          </w:tcPr>
          <w:p>
            <w:r>
              <w:t>𝑻𝒂𝒉𝒎𝒂𝒔𝒆𝒃𝒊</w:t>
            </w:r>
          </w:p>
        </w:tc>
        <w:tc>
          <w:tcPr>
            <w:tcW w:type="dxa" w:w="1728"/>
          </w:tcPr>
          <w:p>
            <w:r>
              <w:t>Hamed_Tahmasebi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93*44*3414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R19_1987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91411**03*</w:t>
            </w:r>
          </w:p>
        </w:tc>
        <w:tc>
          <w:tcPr>
            <w:tcW w:type="dxa" w:w="1728"/>
          </w:tcPr>
          <w:p>
            <w:r>
              <w:t>بهزاد</w:t>
            </w:r>
          </w:p>
        </w:tc>
        <w:tc>
          <w:tcPr>
            <w:tcW w:type="dxa" w:w="1728"/>
          </w:tcPr>
          <w:p>
            <w:r>
              <w:t>حصاری</w:t>
            </w:r>
          </w:p>
        </w:tc>
        <w:tc>
          <w:tcPr>
            <w:tcW w:type="dxa" w:w="1728"/>
          </w:tcPr>
          <w:p>
            <w:r>
              <w:t>hesaribazargani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913110227*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930***04**</w:t>
            </w:r>
          </w:p>
        </w:tc>
        <w:tc>
          <w:tcPr>
            <w:tcW w:type="dxa" w:w="1728"/>
          </w:tcPr>
          <w:p>
            <w:r>
              <w:t>Ghasemiteam.ir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Hi_tickpart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91**94*3*9</w:t>
            </w:r>
          </w:p>
        </w:tc>
        <w:tc>
          <w:tcPr>
            <w:tcW w:type="dxa" w:w="1728"/>
          </w:tcPr>
          <w:p>
            <w:r>
              <w:t>Y.d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93*2*14*4*</w:t>
            </w:r>
          </w:p>
        </w:tc>
        <w:tc>
          <w:tcPr>
            <w:tcW w:type="dxa" w:w="1728"/>
          </w:tcPr>
          <w:p>
            <w:r>
              <w:t>Saipayadak</w:t>
            </w:r>
          </w:p>
        </w:tc>
        <w:tc>
          <w:tcPr>
            <w:tcW w:type="dxa" w:w="1728"/>
          </w:tcPr>
          <w:p>
            <w:r>
              <w:t>Nariman</w:t>
            </w:r>
          </w:p>
        </w:tc>
        <w:tc>
          <w:tcPr>
            <w:tcW w:type="dxa" w:w="1728"/>
          </w:tcPr>
          <w:p>
            <w:r>
              <w:t>Nasernariman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93**99733*</w:t>
            </w:r>
          </w:p>
        </w:tc>
        <w:tc>
          <w:tcPr>
            <w:tcW w:type="dxa" w:w="1728"/>
          </w:tcPr>
          <w:p>
            <w:r>
              <w:t>مهدی یدک</w:t>
            </w:r>
          </w:p>
        </w:tc>
        <w:tc>
          <w:tcPr>
            <w:tcW w:type="dxa" w:w="1728"/>
          </w:tcPr>
          <w:p>
            <w:r>
              <w:t>کرامتی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912*093013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93*109**40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RKH1978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9123**7114</w:t>
            </w:r>
          </w:p>
        </w:tc>
        <w:tc>
          <w:tcPr>
            <w:tcW w:type="dxa" w:w="1728"/>
          </w:tcPr>
          <w:p>
            <w:r>
              <w:t>A -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9109**0479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Bahrami</w:t>
            </w:r>
          </w:p>
        </w:tc>
        <w:tc>
          <w:tcPr>
            <w:tcW w:type="dxa" w:w="1728"/>
          </w:tcPr>
          <w:p>
            <w:r>
              <w:t>Parsayadak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91***94799</w:t>
            </w:r>
          </w:p>
        </w:tc>
        <w:tc>
          <w:tcPr>
            <w:tcW w:type="dxa" w:w="1728"/>
          </w:tcPr>
          <w:p>
            <w:r>
              <w:t>لوازم یدکی بهمنی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91222**9*3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خلیلی</w:t>
            </w:r>
          </w:p>
        </w:tc>
        <w:tc>
          <w:tcPr>
            <w:tcW w:type="dxa" w:w="1728"/>
          </w:tcPr>
          <w:p>
            <w:r>
              <w:t>Saeid_khalili20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912139****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Shams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912**320**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mehdi_mahjoob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9141913007</w:t>
            </w:r>
          </w:p>
        </w:tc>
        <w:tc>
          <w:tcPr>
            <w:tcW w:type="dxa" w:w="1728"/>
          </w:tcPr>
          <w:p>
            <w:r>
              <w:t>Hasan jangi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JNPTRUCKSENSOR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912*400*21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ehsanmaxxx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933*093*99</w:t>
            </w:r>
          </w:p>
        </w:tc>
        <w:tc>
          <w:tcPr>
            <w:tcW w:type="dxa" w:w="1728"/>
          </w:tcPr>
          <w:p>
            <w:r>
              <w:t>فائزه</w:t>
            </w:r>
          </w:p>
        </w:tc>
        <w:tc>
          <w:tcPr>
            <w:tcW w:type="dxa" w:w="1728"/>
          </w:tcPr>
          <w:p>
            <w:r>
              <w:t>اسماعیلی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9121*12*11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Amiri</w:t>
            </w:r>
          </w:p>
        </w:tc>
        <w:tc>
          <w:tcPr>
            <w:tcW w:type="dxa" w:w="1728"/>
          </w:tcPr>
          <w:p>
            <w:r>
              <w:t>Aaliiaamiri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930***0799</w:t>
            </w:r>
          </w:p>
        </w:tc>
        <w:tc>
          <w:tcPr>
            <w:tcW w:type="dxa" w:w="1728"/>
          </w:tcPr>
          <w:p>
            <w:r>
              <w:t>The best 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Septaher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91234*3442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>
              <w:t>Kahe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99013077**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9121***430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SCDcompany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91910209*9</w:t>
            </w:r>
          </w:p>
        </w:tc>
        <w:tc>
          <w:tcPr>
            <w:tcW w:type="dxa" w:w="1728"/>
          </w:tcPr>
          <w:p>
            <w:r>
              <w:t>jalal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91140*3100</w:t>
            </w:r>
          </w:p>
        </w:tc>
        <w:tc>
          <w:tcPr>
            <w:tcW w:type="dxa" w:w="1728"/>
          </w:tcPr>
          <w:p>
            <w:r>
              <w:t>تجهیز صنعت م کریمیان</w:t>
            </w:r>
          </w:p>
        </w:tc>
        <w:tc>
          <w:tcPr>
            <w:tcW w:type="dxa" w:w="1728"/>
          </w:tcPr>
          <w:p>
            <w:r>
              <w:t>09114053100 ,,, 01135669512</w:t>
            </w:r>
          </w:p>
        </w:tc>
        <w:tc>
          <w:tcPr>
            <w:tcW w:type="dxa" w:w="1728"/>
          </w:tcPr>
          <w:p>
            <w:r>
              <w:t>Tajhizsanatforosh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91241***2*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Am_valio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91**24**33</w:t>
            </w:r>
          </w:p>
        </w:tc>
        <w:tc>
          <w:tcPr>
            <w:tcW w:type="dxa" w:w="1728"/>
          </w:tcPr>
          <w:p>
            <w:r>
              <w:t>Adel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91274**99*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Eftekhari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9123*1**3*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Hamid_kasra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9337*2474*</w:t>
            </w:r>
          </w:p>
        </w:tc>
        <w:tc>
          <w:tcPr>
            <w:tcW w:type="dxa" w:w="1728"/>
          </w:tcPr>
          <w:p>
            <w:r>
              <w:t>Hunting</w:t>
            </w:r>
          </w:p>
        </w:tc>
        <w:tc>
          <w:tcPr>
            <w:tcW w:type="dxa" w:w="1728"/>
          </w:tcPr>
          <w:p>
            <w:r>
              <w:t>Night</w:t>
            </w:r>
          </w:p>
        </w:tc>
        <w:tc>
          <w:tcPr>
            <w:tcW w:type="dxa" w:w="1728"/>
          </w:tcPr>
          <w:p>
            <w:r>
              <w:t>alferedro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914*3*7224</w:t>
            </w:r>
          </w:p>
        </w:tc>
        <w:tc>
          <w:tcPr>
            <w:tcW w:type="dxa" w:w="1728"/>
          </w:tcPr>
          <w:p>
            <w:r>
              <w:t>بازرگانی</w:t>
            </w:r>
          </w:p>
        </w:tc>
        <w:tc>
          <w:tcPr>
            <w:tcW w:type="dxa" w:w="1728"/>
          </w:tcPr>
          <w:p>
            <w:r>
              <w:t>بهجتی پور</w:t>
            </w:r>
          </w:p>
        </w:tc>
        <w:tc>
          <w:tcPr>
            <w:tcW w:type="dxa" w:w="1728"/>
          </w:tcPr>
          <w:p>
            <w:r>
              <w:t>bazarghanibehjatipour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9012**009*</w:t>
            </w:r>
          </w:p>
        </w:tc>
        <w:tc>
          <w:tcPr>
            <w:tcW w:type="dxa" w:w="1728"/>
          </w:tcPr>
          <w:p>
            <w:r>
              <w:t>Araz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914979949*</w:t>
            </w:r>
          </w:p>
        </w:tc>
        <w:tc>
          <w:tcPr>
            <w:tcW w:type="dxa" w:w="1728"/>
          </w:tcPr>
          <w:p>
            <w:r>
              <w:t>hooshang</w:t>
            </w:r>
          </w:p>
        </w:tc>
        <w:tc>
          <w:tcPr>
            <w:tcW w:type="dxa" w:w="1728"/>
          </w:tcPr>
          <w:p>
            <w:r>
              <w:t>.d</w:t>
            </w:r>
          </w:p>
        </w:tc>
        <w:tc>
          <w:tcPr>
            <w:tcW w:type="dxa" w:w="1728"/>
          </w:tcPr>
          <w:p>
            <w:r>
              <w:t>hooshangdb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9147**2103</w:t>
            </w:r>
          </w:p>
        </w:tc>
        <w:tc>
          <w:tcPr>
            <w:tcW w:type="dxa" w:w="1728"/>
          </w:tcPr>
          <w:p>
            <w:r>
              <w:t>Ali noori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alinooriyy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93*4*00922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912*11**33</w:t>
            </w:r>
          </w:p>
        </w:tc>
        <w:tc>
          <w:tcPr>
            <w:tcW w:type="dxa" w:w="1728"/>
          </w:tcPr>
          <w:p>
            <w:r>
              <w:t>Amir 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Amirmoghadam611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9144**99*4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>
              <w:t>mousavi_9886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91*90**17*</w:t>
            </w:r>
          </w:p>
        </w:tc>
        <w:tc>
          <w:tcPr>
            <w:tcW w:type="dxa" w:w="1728"/>
          </w:tcPr>
          <w:p>
            <w:r>
              <w:t>m____a___h__d_i</w:t>
            </w:r>
          </w:p>
        </w:tc>
        <w:tc>
          <w:tcPr>
            <w:tcW w:type="dxa" w:w="1728"/>
          </w:tcPr>
          <w:p>
            <w:r>
              <w:t>m_a__h___d____i</w:t>
            </w:r>
          </w:p>
        </w:tc>
        <w:tc>
          <w:tcPr>
            <w:tcW w:type="dxa" w:w="1728"/>
          </w:tcPr>
          <w:p>
            <w:r>
              <w:t>Sazeh_khodro_admin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912****729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sina_cheraghi1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91**22*734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9122*371*4</w:t>
            </w:r>
          </w:p>
        </w:tc>
        <w:tc>
          <w:tcPr>
            <w:tcW w:type="dxa" w:w="1728"/>
          </w:tcPr>
          <w:p>
            <w:r>
              <w:t>Arya</w:t>
            </w:r>
          </w:p>
        </w:tc>
        <w:tc>
          <w:tcPr>
            <w:tcW w:type="dxa" w:w="1728"/>
          </w:tcPr>
          <w:p>
            <w:r>
              <w:t>Momen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9133040*9*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rabani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910*120270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sana_part1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91441209*4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9214*2*3*1</w:t>
            </w:r>
          </w:p>
        </w:tc>
        <w:tc>
          <w:tcPr>
            <w:tcW w:type="dxa" w:w="1728"/>
          </w:tcPr>
          <w:p>
            <w:r>
              <w:t>H&amp;M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990190*077</w:t>
            </w:r>
          </w:p>
        </w:tc>
        <w:tc>
          <w:tcPr>
            <w:tcW w:type="dxa" w:w="1728"/>
          </w:tcPr>
          <w:p>
            <w:r>
              <w:t>Auto part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Auto_partt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9144112913</w:t>
            </w:r>
          </w:p>
        </w:tc>
        <w:tc>
          <w:tcPr>
            <w:tcW w:type="dxa" w:w="1728"/>
          </w:tcPr>
          <w:p>
            <w:r>
              <w:t>●▬▬๑۩۩๑ramin farid๑۩۩๑▬▬●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912*94*9*3</w:t>
            </w:r>
          </w:p>
        </w:tc>
        <w:tc>
          <w:tcPr>
            <w:tcW w:type="dxa" w:w="1728"/>
          </w:tcPr>
          <w:p>
            <w:r>
              <w:t>Nihat</w:t>
            </w:r>
          </w:p>
        </w:tc>
        <w:tc>
          <w:tcPr>
            <w:tcW w:type="dxa" w:w="1728"/>
          </w:tcPr>
          <w:p>
            <w:r>
              <w:t>2204</w:t>
            </w:r>
          </w:p>
        </w:tc>
        <w:tc>
          <w:tcPr>
            <w:tcW w:type="dxa" w:w="1728"/>
          </w:tcPr>
          <w:p>
            <w:r>
              <w:t>Sanatavaran_ir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9374411**9</w:t>
            </w:r>
          </w:p>
        </w:tc>
        <w:tc>
          <w:tcPr>
            <w:tcW w:type="dxa" w:w="1728"/>
          </w:tcPr>
          <w:p>
            <w:r>
              <w:t>H.r.m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Hamid1355manouchehre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903**34***</w:t>
            </w:r>
          </w:p>
        </w:tc>
        <w:tc>
          <w:tcPr>
            <w:tcW w:type="dxa" w:w="1728"/>
          </w:tcPr>
          <w:p>
            <w:r>
              <w:t>Azin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sales_azinpart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9132339329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>
              <w:t>Kianpour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91209****2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93**273***</w:t>
            </w:r>
          </w:p>
        </w:tc>
        <w:tc>
          <w:tcPr>
            <w:tcW w:type="dxa" w:w="1728"/>
          </w:tcPr>
          <w:p>
            <w:r>
              <w:t>Ebi</w:t>
            </w:r>
          </w:p>
        </w:tc>
        <w:tc>
          <w:tcPr>
            <w:tcW w:type="dxa" w:w="1728"/>
          </w:tcPr>
          <w:p>
            <w:r>
              <w:t>Rayisi</w:t>
            </w:r>
          </w:p>
        </w:tc>
        <w:tc>
          <w:tcPr>
            <w:tcW w:type="dxa" w:w="1728"/>
          </w:tcPr>
          <w:p>
            <w:r>
              <w:t>Rayisi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93*9744*14</w:t>
            </w:r>
          </w:p>
        </w:tc>
        <w:tc>
          <w:tcPr>
            <w:tcW w:type="dxa" w:w="1728"/>
          </w:tcPr>
          <w:p>
            <w:r>
              <w:t>Saleh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salehm30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9144*4**91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MahdiBarzeghar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9333*140*1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Alpha_hi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91244*3***</w:t>
            </w:r>
          </w:p>
        </w:tc>
        <w:tc>
          <w:tcPr>
            <w:tcW w:type="dxa" w:w="1728"/>
          </w:tcPr>
          <w:p>
            <w:r>
              <w:t>Pooyan</w:t>
            </w:r>
          </w:p>
        </w:tc>
        <w:tc>
          <w:tcPr>
            <w:tcW w:type="dxa" w:w="1728"/>
          </w:tcPr>
          <w:p>
            <w:r>
              <w:t>Kaboli</w:t>
            </w:r>
          </w:p>
        </w:tc>
        <w:tc>
          <w:tcPr>
            <w:tcW w:type="dxa" w:w="1728"/>
          </w:tcPr>
          <w:p>
            <w:r>
              <w:t>Pooyankaboli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903743129*</w:t>
            </w:r>
          </w:p>
        </w:tc>
        <w:tc>
          <w:tcPr>
            <w:tcW w:type="dxa" w:w="1728"/>
          </w:tcPr>
          <w:p>
            <w:r>
              <w:t>T0M0DACHI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T0M0DACHI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  <w:tr>
        <w:tc>
          <w:tcPr>
            <w:tcW w:type="dxa" w:w="1728"/>
          </w:tcPr>
          <w:p>
            <w:r>
              <w:t>9124*31002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namvar</w:t>
            </w:r>
          </w:p>
        </w:tc>
        <w:tc>
          <w:tcPr>
            <w:tcW w:type="dxa" w:w="1728"/>
          </w:tcPr>
          <w:p>
            <w:r>
              <w:t>greenfnc1</w:t>
            </w:r>
          </w:p>
        </w:tc>
        <w:tc>
          <w:tcPr>
            <w:tcW w:type="dxa" w:w="1728"/>
          </w:tcPr>
          <w:p>
            <w:r>
              <w:t>کانون صنفی 13خرید و اجاره مغازه،انبار و دفتر در بازار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کانون صنفی 13خرید و اجاره مغازه،انبار و دفتر در بازار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