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کاریابی (شهرضا ،سمیرم،اصفهان)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کاریابی (شهرضا ،سمیرم،اصفهان)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91312134**</w:t>
            </w:r>
          </w:p>
        </w:tc>
        <w:tc>
          <w:tcPr>
            <w:tcW w:type="dxa" w:w="1728"/>
          </w:tcPr>
          <w:p>
            <w:r>
              <w:t>صفائی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9133**2*1*</w:t>
            </w:r>
          </w:p>
        </w:tc>
        <w:tc>
          <w:tcPr>
            <w:tcW w:type="dxa" w:w="1728"/>
          </w:tcPr>
          <w:p>
            <w:r>
              <w:t>&amp;ehsas&amp;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Telegrm1e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93*79**1**</w:t>
            </w:r>
          </w:p>
        </w:tc>
        <w:tc>
          <w:tcPr>
            <w:tcW w:type="dxa" w:w="1728"/>
          </w:tcPr>
          <w:p>
            <w:r>
              <w:t>farshid</w:t>
            </w:r>
          </w:p>
        </w:tc>
        <w:tc>
          <w:tcPr>
            <w:tcW w:type="dxa" w:w="1728"/>
          </w:tcPr>
          <w:p>
            <w:r>
              <w:t>zamanzad</w:t>
            </w:r>
          </w:p>
        </w:tc>
        <w:tc>
          <w:tcPr>
            <w:tcW w:type="dxa" w:w="1728"/>
          </w:tcPr>
          <w:p>
            <w:r>
              <w:t>zamanzad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90*9473*97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Bnm54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91327***1*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93*13027*7</w:t>
            </w:r>
          </w:p>
        </w:tc>
        <w:tc>
          <w:tcPr>
            <w:tcW w:type="dxa" w:w="1728"/>
          </w:tcPr>
          <w:p>
            <w:r>
              <w:t>→Ãšђķẳŋ♫ќίŋģ←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922032712*</w:t>
            </w:r>
          </w:p>
        </w:tc>
        <w:tc>
          <w:tcPr>
            <w:tcW w:type="dxa" w:w="1728"/>
          </w:tcPr>
          <w:p>
            <w:r>
              <w:t>شهآبی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99037***94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ramin00111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91039*12*9</w:t>
            </w:r>
          </w:p>
        </w:tc>
        <w:tc>
          <w:tcPr>
            <w:tcW w:type="dxa" w:w="1728"/>
          </w:tcPr>
          <w:p>
            <w:r>
              <w:t>مهران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njhgfh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939220*43*</w:t>
            </w:r>
          </w:p>
        </w:tc>
        <w:tc>
          <w:tcPr>
            <w:tcW w:type="dxa" w:w="1728"/>
          </w:tcPr>
          <w:p>
            <w:r>
              <w:t>A.M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93***11711</w:t>
            </w:r>
          </w:p>
        </w:tc>
        <w:tc>
          <w:tcPr>
            <w:tcW w:type="dxa" w:w="1728"/>
          </w:tcPr>
          <w:p>
            <w:r>
              <w:t>fatemebayati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fatemebayatiii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9304*43*47</w:t>
            </w:r>
          </w:p>
        </w:tc>
        <w:tc>
          <w:tcPr>
            <w:tcW w:type="dxa" w:w="1728"/>
          </w:tcPr>
          <w:p>
            <w:r>
              <w:t>Khoda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9132207013</w:t>
            </w:r>
          </w:p>
        </w:tc>
        <w:tc>
          <w:tcPr>
            <w:tcW w:type="dxa" w:w="1728"/>
          </w:tcPr>
          <w:p>
            <w:r>
              <w:t>Mojt@b@</w:t>
            </w:r>
          </w:p>
        </w:tc>
        <w:tc>
          <w:tcPr>
            <w:tcW w:type="dxa" w:w="1728"/>
          </w:tcPr>
          <w:p>
            <w:r>
              <w:t>N@Z@ri</w:t>
            </w:r>
          </w:p>
        </w:tc>
        <w:tc>
          <w:tcPr>
            <w:tcW w:type="dxa" w:w="1728"/>
          </w:tcPr>
          <w:p>
            <w:r>
              <w:t>mojtabanazari69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9139*2*34*</w:t>
            </w:r>
          </w:p>
        </w:tc>
        <w:tc>
          <w:tcPr>
            <w:tcW w:type="dxa" w:w="1728"/>
          </w:tcPr>
          <w:p>
            <w:r>
              <w:t>𝓟𝓮𝓭𝓻𝓪𝓶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p_e_d_i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913*2*7*4*</w:t>
            </w:r>
          </w:p>
        </w:tc>
        <w:tc>
          <w:tcPr>
            <w:tcW w:type="dxa" w:w="1728"/>
          </w:tcPr>
          <w:p>
            <w:r>
              <w:t>غزاله</w:t>
            </w:r>
          </w:p>
        </w:tc>
        <w:tc>
          <w:tcPr>
            <w:tcW w:type="dxa" w:w="1728"/>
          </w:tcPr>
          <w:p>
            <w:r>
              <w:t>حسنی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91300*11*9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>
              <w:t>S.B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9139221**0</w:t>
            </w:r>
          </w:p>
        </w:tc>
        <w:tc>
          <w:tcPr>
            <w:tcW w:type="dxa" w:w="1728"/>
          </w:tcPr>
          <w:p>
            <w:r>
              <w:t>محسن خانزاده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Www_sanjeshdama_ir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91741*319*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914031**0*</w:t>
            </w:r>
          </w:p>
        </w:tc>
        <w:tc>
          <w:tcPr>
            <w:tcW w:type="dxa" w:w="1728"/>
          </w:tcPr>
          <w:p>
            <w:r>
              <w:t>M.E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Mahdi_f_shope5505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91373470*1</w:t>
            </w:r>
          </w:p>
        </w:tc>
        <w:tc>
          <w:tcPr>
            <w:tcW w:type="dxa" w:w="1728"/>
          </w:tcPr>
          <w:p>
            <w:r>
              <w:t>حسن رئیسی</w:t>
            </w:r>
          </w:p>
        </w:tc>
        <w:tc>
          <w:tcPr>
            <w:tcW w:type="dxa" w:w="1728"/>
          </w:tcPr>
          <w:p>
            <w:r>
              <w:t>شهرستان لردگان</w:t>
            </w:r>
          </w:p>
        </w:tc>
        <w:tc>
          <w:tcPr>
            <w:tcW w:type="dxa" w:w="1728"/>
          </w:tcPr>
          <w:p>
            <w:r>
              <w:t>hasanraeisilordegan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913*22***9</w:t>
            </w:r>
          </w:p>
        </w:tc>
        <w:tc>
          <w:tcPr>
            <w:tcW w:type="dxa" w:w="1728"/>
          </w:tcPr>
          <w:p>
            <w:r>
              <w:t>۰۪۫r۪۫۰۰۪۫e۪۫۰۰۪۫z۪۫۰۰۪۫a۪۫۰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Rezasafari69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9179*2*1*3</w:t>
            </w:r>
          </w:p>
        </w:tc>
        <w:tc>
          <w:tcPr>
            <w:tcW w:type="dxa" w:w="1728"/>
          </w:tcPr>
          <w:p>
            <w:r>
              <w:t>عبداللهی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abdolahi5153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91393*994*</w:t>
            </w:r>
          </w:p>
        </w:tc>
        <w:tc>
          <w:tcPr>
            <w:tcW w:type="dxa" w:w="1728"/>
          </w:tcPr>
          <w:p>
            <w:r>
              <w:t>احمد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93*7*394*1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93***27977</w:t>
            </w:r>
          </w:p>
        </w:tc>
        <w:tc>
          <w:tcPr>
            <w:tcW w:type="dxa" w:w="1728"/>
          </w:tcPr>
          <w:p>
            <w:r>
              <w:t>A-N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a_noorafkan2008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93322337*7</w:t>
            </w:r>
          </w:p>
        </w:tc>
        <w:tc>
          <w:tcPr>
            <w:tcW w:type="dxa" w:w="1728"/>
          </w:tcPr>
          <w:p>
            <w:r>
              <w:t>Ali.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Ali_t_53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91214*9*77</w:t>
            </w:r>
          </w:p>
        </w:tc>
        <w:tc>
          <w:tcPr>
            <w:tcW w:type="dxa" w:w="1728"/>
          </w:tcPr>
          <w:p>
            <w:r>
              <w:t>Shahriar</w:t>
            </w:r>
          </w:p>
        </w:tc>
        <w:tc>
          <w:tcPr>
            <w:tcW w:type="dxa" w:w="1728"/>
          </w:tcPr>
          <w:p>
            <w:r>
              <w:t>Tayyebi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902*1*4*92</w:t>
            </w:r>
          </w:p>
        </w:tc>
        <w:tc>
          <w:tcPr>
            <w:tcW w:type="dxa" w:w="1728"/>
          </w:tcPr>
          <w:p>
            <w:r>
              <w:t>Sama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samanehashouri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91713*07*2</w:t>
            </w:r>
          </w:p>
        </w:tc>
        <w:tc>
          <w:tcPr>
            <w:tcW w:type="dxa" w:w="1728"/>
          </w:tcPr>
          <w:p>
            <w:r>
              <w:t>صادقیان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Mehran6948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913*2*4*32</w:t>
            </w:r>
          </w:p>
        </w:tc>
        <w:tc>
          <w:tcPr>
            <w:tcW w:type="dxa" w:w="1728"/>
          </w:tcPr>
          <w:p>
            <w:r>
              <w:t>Leyla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brz_leyla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93774910*3</w:t>
            </w:r>
          </w:p>
        </w:tc>
        <w:tc>
          <w:tcPr>
            <w:tcW w:type="dxa" w:w="1728"/>
          </w:tcPr>
          <w:p>
            <w:r>
              <w:t>m.j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Mj5666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91293*2201</w:t>
            </w:r>
          </w:p>
        </w:tc>
        <w:tc>
          <w:tcPr>
            <w:tcW w:type="dxa" w:w="1728"/>
          </w:tcPr>
          <w:p>
            <w:r>
              <w:t>‌ Ebi Nsi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93*77*12**</w:t>
            </w:r>
          </w:p>
        </w:tc>
        <w:tc>
          <w:tcPr>
            <w:tcW w:type="dxa" w:w="1728"/>
          </w:tcPr>
          <w:p>
            <w:r>
              <w:t>ایمانی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93790**4*1</w:t>
            </w:r>
          </w:p>
        </w:tc>
        <w:tc>
          <w:tcPr>
            <w:tcW w:type="dxa" w:w="1728"/>
          </w:tcPr>
          <w:p>
            <w:r>
              <w:t>M.m.M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Olum_137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93304***19</w:t>
            </w:r>
          </w:p>
        </w:tc>
        <w:tc>
          <w:tcPr>
            <w:tcW w:type="dxa" w:w="1728"/>
          </w:tcPr>
          <w:p>
            <w:r>
              <w:t>°•°°•Excellency•°°•°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A_Majlesi80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93*1*019*7</w:t>
            </w:r>
          </w:p>
        </w:tc>
        <w:tc>
          <w:tcPr>
            <w:tcW w:type="dxa" w:w="1728"/>
          </w:tcPr>
          <w:p>
            <w:r>
              <w:t>Щд66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Mhdh66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90214193**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912***9**7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Abbasi_bimesaman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93*744*7*2</w:t>
            </w:r>
          </w:p>
        </w:tc>
        <w:tc>
          <w:tcPr>
            <w:tcW w:type="dxa" w:w="1728"/>
          </w:tcPr>
          <w:p>
            <w:r>
              <w:t>†αŔαπøʍ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Taranom_fm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913*9*4700</w:t>
            </w:r>
          </w:p>
        </w:tc>
        <w:tc>
          <w:tcPr>
            <w:tcW w:type="dxa" w:w="1728"/>
          </w:tcPr>
          <w:p>
            <w:r>
              <w:t>سلطان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Soltan13665812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913920*2*3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Mohammans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91007*44*7</w:t>
            </w:r>
          </w:p>
        </w:tc>
        <w:tc>
          <w:tcPr>
            <w:tcW w:type="dxa" w:w="1728"/>
          </w:tcPr>
          <w:p>
            <w:r>
              <w:t>R.R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93*9337177</w:t>
            </w:r>
          </w:p>
        </w:tc>
        <w:tc>
          <w:tcPr>
            <w:tcW w:type="dxa" w:w="1728"/>
          </w:tcPr>
          <w:p>
            <w:r>
              <w:t>H.R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hrh1370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913*224*10</w:t>
            </w:r>
          </w:p>
        </w:tc>
        <w:tc>
          <w:tcPr>
            <w:tcW w:type="dxa" w:w="1728"/>
          </w:tcPr>
          <w:p>
            <w:r>
              <w:t>صادق</w:t>
            </w:r>
          </w:p>
        </w:tc>
        <w:tc>
          <w:tcPr>
            <w:tcW w:type="dxa" w:w="1728"/>
          </w:tcPr>
          <w:p>
            <w:r>
              <w:t>جام بخش</w:t>
            </w:r>
          </w:p>
        </w:tc>
        <w:tc>
          <w:tcPr>
            <w:tcW w:type="dxa" w:w="1728"/>
          </w:tcPr>
          <w:p>
            <w:r>
              <w:t>Sana_jambakhsh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913*21*0*9</w:t>
            </w:r>
          </w:p>
        </w:tc>
        <w:tc>
          <w:tcPr>
            <w:tcW w:type="dxa" w:w="1728"/>
          </w:tcPr>
          <w:p>
            <w:r>
              <w:t>🐈Paeez</w:t>
            </w:r>
          </w:p>
        </w:tc>
        <w:tc>
          <w:tcPr>
            <w:tcW w:type="dxa" w:w="1728"/>
          </w:tcPr>
          <w:p>
            <w:r>
              <w:t>🐈</w:t>
            </w:r>
          </w:p>
        </w:tc>
        <w:tc>
          <w:tcPr>
            <w:tcW w:type="dxa" w:w="1728"/>
          </w:tcPr>
          <w:p>
            <w:r>
              <w:t>Pezhmanmohammad1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903*70774*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>
              <w:t>i952017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90294731*3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mahdiashouri0210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9130922404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majidab_d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92242**0*1</w:t>
            </w:r>
          </w:p>
        </w:tc>
        <w:tc>
          <w:tcPr>
            <w:tcW w:type="dxa" w:w="1728"/>
          </w:tcPr>
          <w:p>
            <w:r>
              <w:t>K.k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Kkamjooo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91210**7**</w:t>
            </w:r>
          </w:p>
        </w:tc>
        <w:tc>
          <w:tcPr>
            <w:tcW w:type="dxa" w:w="1728"/>
          </w:tcPr>
          <w:p>
            <w:r>
              <w:t>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B14988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90*7192**0</w:t>
            </w:r>
          </w:p>
        </w:tc>
        <w:tc>
          <w:tcPr>
            <w:tcW w:type="dxa" w:w="1728"/>
          </w:tcPr>
          <w:p>
            <w:r>
              <w:t>Ahmadreza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lawyerfamily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9137920*79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Simin_rashidii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9133213712</w:t>
            </w:r>
          </w:p>
        </w:tc>
        <w:tc>
          <w:tcPr>
            <w:tcW w:type="dxa" w:w="1728"/>
          </w:tcPr>
          <w:p>
            <w:r>
              <w:t>Mostafa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93*9974232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007</w:t>
            </w:r>
          </w:p>
        </w:tc>
        <w:tc>
          <w:tcPr>
            <w:tcW w:type="dxa" w:w="1728"/>
          </w:tcPr>
          <w:p>
            <w:r>
              <w:t>o4232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99011**39*</w:t>
            </w:r>
          </w:p>
        </w:tc>
        <w:tc>
          <w:tcPr>
            <w:tcW w:type="dxa" w:w="1728"/>
          </w:tcPr>
          <w:p>
            <w:r>
              <w:t>Mr:mohammad 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Sjm9567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913***1*49</w:t>
            </w:r>
          </w:p>
        </w:tc>
        <w:tc>
          <w:tcPr>
            <w:tcW w:type="dxa" w:w="1728"/>
          </w:tcPr>
          <w:p>
            <w:r>
              <w:t>R.Agababaie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9132*74**7</w:t>
            </w:r>
          </w:p>
        </w:tc>
        <w:tc>
          <w:tcPr>
            <w:tcW w:type="dxa" w:w="1728"/>
          </w:tcPr>
          <w:p>
            <w:r>
              <w:t>@a.esna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azi8831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9131191*77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9900*310**</w:t>
            </w:r>
          </w:p>
        </w:tc>
        <w:tc>
          <w:tcPr>
            <w:tcW w:type="dxa" w:w="1728"/>
          </w:tcPr>
          <w:p>
            <w:r>
              <w:t>:</w:t>
            </w:r>
          </w:p>
        </w:tc>
        <w:tc>
          <w:tcPr>
            <w:tcW w:type="dxa" w:w="1728"/>
          </w:tcPr>
          <w:p>
            <w:r>
              <w:t>::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937*47*330</w:t>
            </w:r>
          </w:p>
        </w:tc>
        <w:tc>
          <w:tcPr>
            <w:tcW w:type="dxa" w:w="1728"/>
          </w:tcPr>
          <w:p>
            <w:r>
              <w:t>Red</w:t>
            </w:r>
          </w:p>
        </w:tc>
        <w:tc>
          <w:tcPr>
            <w:tcW w:type="dxa" w:w="1728"/>
          </w:tcPr>
          <w:p>
            <w:r>
              <w:t>Sky</w:t>
            </w:r>
          </w:p>
        </w:tc>
        <w:tc>
          <w:tcPr>
            <w:tcW w:type="dxa" w:w="1728"/>
          </w:tcPr>
          <w:p>
            <w:r>
              <w:t>Reddsky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93*39*4949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Rgy</w:t>
            </w:r>
          </w:p>
        </w:tc>
        <w:tc>
          <w:tcPr>
            <w:tcW w:type="dxa" w:w="1728"/>
          </w:tcPr>
          <w:p>
            <w:r>
              <w:t>hamid_rgy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9132223*37</w:t>
            </w:r>
          </w:p>
        </w:tc>
        <w:tc>
          <w:tcPr>
            <w:tcW w:type="dxa" w:w="1728"/>
          </w:tcPr>
          <w:p>
            <w:r>
              <w:t>فضل اله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9103*409**</w:t>
            </w:r>
          </w:p>
        </w:tc>
        <w:tc>
          <w:tcPr>
            <w:tcW w:type="dxa" w:w="1728"/>
          </w:tcPr>
          <w:p>
            <w:r>
              <w:t>🦋🦋🦋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933*2*39*7</w:t>
            </w:r>
          </w:p>
        </w:tc>
        <w:tc>
          <w:tcPr>
            <w:tcW w:type="dxa" w:w="1728"/>
          </w:tcPr>
          <w:p>
            <w:r>
              <w:t>محمد امیر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>
              <w:t>mmmmmm1356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9029*1*220</w:t>
            </w:r>
          </w:p>
        </w:tc>
        <w:tc>
          <w:tcPr>
            <w:tcW w:type="dxa" w:w="1728"/>
          </w:tcPr>
          <w:p>
            <w:r>
              <w:t>Mehrdad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Mehrdad603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913*10*3**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Mahdislk1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91322040*1</w:t>
            </w:r>
          </w:p>
        </w:tc>
        <w:tc>
          <w:tcPr>
            <w:tcW w:type="dxa" w:w="1728"/>
          </w:tcPr>
          <w:p>
            <w:r>
              <w:t>◦•●◉✿ḟ. ẑ. ✿◉●•◦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93901*9213</w:t>
            </w:r>
          </w:p>
        </w:tc>
        <w:tc>
          <w:tcPr>
            <w:tcW w:type="dxa" w:w="1728"/>
          </w:tcPr>
          <w:p>
            <w:r>
              <w:t>Alone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alij2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913*2*477*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91327***03</w:t>
            </w:r>
          </w:p>
        </w:tc>
        <w:tc>
          <w:tcPr>
            <w:tcW w:type="dxa" w:w="1728"/>
          </w:tcPr>
          <w:p>
            <w:r>
              <w:t>عشاق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939*40*990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mousavi7591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913**37*22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fmz721350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9139212313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>
              <w:t>Abazari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939300*201</w:t>
            </w:r>
          </w:p>
        </w:tc>
        <w:tc>
          <w:tcPr>
            <w:tcW w:type="dxa" w:w="1728"/>
          </w:tcPr>
          <w:p>
            <w:r>
              <w:t>Arrrrrrr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Arrrrr11112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913*22*423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ag1355</w:t>
            </w:r>
          </w:p>
        </w:tc>
        <w:tc>
          <w:tcPr>
            <w:tcW w:type="dxa" w:w="1728"/>
          </w:tcPr>
          <w:p>
            <w:r>
              <w:t>AliAG1355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913*749377</w:t>
            </w:r>
          </w:p>
        </w:tc>
        <w:tc>
          <w:tcPr>
            <w:tcW w:type="dxa" w:w="1728"/>
          </w:tcPr>
          <w:p>
            <w:r>
              <w:t>Mahmoud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Mahmoud9377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9911*39143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913*71*024</w:t>
            </w:r>
          </w:p>
        </w:tc>
        <w:tc>
          <w:tcPr>
            <w:tcW w:type="dxa" w:w="1728"/>
          </w:tcPr>
          <w:p>
            <w:r>
              <w:t>N.a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913*742*9*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>
              <w:t>rsalehii</w:t>
            </w:r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  <w:tr>
        <w:tc>
          <w:tcPr>
            <w:tcW w:type="dxa" w:w="1728"/>
          </w:tcPr>
          <w:p>
            <w:r>
              <w:t>913*77*011</w:t>
            </w:r>
          </w:p>
        </w:tc>
        <w:tc>
          <w:tcPr>
            <w:tcW w:type="dxa" w:w="1728"/>
          </w:tcPr>
          <w:p>
            <w:r>
              <w:t>صبا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کاریابی (شهرضا ،سمیرم،اصفهان)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کاریابی (شهرضا ،سمیرم،اصفهان)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