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کارمندان رسمی وزارت نفت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کارمندان رسمی وزارت نفت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91*344*003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91**0*91*2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>
              <w:t>MoeinGhafoury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91*933**7*</w:t>
            </w:r>
          </w:p>
        </w:tc>
        <w:tc>
          <w:tcPr>
            <w:tcW w:type="dxa" w:w="1728"/>
          </w:tcPr>
          <w:p>
            <w:r>
              <w:t>🐾Masoud</w:t>
            </w:r>
          </w:p>
        </w:tc>
        <w:tc>
          <w:tcPr>
            <w:tcW w:type="dxa" w:w="1728"/>
          </w:tcPr>
          <w:p>
            <w:r>
              <w:t>🥠M.r</w:t>
            </w:r>
          </w:p>
        </w:tc>
        <w:tc>
          <w:tcPr>
            <w:tcW w:type="dxa" w:w="1728"/>
          </w:tcPr>
          <w:p>
            <w:r>
              <w:t>Masoud1989mr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91*3*33*93</w:t>
            </w:r>
          </w:p>
        </w:tc>
        <w:tc>
          <w:tcPr>
            <w:tcW w:type="dxa" w:w="1728"/>
          </w:tcPr>
          <w:p>
            <w:r>
              <w:t>Ata58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nikoo1358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91240*1*91</w:t>
            </w:r>
          </w:p>
        </w:tc>
        <w:tc>
          <w:tcPr>
            <w:tcW w:type="dxa" w:w="1728"/>
          </w:tcPr>
          <w:p>
            <w:r>
              <w:t>AHKHND</w:t>
            </w:r>
          </w:p>
        </w:tc>
        <w:tc>
          <w:tcPr>
            <w:tcW w:type="dxa" w:w="1728"/>
          </w:tcPr>
          <w:p>
            <w:r>
              <w:t>SA</w:t>
            </w:r>
          </w:p>
        </w:tc>
        <w:tc>
          <w:tcPr>
            <w:tcW w:type="dxa" w:w="1728"/>
          </w:tcPr>
          <w:p>
            <w:r>
              <w:t>SAMASABA9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9122*10300</w:t>
            </w:r>
          </w:p>
        </w:tc>
        <w:tc>
          <w:tcPr>
            <w:tcW w:type="dxa" w:w="1728"/>
          </w:tcPr>
          <w:p>
            <w:r>
              <w:t>parviz</w:t>
            </w:r>
          </w:p>
        </w:tc>
        <w:tc>
          <w:tcPr>
            <w:tcW w:type="dxa" w:w="1728"/>
          </w:tcPr>
          <w:p>
            <w:r>
              <w:t>dehghan</w:t>
            </w:r>
          </w:p>
        </w:tc>
        <w:tc>
          <w:tcPr>
            <w:tcW w:type="dxa" w:w="1728"/>
          </w:tcPr>
          <w:p>
            <w:r>
              <w:t>dehghan_p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9123*1*9*2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91*3*22247</w:t>
            </w:r>
          </w:p>
        </w:tc>
        <w:tc>
          <w:tcPr>
            <w:tcW w:type="dxa" w:w="1728"/>
          </w:tcPr>
          <w:p>
            <w:r>
              <w:t>سیددرخشانیان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shoeibnioc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9133*13174</w:t>
            </w:r>
          </w:p>
        </w:tc>
        <w:tc>
          <w:tcPr>
            <w:tcW w:type="dxa" w:w="1728"/>
          </w:tcPr>
          <w:p>
            <w:r>
              <w:t>At</w:t>
            </w:r>
          </w:p>
        </w:tc>
        <w:tc>
          <w:tcPr>
            <w:tcW w:type="dxa" w:w="1728"/>
          </w:tcPr>
          <w:p>
            <w:r>
              <w:t>Home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9037*2*1*7</w:t>
            </w:r>
          </w:p>
        </w:tc>
        <w:tc>
          <w:tcPr>
            <w:tcW w:type="dxa" w:w="1728"/>
          </w:tcPr>
          <w:p>
            <w:r>
              <w:t>7104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R7402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933*249*43</w:t>
            </w:r>
          </w:p>
        </w:tc>
        <w:tc>
          <w:tcPr>
            <w:tcW w:type="dxa" w:w="1728"/>
          </w:tcPr>
          <w:p>
            <w:r>
              <w:t>MOoS£π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MOoSen1995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91733**9*1</w:t>
            </w:r>
          </w:p>
        </w:tc>
        <w:tc>
          <w:tcPr>
            <w:tcW w:type="dxa" w:w="1728"/>
          </w:tcPr>
          <w:p>
            <w:r>
              <w:t>باغکی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9123*033**</w:t>
            </w:r>
          </w:p>
        </w:tc>
        <w:tc>
          <w:tcPr>
            <w:tcW w:type="dxa" w:w="1728"/>
          </w:tcPr>
          <w:p>
            <w:r>
              <w:t>Akbar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Akbar_1339_11_01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91733*1*10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RoohallahR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933*0*9*12</w:t>
            </w:r>
          </w:p>
        </w:tc>
        <w:tc>
          <w:tcPr>
            <w:tcW w:type="dxa" w:w="1728"/>
          </w:tcPr>
          <w:p>
            <w:r>
              <w:t>samaneh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samanehkhanii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9192031**7</w:t>
            </w:r>
          </w:p>
        </w:tc>
        <w:tc>
          <w:tcPr>
            <w:tcW w:type="dxa" w:w="1728"/>
          </w:tcPr>
          <w:p>
            <w:r>
              <w:t>Mazaher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91*3*390*4</w:t>
            </w:r>
          </w:p>
        </w:tc>
        <w:tc>
          <w:tcPr>
            <w:tcW w:type="dxa" w:w="1728"/>
          </w:tcPr>
          <w:p>
            <w:r>
              <w:t>مسعود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m_j_p_m_o_h_m1390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91411*2003</w:t>
            </w:r>
          </w:p>
        </w:tc>
        <w:tc>
          <w:tcPr>
            <w:tcW w:type="dxa" w:w="1728"/>
          </w:tcPr>
          <w:p>
            <w:r>
              <w:t>شیرکو خندانی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shirko1350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91**0*2741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mehdi58jahani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917742207*</w:t>
            </w:r>
          </w:p>
        </w:tc>
        <w:tc>
          <w:tcPr>
            <w:tcW w:type="dxa" w:w="1728"/>
          </w:tcPr>
          <w:p>
            <w:r>
              <w:t>Sajad▪️🐾🐐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Sajad670098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912*111391</w:t>
            </w:r>
          </w:p>
        </w:tc>
        <w:tc>
          <w:tcPr>
            <w:tcW w:type="dxa" w:w="1728"/>
          </w:tcPr>
          <w:p>
            <w:r>
              <w:t>AMA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artapern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91**74**4*</w:t>
            </w:r>
          </w:p>
        </w:tc>
        <w:tc>
          <w:tcPr>
            <w:tcW w:type="dxa" w:w="1728"/>
          </w:tcPr>
          <w:p>
            <w:r>
              <w:t>Keivan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keivan_60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917704*3**</w:t>
            </w:r>
          </w:p>
        </w:tc>
        <w:tc>
          <w:tcPr>
            <w:tcW w:type="dxa" w:w="1728"/>
          </w:tcPr>
          <w:p>
            <w:r>
              <w:t>Ebrahimi▪️🌱SEED Ⓜ️ MEMES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RREbrahimi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913*302491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912*17*23*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abab4911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9127391*72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Mosen1992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91192191**</w:t>
            </w:r>
          </w:p>
        </w:tc>
        <w:tc>
          <w:tcPr>
            <w:tcW w:type="dxa" w:w="1728"/>
          </w:tcPr>
          <w:p>
            <w:r>
              <w:t>محمد ابراهیم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Dashti_mohammad_ebrahim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91733*099*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R10N2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913110**23</w:t>
            </w:r>
          </w:p>
        </w:tc>
        <w:tc>
          <w:tcPr>
            <w:tcW w:type="dxa" w:w="1728"/>
          </w:tcPr>
          <w:p>
            <w:r>
              <w:t>RNH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9173033299</w:t>
            </w:r>
          </w:p>
        </w:tc>
        <w:tc>
          <w:tcPr>
            <w:tcW w:type="dxa" w:w="1728"/>
          </w:tcPr>
          <w:p>
            <w:r>
              <w:t>Seven</w:t>
            </w:r>
          </w:p>
        </w:tc>
        <w:tc>
          <w:tcPr>
            <w:tcW w:type="dxa" w:w="1728"/>
          </w:tcPr>
          <w:p>
            <w:r>
              <w:t>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91*912037*</w:t>
            </w:r>
          </w:p>
        </w:tc>
        <w:tc>
          <w:tcPr>
            <w:tcW w:type="dxa" w:w="1728"/>
          </w:tcPr>
          <w:p>
            <w:r>
              <w:t>M.r.k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Mrk43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933447*9**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AA21114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91**32911*</w:t>
            </w:r>
          </w:p>
        </w:tc>
        <w:tc>
          <w:tcPr>
            <w:tcW w:type="dxa" w:w="1728"/>
          </w:tcPr>
          <w:p>
            <w:r>
              <w:t>🏊‍♂️محمدرضا میرزایی 🏊‍♂️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mirzaei_mr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91*27*97*9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Mi_Azizi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9132*3**49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JNezha</w:t>
            </w:r>
          </w:p>
        </w:tc>
        <w:tc>
          <w:tcPr>
            <w:tcW w:type="dxa" w:w="1728"/>
          </w:tcPr>
          <w:p>
            <w:r>
              <w:t>Sjnezhad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913913247*</w:t>
            </w:r>
          </w:p>
        </w:tc>
        <w:tc>
          <w:tcPr>
            <w:tcW w:type="dxa" w:w="1728"/>
          </w:tcPr>
          <w:p>
            <w:r>
              <w:t>marzieh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Mh_mr1390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912220*339</w:t>
            </w:r>
          </w:p>
        </w:tc>
        <w:tc>
          <w:tcPr>
            <w:tcW w:type="dxa" w:w="1728"/>
          </w:tcPr>
          <w:p>
            <w:r>
              <w:t>⏳€! h@♡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EMolaei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937**274*3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9190*0740*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Aminsafari5300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9121023141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>
              <w:t>Raad</w:t>
            </w:r>
          </w:p>
        </w:tc>
        <w:tc>
          <w:tcPr>
            <w:tcW w:type="dxa" w:w="1728"/>
          </w:tcPr>
          <w:p>
            <w:r>
              <w:t>NedaRaad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93*1032233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sinaaaa_Mhd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91*3074***</w:t>
            </w:r>
          </w:p>
        </w:tc>
        <w:tc>
          <w:tcPr>
            <w:tcW w:type="dxa" w:w="1728"/>
          </w:tcPr>
          <w:p>
            <w:r>
              <w:t>سید امین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SASMohammadi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921*21*3*9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Reza1355q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9133*3924*</w:t>
            </w:r>
          </w:p>
        </w:tc>
        <w:tc>
          <w:tcPr>
            <w:tcW w:type="dxa" w:w="1728"/>
          </w:tcPr>
          <w:p>
            <w:r>
              <w:t>Mohammad.D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M_Dehghani_96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91*94***74</w:t>
            </w:r>
          </w:p>
        </w:tc>
        <w:tc>
          <w:tcPr>
            <w:tcW w:type="dxa" w:w="1728"/>
          </w:tcPr>
          <w:p>
            <w:r>
              <w:t>Pegah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pegah63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9337*00219</w:t>
            </w:r>
          </w:p>
        </w:tc>
        <w:tc>
          <w:tcPr>
            <w:tcW w:type="dxa" w:w="1728"/>
          </w:tcPr>
          <w:p>
            <w:r>
              <w:t>M.S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Mmmmm_ms2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93**740*91</w:t>
            </w:r>
          </w:p>
        </w:tc>
        <w:tc>
          <w:tcPr>
            <w:tcW w:type="dxa" w:w="1728"/>
          </w:tcPr>
          <w:p>
            <w:r>
              <w:t>mohammad reza</w:t>
            </w:r>
          </w:p>
        </w:tc>
        <w:tc>
          <w:tcPr>
            <w:tcW w:type="dxa" w:w="1728"/>
          </w:tcPr>
          <w:p>
            <w:r>
              <w:t>babaei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91**21*2*3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Khadar</w:t>
            </w:r>
          </w:p>
        </w:tc>
        <w:tc>
          <w:tcPr>
            <w:tcW w:type="dxa" w:w="1728"/>
          </w:tcPr>
          <w:p>
            <w:r>
              <w:t>Alihadikh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912*112940</w:t>
            </w:r>
          </w:p>
        </w:tc>
        <w:tc>
          <w:tcPr>
            <w:tcW w:type="dxa" w:w="1728"/>
          </w:tcPr>
          <w:p>
            <w:r>
              <w:t>Asieh</w:t>
            </w:r>
          </w:p>
        </w:tc>
        <w:tc>
          <w:tcPr>
            <w:tcW w:type="dxa" w:w="1728"/>
          </w:tcPr>
          <w:p>
            <w:r>
              <w:t>Paravar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9173009*33</w:t>
            </w:r>
          </w:p>
        </w:tc>
        <w:tc>
          <w:tcPr>
            <w:tcW w:type="dxa" w:w="1728"/>
          </w:tcPr>
          <w:p>
            <w:r>
              <w:t>.m.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93*4*4**7*</w:t>
            </w:r>
          </w:p>
        </w:tc>
        <w:tc>
          <w:tcPr>
            <w:tcW w:type="dxa" w:w="1728"/>
          </w:tcPr>
          <w:p>
            <w:r>
              <w:t>Намid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Hamidkarimpour66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91*9101109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vah900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937**9174*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hadian</w:t>
            </w:r>
          </w:p>
        </w:tc>
        <w:tc>
          <w:tcPr>
            <w:tcW w:type="dxa" w:w="1728"/>
          </w:tcPr>
          <w:p>
            <w:r>
              <w:t>Rezahadian90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912*9**311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mr5311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9171403*32</w:t>
            </w:r>
          </w:p>
        </w:tc>
        <w:tc>
          <w:tcPr>
            <w:tcW w:type="dxa" w:w="1728"/>
          </w:tcPr>
          <w:p>
            <w:r>
              <w:t>مهرداد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919*3*4721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914413*077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Hanifi</w:t>
            </w:r>
          </w:p>
        </w:tc>
        <w:tc>
          <w:tcPr>
            <w:tcW w:type="dxa" w:w="1728"/>
          </w:tcPr>
          <w:p>
            <w:r>
              <w:t>JHaNiF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91*120***1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Usefi</w:t>
            </w:r>
          </w:p>
        </w:tc>
        <w:tc>
          <w:tcPr>
            <w:tcW w:type="dxa" w:w="1728"/>
          </w:tcPr>
          <w:p>
            <w:r>
              <w:t>usefi51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911*429439</w:t>
            </w:r>
          </w:p>
        </w:tc>
        <w:tc>
          <w:tcPr>
            <w:tcW w:type="dxa" w:w="1728"/>
          </w:tcPr>
          <w:p>
            <w:r>
              <w:t>ᴍɪʟᴀᴅ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milad_razi1993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9173412*94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93*9721*02</w:t>
            </w:r>
          </w:p>
        </w:tc>
        <w:tc>
          <w:tcPr>
            <w:tcW w:type="dxa" w:w="1728"/>
          </w:tcPr>
          <w:p>
            <w:r>
              <w:t>تنها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ehsan8358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93**0439**</w:t>
            </w:r>
          </w:p>
        </w:tc>
        <w:tc>
          <w:tcPr>
            <w:tcW w:type="dxa" w:w="1728"/>
          </w:tcPr>
          <w:p>
            <w:r>
              <w:t>بهروز</w:t>
            </w:r>
          </w:p>
        </w:tc>
        <w:tc>
          <w:tcPr>
            <w:tcW w:type="dxa" w:w="1728"/>
          </w:tcPr>
          <w:p>
            <w:r>
              <w:t>بهروزی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9371***71*</w:t>
            </w:r>
          </w:p>
        </w:tc>
        <w:tc>
          <w:tcPr>
            <w:tcW w:type="dxa" w:w="1728"/>
          </w:tcPr>
          <w:p>
            <w:r>
              <w:t>Yaghoub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Y44ya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9193732*77</w:t>
            </w:r>
          </w:p>
        </w:tc>
        <w:tc>
          <w:tcPr>
            <w:tcW w:type="dxa" w:w="1728"/>
          </w:tcPr>
          <w:p>
            <w:r>
              <w:t>مسیح</w:t>
            </w:r>
          </w:p>
        </w:tc>
        <w:tc>
          <w:tcPr>
            <w:tcW w:type="dxa" w:w="1728"/>
          </w:tcPr>
          <w:p>
            <w:r>
              <w:t>سیاح</w:t>
            </w:r>
          </w:p>
        </w:tc>
        <w:tc>
          <w:tcPr>
            <w:tcW w:type="dxa" w:w="1728"/>
          </w:tcPr>
          <w:p>
            <w:r>
              <w:t>dr_masihsayah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912*114043</w:t>
            </w:r>
          </w:p>
        </w:tc>
        <w:tc>
          <w:tcPr>
            <w:tcW w:type="dxa" w:w="1728"/>
          </w:tcPr>
          <w:p>
            <w:r>
              <w:t>ShaydayAhora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Ahora5949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91*300*1**</w:t>
            </w:r>
          </w:p>
        </w:tc>
        <w:tc>
          <w:tcPr>
            <w:tcW w:type="dxa" w:w="1728"/>
          </w:tcPr>
          <w:p>
            <w:r>
              <w:t>Rashid 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RA611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9124***027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HassanGharooni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93*337*41*</w:t>
            </w:r>
          </w:p>
        </w:tc>
        <w:tc>
          <w:tcPr>
            <w:tcW w:type="dxa" w:w="1728"/>
          </w:tcPr>
          <w:p>
            <w:r>
              <w:t>A.A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amin_a25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913*7407**</w:t>
            </w:r>
          </w:p>
        </w:tc>
        <w:tc>
          <w:tcPr>
            <w:tcW w:type="dxa" w:w="1728"/>
          </w:tcPr>
          <w:p>
            <w:r>
              <w:t>Ario barzan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ariobarzzan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937923*433</w:t>
            </w:r>
          </w:p>
        </w:tc>
        <w:tc>
          <w:tcPr>
            <w:tcW w:type="dxa" w:w="1728"/>
          </w:tcPr>
          <w:p>
            <w:r>
              <w:t>وحيد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vahidd1268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91431**104</w:t>
            </w:r>
          </w:p>
        </w:tc>
        <w:tc>
          <w:tcPr>
            <w:tcW w:type="dxa" w:w="1728"/>
          </w:tcPr>
          <w:p>
            <w:r>
              <w:t>Kamal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kamal_karimi9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91**790*90</w:t>
            </w:r>
          </w:p>
        </w:tc>
        <w:tc>
          <w:tcPr>
            <w:tcW w:type="dxa" w:w="1728"/>
          </w:tcPr>
          <w:p>
            <w:r>
              <w:t>Godrat</w:t>
            </w:r>
          </w:p>
        </w:tc>
        <w:tc>
          <w:tcPr>
            <w:tcW w:type="dxa" w:w="1728"/>
          </w:tcPr>
          <w:p>
            <w:r>
              <w:t>Hoseinnejad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9302720797</w:t>
            </w:r>
          </w:p>
        </w:tc>
        <w:tc>
          <w:tcPr>
            <w:tcW w:type="dxa" w:w="1728"/>
          </w:tcPr>
          <w:p>
            <w:r>
              <w:t>Moh...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mohammad_hi7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9177321130</w:t>
            </w:r>
          </w:p>
        </w:tc>
        <w:tc>
          <w:tcPr>
            <w:tcW w:type="dxa" w:w="1728"/>
          </w:tcPr>
          <w:p>
            <w:r>
              <w:t>Hassan 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hassandaraei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913401947*</w:t>
            </w:r>
          </w:p>
        </w:tc>
        <w:tc>
          <w:tcPr>
            <w:tcW w:type="dxa" w:w="1728"/>
          </w:tcPr>
          <w:p>
            <w:r>
              <w:t>E.</w:t>
            </w:r>
          </w:p>
        </w:tc>
        <w:tc>
          <w:tcPr>
            <w:tcW w:type="dxa" w:w="1728"/>
          </w:tcPr>
          <w:p>
            <w:r>
              <w:t>Zamani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917*713329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Kagana2000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93977**0**</w:t>
            </w:r>
          </w:p>
        </w:tc>
        <w:tc>
          <w:tcPr>
            <w:tcW w:type="dxa" w:w="1728"/>
          </w:tcPr>
          <w:p>
            <w:r>
              <w:t>H.A</w:t>
            </w:r>
          </w:p>
        </w:tc>
        <w:tc>
          <w:tcPr>
            <w:tcW w:type="dxa" w:w="1728"/>
          </w:tcPr>
          <w:p>
            <w:r>
              <w:t>ح.ع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9397*70300</w:t>
            </w:r>
          </w:p>
        </w:tc>
        <w:tc>
          <w:tcPr>
            <w:tcW w:type="dxa" w:w="1728"/>
          </w:tcPr>
          <w:p>
            <w:r>
              <w:t>Jahanshomol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jahanshomol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9112*92179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bdl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  <w:tr>
        <w:tc>
          <w:tcPr>
            <w:tcW w:type="dxa" w:w="1728"/>
          </w:tcPr>
          <w:p>
            <w:r>
              <w:t>91733034*3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Ghasemi</w:t>
            </w:r>
          </w:p>
        </w:tc>
        <w:tc>
          <w:tcPr>
            <w:tcW w:type="dxa" w:w="1728"/>
          </w:tcPr>
          <w:p>
            <w:r>
              <w:t>afm740300</w:t>
            </w:r>
          </w:p>
        </w:tc>
        <w:tc>
          <w:tcPr>
            <w:tcW w:type="dxa" w:w="1728"/>
          </w:tcPr>
          <w:p>
            <w:r>
              <w:t>کارمندان رسمی وزارت نفت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کارمندان رسمی وزارت نفت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