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ڕۆژهەڵاتـەکـەم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ڕۆژهەڵاتـەکـەم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91*41012*9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KURDISTANIIIIIIIImmm700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919979*1**</w:t>
            </w:r>
          </w:p>
        </w:tc>
        <w:tc>
          <w:tcPr>
            <w:tcW w:type="dxa" w:w="1728"/>
          </w:tcPr>
          <w:p>
            <w:r>
              <w:t>ئــارتــێــــن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91*970939*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9210*2***4</w:t>
            </w:r>
          </w:p>
        </w:tc>
        <w:tc>
          <w:tcPr>
            <w:tcW w:type="dxa" w:w="1728"/>
          </w:tcPr>
          <w:p>
            <w:r>
              <w:t>شــــۆڕش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shorsh111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901*422*1*</w:t>
            </w:r>
          </w:p>
        </w:tc>
        <w:tc>
          <w:tcPr>
            <w:tcW w:type="dxa" w:w="1728"/>
          </w:tcPr>
          <w:p>
            <w:r>
              <w:t>○̸̽͜●̽ ˢ̸ʰ̸ᵃ̸ʰ̸ ᵖ̸ᵉ̸ˢ̸ᵃ̸ʳ̸△̸̽▸̽↳̶͟͞?̶͟͞꙰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914*10**11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Sheyda796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93002*0*1*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990774*930</w:t>
            </w:r>
          </w:p>
        </w:tc>
        <w:tc>
          <w:tcPr>
            <w:tcW w:type="dxa" w:w="1728"/>
          </w:tcPr>
          <w:p>
            <w:r>
              <w:t>مامه ارش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910779*290</w:t>
            </w:r>
          </w:p>
        </w:tc>
        <w:tc>
          <w:tcPr>
            <w:tcW w:type="dxa" w:w="1728"/>
          </w:tcPr>
          <w:p>
            <w:r>
              <w:t>ცaraŋ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baranavi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9903*0*170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93**77*192</w:t>
            </w:r>
          </w:p>
        </w:tc>
        <w:tc>
          <w:tcPr>
            <w:tcW w:type="dxa" w:w="1728"/>
          </w:tcPr>
          <w:p>
            <w:r>
              <w:t>9368776192</w:t>
            </w:r>
          </w:p>
        </w:tc>
        <w:tc>
          <w:tcPr>
            <w:tcW w:type="dxa" w:w="1728"/>
          </w:tcPr>
          <w:p>
            <w:r>
              <w:t>9368776192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914*743790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caw_rash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93031**2*1</w:t>
            </w:r>
          </w:p>
        </w:tc>
        <w:tc>
          <w:tcPr>
            <w:tcW w:type="dxa" w:w="1728"/>
          </w:tcPr>
          <w:p>
            <w:r>
              <w:t>‌‌‌‌﷽✌هَِـَِیَِـнًٍιًٍνًٍảٍَِِـَِـَِـَِوَِا👊﷽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Hiva_Kurd_0093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93*39*0237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903411*20*</w:t>
            </w:r>
          </w:p>
        </w:tc>
        <w:tc>
          <w:tcPr>
            <w:tcW w:type="dxa" w:w="1728"/>
          </w:tcPr>
          <w:p>
            <w:r>
              <w:t>Milad📷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Miladhamzaei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9143449474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903274***3</w:t>
            </w:r>
          </w:p>
        </w:tc>
        <w:tc>
          <w:tcPr>
            <w:tcW w:type="dxa" w:w="1728"/>
          </w:tcPr>
          <w:p>
            <w:r>
              <w:t>Ala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93***23021</w:t>
            </w:r>
          </w:p>
        </w:tc>
        <w:tc>
          <w:tcPr>
            <w:tcW w:type="dxa" w:w="1728"/>
          </w:tcPr>
          <w:p>
            <w:r>
              <w:t>𖣘ꀍꍏꎭꀤꀷꋪꏂꁴꍏ𖣘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HrJz66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91**2*03**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Kechykordm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9141**1**3</w:t>
            </w:r>
          </w:p>
        </w:tc>
        <w:tc>
          <w:tcPr>
            <w:tcW w:type="dxa" w:w="1728"/>
          </w:tcPr>
          <w:p>
            <w:r>
              <w:t>نیما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9909**7209</w:t>
            </w:r>
          </w:p>
        </w:tc>
        <w:tc>
          <w:tcPr>
            <w:tcW w:type="dxa" w:w="1728"/>
          </w:tcPr>
          <w:p>
            <w:r>
              <w:t>آقای</w:t>
            </w:r>
          </w:p>
        </w:tc>
        <w:tc>
          <w:tcPr>
            <w:tcW w:type="dxa" w:w="1728"/>
          </w:tcPr>
          <w:p>
            <w:r>
              <w:t>غلامی</w:t>
            </w:r>
          </w:p>
        </w:tc>
        <w:tc>
          <w:tcPr>
            <w:tcW w:type="dxa" w:w="1728"/>
          </w:tcPr>
          <w:p>
            <w:r>
              <w:t>Mrghlmi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91*0*1792*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93*07704*2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919*14773*</w:t>
            </w:r>
          </w:p>
        </w:tc>
        <w:tc>
          <w:tcPr>
            <w:tcW w:type="dxa" w:w="1728"/>
          </w:tcPr>
          <w:p>
            <w:r>
              <w:t>👑⚘👑❤دل❤👑⚘👑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93**2*90*1</w:t>
            </w:r>
          </w:p>
        </w:tc>
        <w:tc>
          <w:tcPr>
            <w:tcW w:type="dxa" w:w="1728"/>
          </w:tcPr>
          <w:p>
            <w:r>
              <w:t>Alacooc</w:t>
            </w:r>
          </w:p>
        </w:tc>
        <w:tc>
          <w:tcPr>
            <w:tcW w:type="dxa" w:w="1728"/>
          </w:tcPr>
          <w:p>
            <w:r>
              <w:t>.......</w:t>
            </w:r>
          </w:p>
        </w:tc>
        <w:tc>
          <w:tcPr>
            <w:tcW w:type="dxa" w:w="1728"/>
          </w:tcPr>
          <w:p>
            <w:r>
              <w:t>Alacooc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91**1*327*</w:t>
            </w:r>
          </w:p>
        </w:tc>
        <w:tc>
          <w:tcPr>
            <w:tcW w:type="dxa" w:w="1728"/>
          </w:tcPr>
          <w:p>
            <w:r>
              <w:t>..azeta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AZIII76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991*7139*9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9127022134</w:t>
            </w:r>
          </w:p>
        </w:tc>
        <w:tc>
          <w:tcPr>
            <w:tcW w:type="dxa" w:w="1728"/>
          </w:tcPr>
          <w:p>
            <w:r>
              <w:t>A ..?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Maman_azam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91**1*1*7*</w:t>
            </w:r>
          </w:p>
        </w:tc>
        <w:tc>
          <w:tcPr>
            <w:tcW w:type="dxa" w:w="1728"/>
          </w:tcPr>
          <w:p>
            <w:r>
              <w:t>last seen a long time ago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lovemusic68777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914*442*0*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Matin_mhrj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91*7*91017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9370242**1</w:t>
            </w:r>
          </w:p>
        </w:tc>
        <w:tc>
          <w:tcPr>
            <w:tcW w:type="dxa" w:w="1728"/>
          </w:tcPr>
          <w:p>
            <w:r>
              <w:t>P???????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930742*44*</w:t>
            </w:r>
          </w:p>
        </w:tc>
        <w:tc>
          <w:tcPr>
            <w:tcW w:type="dxa" w:w="1728"/>
          </w:tcPr>
          <w:p>
            <w:r>
              <w:t>Kosar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roxana_p24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91*371400*</w:t>
            </w:r>
          </w:p>
        </w:tc>
        <w:tc>
          <w:tcPr>
            <w:tcW w:type="dxa" w:w="1728"/>
          </w:tcPr>
          <w:p>
            <w:r>
              <w:t>,</w:t>
            </w:r>
          </w:p>
        </w:tc>
        <w:tc>
          <w:tcPr>
            <w:tcW w:type="dxa" w:w="1728"/>
          </w:tcPr>
          <w:p>
            <w:r>
              <w:t>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91*2939*2*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redur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90*1014**9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901*227*4*</w:t>
            </w:r>
          </w:p>
        </w:tc>
        <w:tc>
          <w:tcPr>
            <w:tcW w:type="dxa" w:w="1728"/>
          </w:tcPr>
          <w:p>
            <w:r>
              <w:t>‌‌‌‌﷽✌هَِـَِیَِـнًٍιًٍνًٍảٍَِِـَِـَِـَِوَِا?﷽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Hiva0093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91*974*119</w:t>
            </w:r>
          </w:p>
        </w:tc>
        <w:tc>
          <w:tcPr>
            <w:tcW w:type="dxa" w:w="1728"/>
          </w:tcPr>
          <w:p>
            <w:r>
              <w:t>Hawre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hawrehh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910*33*21*</w:t>
            </w:r>
          </w:p>
        </w:tc>
        <w:tc>
          <w:tcPr>
            <w:tcW w:type="dxa" w:w="1728"/>
          </w:tcPr>
          <w:p>
            <w:r>
              <w:t>عباس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914*0**2**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ZakariaRasoulpoor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90379*91**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NYarmohammadi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902*232**1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shamsaldinsharazury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9149**7422</w:t>
            </w:r>
          </w:p>
        </w:tc>
        <w:tc>
          <w:tcPr>
            <w:tcW w:type="dxa" w:w="1728"/>
          </w:tcPr>
          <w:p>
            <w:r>
              <w:t>kastro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kastromahabadi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9129*1*1**</w:t>
            </w:r>
          </w:p>
        </w:tc>
        <w:tc>
          <w:tcPr>
            <w:tcW w:type="dxa" w:w="1728"/>
          </w:tcPr>
          <w:p>
            <w:r>
              <w:t>Parham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93*74401*4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Mis13810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9399794042</w:t>
            </w:r>
          </w:p>
        </w:tc>
        <w:tc>
          <w:tcPr>
            <w:tcW w:type="dxa" w:w="1728"/>
          </w:tcPr>
          <w:p>
            <w:r>
              <w:t>دل ارام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Wqqwwe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9910377239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Dlnyaz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913*124177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Aramesh1378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90143340**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914*4*7037</w:t>
            </w:r>
          </w:p>
        </w:tc>
        <w:tc>
          <w:tcPr>
            <w:tcW w:type="dxa" w:w="1728"/>
          </w:tcPr>
          <w:p>
            <w:r>
              <w:t>دیاکۆ</w:t>
            </w:r>
          </w:p>
        </w:tc>
        <w:tc>
          <w:tcPr>
            <w:tcW w:type="dxa" w:w="1728"/>
          </w:tcPr>
          <w:p>
            <w:r>
              <w:t>کوردستانی</w:t>
            </w:r>
          </w:p>
        </w:tc>
        <w:tc>
          <w:tcPr>
            <w:tcW w:type="dxa" w:w="1728"/>
          </w:tcPr>
          <w:p>
            <w:r>
              <w:t>Dr_Diyako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91**4*4*44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914*3*900*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9029*0**33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9372*17390</w:t>
            </w:r>
          </w:p>
        </w:tc>
        <w:tc>
          <w:tcPr>
            <w:tcW w:type="dxa" w:w="1728"/>
          </w:tcPr>
          <w:p>
            <w:r>
              <w:t>اخ دنیا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9031***192</w:t>
            </w:r>
          </w:p>
        </w:tc>
        <w:tc>
          <w:tcPr>
            <w:tcW w:type="dxa" w:w="1728"/>
          </w:tcPr>
          <w:p>
            <w:r>
              <w:t>ترابیش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Sn78n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9012720*01</w:t>
            </w:r>
          </w:p>
        </w:tc>
        <w:tc>
          <w:tcPr>
            <w:tcW w:type="dxa" w:w="1728"/>
          </w:tcPr>
          <w:p>
            <w:r>
              <w:t>////lovo you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shakattm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91***33247</w:t>
            </w:r>
          </w:p>
        </w:tc>
        <w:tc>
          <w:tcPr>
            <w:tcW w:type="dxa" w:w="1728"/>
          </w:tcPr>
          <w:p>
            <w:r>
              <w:t>ch...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asiratm51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939*74*9*1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9220***34*</w:t>
            </w:r>
          </w:p>
        </w:tc>
        <w:tc>
          <w:tcPr>
            <w:tcW w:type="dxa" w:w="1728"/>
          </w:tcPr>
          <w:p>
            <w:r>
              <w:t>Neșmîn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91**74970*</w:t>
            </w:r>
          </w:p>
        </w:tc>
        <w:tc>
          <w:tcPr>
            <w:tcW w:type="dxa" w:w="1728"/>
          </w:tcPr>
          <w:p>
            <w:r>
              <w:t>اقبال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93*972*30*</w:t>
            </w:r>
          </w:p>
        </w:tc>
        <w:tc>
          <w:tcPr>
            <w:tcW w:type="dxa" w:w="1728"/>
          </w:tcPr>
          <w:p>
            <w:r>
              <w:t>nishtiman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914*2*4*17</w:t>
            </w:r>
          </w:p>
        </w:tc>
        <w:tc>
          <w:tcPr>
            <w:tcW w:type="dxa" w:w="1728"/>
          </w:tcPr>
          <w:p>
            <w:r>
              <w:t>Shiva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9141**343*</w:t>
            </w:r>
          </w:p>
        </w:tc>
        <w:tc>
          <w:tcPr>
            <w:tcW w:type="dxa" w:w="1728"/>
          </w:tcPr>
          <w:p>
            <w:r>
              <w:t>Jafar</w:t>
            </w:r>
          </w:p>
        </w:tc>
        <w:tc>
          <w:tcPr>
            <w:tcW w:type="dxa" w:w="1728"/>
          </w:tcPr>
          <w:p>
            <w:r>
              <w:t>Hamzepour</w:t>
            </w:r>
          </w:p>
        </w:tc>
        <w:tc>
          <w:tcPr>
            <w:tcW w:type="dxa" w:w="1728"/>
          </w:tcPr>
          <w:p>
            <w:r>
              <w:t>jafarhamzepour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9303**2*3*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kaiytrpouytre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91***323*7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92112*3303</w:t>
            </w:r>
          </w:p>
        </w:tc>
        <w:tc>
          <w:tcPr>
            <w:tcW w:type="dxa" w:w="1728"/>
          </w:tcPr>
          <w:p>
            <w:r>
              <w:t>‘°ºø•❤•.¸زانـیـار¸.•❤•øº°‘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Zanyar_kurda3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914*2**7**</w:t>
            </w:r>
          </w:p>
        </w:tc>
        <w:tc>
          <w:tcPr>
            <w:tcW w:type="dxa" w:w="1728"/>
          </w:tcPr>
          <w:p>
            <w:r>
              <w:t>Shaxejian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loood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93**34*427</w:t>
            </w:r>
          </w:p>
        </w:tc>
        <w:tc>
          <w:tcPr>
            <w:tcW w:type="dxa" w:w="1728"/>
          </w:tcPr>
          <w:p>
            <w:r>
              <w:t>edris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90141**2**</w:t>
            </w:r>
          </w:p>
        </w:tc>
        <w:tc>
          <w:tcPr>
            <w:tcW w:type="dxa" w:w="1728"/>
          </w:tcPr>
          <w:p>
            <w:r>
              <w:t>Asal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92120*7*79</w:t>
            </w:r>
          </w:p>
        </w:tc>
        <w:tc>
          <w:tcPr>
            <w:tcW w:type="dxa" w:w="1728"/>
          </w:tcPr>
          <w:p>
            <w:r>
              <w:t>🥰🥰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Azafjiyar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9147292*10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91444437*4</w:t>
            </w:r>
          </w:p>
        </w:tc>
        <w:tc>
          <w:tcPr>
            <w:tcW w:type="dxa" w:w="1728"/>
          </w:tcPr>
          <w:p>
            <w:r>
              <w:t>احمدیان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yahya_ahmadyan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91**3**07*</w:t>
            </w:r>
          </w:p>
        </w:tc>
        <w:tc>
          <w:tcPr>
            <w:tcW w:type="dxa" w:w="1728"/>
          </w:tcPr>
          <w:p>
            <w:r>
              <w:t>🍁سڪSkalaــاڵا🍁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skala1919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91*7*0*272</w:t>
            </w:r>
          </w:p>
        </w:tc>
        <w:tc>
          <w:tcPr>
            <w:tcW w:type="dxa" w:w="1728"/>
          </w:tcPr>
          <w:p>
            <w:r>
              <w:t>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Karo_x1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93*27*4713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9142144373</w:t>
            </w:r>
          </w:p>
        </w:tc>
        <w:tc>
          <w:tcPr>
            <w:tcW w:type="dxa" w:w="1728"/>
          </w:tcPr>
          <w:p>
            <w:r>
              <w:t>Saiman</w:t>
            </w:r>
          </w:p>
        </w:tc>
        <w:tc>
          <w:tcPr>
            <w:tcW w:type="dxa" w:w="1728"/>
          </w:tcPr>
          <w:p>
            <w:r>
              <w:t>@@@@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991179797*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ihsanrojhalati1221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933109*1*1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shahrzad_biabala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914*2*72*7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  <w:tr>
        <w:tc>
          <w:tcPr>
            <w:tcW w:type="dxa" w:w="1728"/>
          </w:tcPr>
          <w:p>
            <w:r>
              <w:t>90319037*1</w:t>
            </w:r>
          </w:p>
        </w:tc>
        <w:tc>
          <w:tcPr>
            <w:tcW w:type="dxa" w:w="1728"/>
          </w:tcPr>
          <w:p>
            <w:r>
              <w:t>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moddookt</w:t>
            </w:r>
          </w:p>
        </w:tc>
        <w:tc>
          <w:tcPr>
            <w:tcW w:type="dxa" w:w="1728"/>
          </w:tcPr>
          <w:p>
            <w:r>
              <w:t>ڕۆژهەڵاتـەکـەم🖤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ڕۆژهەڵاتـەکـەم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