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پوشاک کودک شیک وارزان 1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پوشاک کودک شیک وارزان 1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93*29271**</w:t>
            </w:r>
          </w:p>
        </w:tc>
        <w:tc>
          <w:tcPr>
            <w:tcW w:type="dxa" w:w="1728"/>
          </w:tcPr>
          <w:p>
            <w:r>
              <w:t>مهدی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937**4*031</w:t>
            </w:r>
          </w:p>
        </w:tc>
        <w:tc>
          <w:tcPr>
            <w:tcW w:type="dxa" w:w="1728"/>
          </w:tcPr>
          <w:p>
            <w:r>
              <w:t>m.mirzaee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Ad_Mahoor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9037949013</w:t>
            </w:r>
          </w:p>
        </w:tc>
        <w:tc>
          <w:tcPr>
            <w:tcW w:type="dxa" w:w="1728"/>
          </w:tcPr>
          <w:p>
            <w:r>
              <w:t>(❤️sama❤️)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adrinam97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93**7*1222</w:t>
            </w:r>
          </w:p>
        </w:tc>
        <w:tc>
          <w:tcPr>
            <w:tcW w:type="dxa" w:w="1728"/>
          </w:tcPr>
          <w:p>
            <w:r>
              <w:t>Z. 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939****909</w:t>
            </w:r>
          </w:p>
        </w:tc>
        <w:tc>
          <w:tcPr>
            <w:tcW w:type="dxa" w:w="1728"/>
          </w:tcPr>
          <w:p>
            <w:r>
              <w:t>Atefeh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A_j_0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9034*13472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91**11*201</w:t>
            </w:r>
          </w:p>
        </w:tc>
        <w:tc>
          <w:tcPr>
            <w:tcW w:type="dxa" w:w="1728"/>
          </w:tcPr>
          <w:p>
            <w:r>
              <w:t>کریم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93*0*49*19</w:t>
            </w:r>
          </w:p>
        </w:tc>
        <w:tc>
          <w:tcPr>
            <w:tcW w:type="dxa" w:w="1728"/>
          </w:tcPr>
          <w:p>
            <w:r>
              <w:t>ஜ۩۩ஜ ❤❤❤ஜ۩۩ஜ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S69m62m89m94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939444*91*</w:t>
            </w:r>
          </w:p>
        </w:tc>
        <w:tc>
          <w:tcPr>
            <w:tcW w:type="dxa" w:w="1728"/>
          </w:tcPr>
          <w:p>
            <w:r>
              <w:t>Sama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Sama7127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903409*921</w:t>
            </w:r>
          </w:p>
        </w:tc>
        <w:tc>
          <w:tcPr>
            <w:tcW w:type="dxa" w:w="1728"/>
          </w:tcPr>
          <w:p>
            <w:r>
              <w:t>روزگار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901*13*4**</w:t>
            </w:r>
          </w:p>
        </w:tc>
        <w:tc>
          <w:tcPr>
            <w:tcW w:type="dxa" w:w="1728"/>
          </w:tcPr>
          <w:p>
            <w:r>
              <w:t>😘PARHAM😘</w:t>
            </w:r>
          </w:p>
        </w:tc>
        <w:tc>
          <w:tcPr>
            <w:tcW w:type="dxa" w:w="1728"/>
          </w:tcPr>
          <w:p>
            <w:r>
              <w:t>👪</w:t>
            </w:r>
          </w:p>
        </w:tc>
        <w:tc>
          <w:tcPr>
            <w:tcW w:type="dxa" w:w="1728"/>
          </w:tcPr>
          <w:p>
            <w:r>
              <w:t>elli1377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91*401***7</w:t>
            </w:r>
          </w:p>
        </w:tc>
        <w:tc>
          <w:tcPr>
            <w:tcW w:type="dxa" w:w="1728"/>
          </w:tcPr>
          <w:p>
            <w:r>
              <w:t>Mostafa</w:t>
            </w:r>
          </w:p>
        </w:tc>
        <w:tc>
          <w:tcPr>
            <w:tcW w:type="dxa" w:w="1728"/>
          </w:tcPr>
          <w:p>
            <w:r>
              <w:t>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93777*4293</w:t>
            </w:r>
          </w:p>
        </w:tc>
        <w:tc>
          <w:tcPr>
            <w:tcW w:type="dxa" w:w="1728"/>
          </w:tcPr>
          <w:p>
            <w:r>
              <w:t>Mojgan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93*9*470*1</w:t>
            </w:r>
          </w:p>
        </w:tc>
        <w:tc>
          <w:tcPr>
            <w:tcW w:type="dxa" w:w="1728"/>
          </w:tcPr>
          <w:p>
            <w:r>
              <w:t>T</w:t>
            </w:r>
          </w:p>
        </w:tc>
        <w:tc>
          <w:tcPr>
            <w:tcW w:type="dxa" w:w="1728"/>
          </w:tcPr>
          <w:p>
            <w:r>
              <w:t>jafari</w:t>
            </w:r>
          </w:p>
        </w:tc>
        <w:tc>
          <w:tcPr>
            <w:tcW w:type="dxa" w:w="1728"/>
          </w:tcPr>
          <w:p>
            <w:r>
              <w:t>Toktam_j73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91*117*1*3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fiozi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90302**720</w:t>
            </w:r>
          </w:p>
        </w:tc>
        <w:tc>
          <w:tcPr>
            <w:tcW w:type="dxa" w:w="1728"/>
          </w:tcPr>
          <w:p>
            <w:r>
              <w:t>...👩Mahdiani👩. 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914917*23*</w:t>
            </w:r>
          </w:p>
        </w:tc>
        <w:tc>
          <w:tcPr>
            <w:tcW w:type="dxa" w:w="1728"/>
          </w:tcPr>
          <w:p>
            <w:r>
              <w:t>م</w:t>
            </w:r>
          </w:p>
        </w:tc>
        <w:tc>
          <w:tcPr>
            <w:tcW w:type="dxa" w:w="1728"/>
          </w:tcPr>
          <w:p>
            <w:r>
              <w:t>ح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91*7**3474</w:t>
            </w:r>
          </w:p>
        </w:tc>
        <w:tc>
          <w:tcPr>
            <w:tcW w:type="dxa" w:w="1728"/>
          </w:tcPr>
          <w:p>
            <w:r>
              <w:t>purfume-mehrab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93*40*441*</w:t>
            </w:r>
          </w:p>
        </w:tc>
        <w:tc>
          <w:tcPr>
            <w:tcW w:type="dxa" w:w="1728"/>
          </w:tcPr>
          <w:p>
            <w:r>
              <w:t>M.SH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Reza198m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91171174**</w:t>
            </w:r>
          </w:p>
        </w:tc>
        <w:tc>
          <w:tcPr>
            <w:tcW w:type="dxa" w:w="1728"/>
          </w:tcPr>
          <w:p>
            <w:r>
              <w:t>نوین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933132*94*</w:t>
            </w:r>
          </w:p>
        </w:tc>
        <w:tc>
          <w:tcPr>
            <w:tcW w:type="dxa" w:w="1728"/>
          </w:tcPr>
          <w:p>
            <w:r>
              <w:t>Masood</w:t>
            </w:r>
          </w:p>
        </w:tc>
        <w:tc>
          <w:tcPr>
            <w:tcW w:type="dxa" w:w="1728"/>
          </w:tcPr>
          <w:p>
            <w:r>
              <w:t>Nazer</w:t>
            </w:r>
          </w:p>
        </w:tc>
        <w:tc>
          <w:tcPr>
            <w:tcW w:type="dxa" w:w="1728"/>
          </w:tcPr>
          <w:p>
            <w:r>
              <w:t>Masood_090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90172*9371</w:t>
            </w:r>
          </w:p>
        </w:tc>
        <w:tc>
          <w:tcPr>
            <w:tcW w:type="dxa" w:w="1728"/>
          </w:tcPr>
          <w:p>
            <w:r>
              <w:t>❤fatemeh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Fatemeh77b98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93**370***</w:t>
            </w:r>
          </w:p>
        </w:tc>
        <w:tc>
          <w:tcPr>
            <w:tcW w:type="dxa" w:w="1728"/>
          </w:tcPr>
          <w:p>
            <w:r>
              <w:t>Mahboube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91**34*177</w:t>
            </w:r>
          </w:p>
        </w:tc>
        <w:tc>
          <w:tcPr>
            <w:tcW w:type="dxa" w:w="1728"/>
          </w:tcPr>
          <w:p>
            <w:r>
              <w:t>mahdiani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marziemahdiani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930*7*32*9</w:t>
            </w:r>
          </w:p>
        </w:tc>
        <w:tc>
          <w:tcPr>
            <w:tcW w:type="dxa" w:w="1728"/>
          </w:tcPr>
          <w:p>
            <w:r>
              <w:t>@-💞-m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90*94*7*90</w:t>
            </w:r>
          </w:p>
        </w:tc>
        <w:tc>
          <w:tcPr>
            <w:tcW w:type="dxa" w:w="1728"/>
          </w:tcPr>
          <w:p>
            <w:r>
              <w:t>🐼𝓢𝓱𝓪𝓰𝓱𝓪𝔂𝓰𝓱🐼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Aysamaldar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913*0914*7</w:t>
            </w:r>
          </w:p>
        </w:tc>
        <w:tc>
          <w:tcPr>
            <w:tcW w:type="dxa" w:w="1728"/>
          </w:tcPr>
          <w:p>
            <w:r>
              <w:t>عطر باران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939*1**472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937323*144</w:t>
            </w:r>
          </w:p>
        </w:tc>
        <w:tc>
          <w:tcPr>
            <w:tcW w:type="dxa" w:w="1728"/>
          </w:tcPr>
          <w:p>
            <w:r>
              <w:t>Mm</w:t>
            </w:r>
          </w:p>
        </w:tc>
        <w:tc>
          <w:tcPr>
            <w:tcW w:type="dxa" w:w="1728"/>
          </w:tcPr>
          <w:p>
            <w:r>
              <w:t>Vs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91*741912*</w:t>
            </w:r>
          </w:p>
        </w:tc>
        <w:tc>
          <w:tcPr>
            <w:tcW w:type="dxa" w:w="1728"/>
          </w:tcPr>
          <w:p>
            <w:r>
              <w:t>Saeedeh Najafi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91**2*223*</w:t>
            </w:r>
          </w:p>
        </w:tc>
        <w:tc>
          <w:tcPr>
            <w:tcW w:type="dxa" w:w="1728"/>
          </w:tcPr>
          <w:p>
            <w:r>
              <w:t>Ⓕⓐtⓔოⓔ</w:t>
            </w:r>
          </w:p>
        </w:tc>
        <w:tc>
          <w:tcPr>
            <w:tcW w:type="dxa" w:w="1728"/>
          </w:tcPr>
          <w:p>
            <w:r>
              <w:t>Ⓖみ..💕</w:t>
            </w:r>
          </w:p>
        </w:tc>
        <w:tc>
          <w:tcPr>
            <w:tcW w:type="dxa" w:w="1728"/>
          </w:tcPr>
          <w:p>
            <w:r>
              <w:t>Fareb128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93793231**</w:t>
            </w:r>
          </w:p>
        </w:tc>
        <w:tc>
          <w:tcPr>
            <w:tcW w:type="dxa" w:w="1728"/>
          </w:tcPr>
          <w:p>
            <w:r>
              <w:t>Nafass996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Nafass996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912207**27</w:t>
            </w:r>
          </w:p>
        </w:tc>
        <w:tc>
          <w:tcPr>
            <w:tcW w:type="dxa" w:w="1728"/>
          </w:tcPr>
          <w:p>
            <w:r>
              <w:t>Maryam Salehi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mrymslhii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91*2***41*</w:t>
            </w:r>
          </w:p>
        </w:tc>
        <w:tc>
          <w:tcPr>
            <w:tcW w:type="dxa" w:w="1728"/>
          </w:tcPr>
          <w:p>
            <w:r>
              <w:t>Z♡F♡M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91**23*339</w:t>
            </w:r>
          </w:p>
        </w:tc>
        <w:tc>
          <w:tcPr>
            <w:tcW w:type="dxa" w:w="1728"/>
          </w:tcPr>
          <w:p>
            <w:r>
              <w:t>Sardar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9330134270</w:t>
            </w:r>
          </w:p>
        </w:tc>
        <w:tc>
          <w:tcPr>
            <w:tcW w:type="dxa" w:w="1728"/>
          </w:tcPr>
          <w:p>
            <w:r>
              <w:t>افسانه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9392*4**1*</w:t>
            </w:r>
          </w:p>
        </w:tc>
        <w:tc>
          <w:tcPr>
            <w:tcW w:type="dxa" w:w="1728"/>
          </w:tcPr>
          <w:p>
            <w:r>
              <w:t>پریا جون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93***1*940</w:t>
            </w:r>
          </w:p>
        </w:tc>
        <w:tc>
          <w:tcPr>
            <w:tcW w:type="dxa" w:w="1728"/>
          </w:tcPr>
          <w:p>
            <w:r>
              <w:t>n.....n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91**3***13</w:t>
            </w:r>
          </w:p>
        </w:tc>
        <w:tc>
          <w:tcPr>
            <w:tcW w:type="dxa" w:w="1728"/>
          </w:tcPr>
          <w:p>
            <w:r>
              <w:t>Somayeh</w:t>
            </w:r>
          </w:p>
        </w:tc>
        <w:tc>
          <w:tcPr>
            <w:tcW w:type="dxa" w:w="1728"/>
          </w:tcPr>
          <w:p>
            <w:r>
              <w:t>Valadbigi</w:t>
            </w:r>
          </w:p>
        </w:tc>
        <w:tc>
          <w:tcPr>
            <w:tcW w:type="dxa" w:w="1728"/>
          </w:tcPr>
          <w:p>
            <w:r>
              <w:t>Somiii73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9027**2331</w:t>
            </w:r>
          </w:p>
        </w:tc>
        <w:tc>
          <w:tcPr>
            <w:tcW w:type="dxa" w:w="1728"/>
          </w:tcPr>
          <w:p>
            <w:r>
              <w:t>𝐈𝐋𝐈𝐘𝐀𝐒𝐈𝐍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Iliyasin23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922**01**0</w:t>
            </w:r>
          </w:p>
        </w:tc>
        <w:tc>
          <w:tcPr>
            <w:tcW w:type="dxa" w:w="1728"/>
          </w:tcPr>
          <w:p>
            <w:r>
              <w:t>Mo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Dimaz56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91**119973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شاپرک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930*****3*</w:t>
            </w:r>
          </w:p>
        </w:tc>
        <w:tc>
          <w:tcPr>
            <w:tcW w:type="dxa" w:w="1728"/>
          </w:tcPr>
          <w:p>
            <w:r>
              <w:t>˙·٠•●♥ḟ.ṃḁḓḁḓḯ ♥●•٠·˙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F_Madadi313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93**29117*</w:t>
            </w:r>
          </w:p>
        </w:tc>
        <w:tc>
          <w:tcPr>
            <w:tcW w:type="dxa" w:w="1728"/>
          </w:tcPr>
          <w:p>
            <w:r>
              <w:t>💄💍Miss.M74💍💄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Miss_modanloo74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9012*23*32</w:t>
            </w:r>
          </w:p>
        </w:tc>
        <w:tc>
          <w:tcPr>
            <w:tcW w:type="dxa" w:w="1728"/>
          </w:tcPr>
          <w:p>
            <w:r>
              <w:t>💖💖💖💓💓💓💓💓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91*73*9197</w:t>
            </w:r>
          </w:p>
        </w:tc>
        <w:tc>
          <w:tcPr>
            <w:tcW w:type="dxa" w:w="1728"/>
          </w:tcPr>
          <w:p>
            <w:r>
              <w:t>جواد</w:t>
            </w:r>
          </w:p>
        </w:tc>
        <w:tc>
          <w:tcPr>
            <w:tcW w:type="dxa" w:w="1728"/>
          </w:tcPr>
          <w:p>
            <w:r>
              <w:t>اسماعیلی</w:t>
            </w:r>
          </w:p>
        </w:tc>
        <w:tc>
          <w:tcPr>
            <w:tcW w:type="dxa" w:w="1728"/>
          </w:tcPr>
          <w:p>
            <w:r>
              <w:t>javad1367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9393*2**21</w:t>
            </w:r>
          </w:p>
        </w:tc>
        <w:tc>
          <w:tcPr>
            <w:tcW w:type="dxa" w:w="1728"/>
          </w:tcPr>
          <w:p>
            <w:r>
              <w:t>نیایش مظفر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9133**7290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91422*4109</w:t>
            </w:r>
          </w:p>
        </w:tc>
        <w:tc>
          <w:tcPr>
            <w:tcW w:type="dxa" w:w="1728"/>
          </w:tcPr>
          <w:p>
            <w:r>
              <w:t>:*´¨`*:.(¯`*•.¸,¤°´ Ali:*´¨`*:.(¯`*•.¸,¤°´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Alialipor1378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901041937*</w:t>
            </w:r>
          </w:p>
        </w:tc>
        <w:tc>
          <w:tcPr>
            <w:tcW w:type="dxa" w:w="1728"/>
          </w:tcPr>
          <w:p>
            <w:r>
              <w:t>😘شکوفه عشق😘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dordone26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93*09*1140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Oath7733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93*32737*2</w:t>
            </w:r>
          </w:p>
        </w:tc>
        <w:tc>
          <w:tcPr>
            <w:tcW w:type="dxa" w:w="1728"/>
          </w:tcPr>
          <w:p>
            <w:r>
              <w:t>𝓐𝓼𝓱𝓷𝓪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Ghafoorian69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93*70*7977</w:t>
            </w:r>
          </w:p>
        </w:tc>
        <w:tc>
          <w:tcPr>
            <w:tcW w:type="dxa" w:w="1728"/>
          </w:tcPr>
          <w:p>
            <w:r>
              <w:t>الهه ناز 🦋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Elaheh8o0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91*442*429</w:t>
            </w:r>
          </w:p>
        </w:tc>
        <w:tc>
          <w:tcPr>
            <w:tcW w:type="dxa" w:w="1728"/>
          </w:tcPr>
          <w:p>
            <w:r>
              <w:t>پارسا</w:t>
            </w:r>
          </w:p>
        </w:tc>
        <w:tc>
          <w:tcPr>
            <w:tcW w:type="dxa" w:w="1728"/>
          </w:tcPr>
          <w:p>
            <w:r>
              <w:t>برتنگ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9027139104</w:t>
            </w:r>
          </w:p>
        </w:tc>
        <w:tc>
          <w:tcPr>
            <w:tcW w:type="dxa" w:w="1728"/>
          </w:tcPr>
          <w:p>
            <w:r>
              <w:t>ஜ۩۩ஜ ایyasnaلارஜ۩۩ஜ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ilar9497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9143*73703</w:t>
            </w:r>
          </w:p>
        </w:tc>
        <w:tc>
          <w:tcPr>
            <w:tcW w:type="dxa" w:w="1728"/>
          </w:tcPr>
          <w:p>
            <w:r>
              <w:t>Nematrismani</w:t>
            </w:r>
          </w:p>
        </w:tc>
        <w:tc>
          <w:tcPr>
            <w:tcW w:type="dxa" w:w="1728"/>
          </w:tcPr>
          <w:p>
            <w:r>
              <w:t>Maziarrismani</w:t>
            </w:r>
          </w:p>
        </w:tc>
        <w:tc>
          <w:tcPr>
            <w:tcW w:type="dxa" w:w="1728"/>
          </w:tcPr>
          <w:p>
            <w:r>
              <w:t>Nematr1359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93*2171*23</w:t>
            </w:r>
          </w:p>
        </w:tc>
        <w:tc>
          <w:tcPr>
            <w:tcW w:type="dxa" w:w="1728"/>
          </w:tcPr>
          <w:p>
            <w:r>
              <w:t>Hosseini</w:t>
            </w:r>
          </w:p>
        </w:tc>
        <w:tc>
          <w:tcPr>
            <w:tcW w:type="dxa" w:w="1728"/>
          </w:tcPr>
          <w:p>
            <w:r>
              <w:t>سحاب</w:t>
            </w:r>
          </w:p>
        </w:tc>
        <w:tc>
          <w:tcPr>
            <w:tcW w:type="dxa" w:w="1728"/>
          </w:tcPr>
          <w:p>
            <w:r>
              <w:t>Sahab2535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91**13**92</w:t>
            </w:r>
          </w:p>
        </w:tc>
        <w:tc>
          <w:tcPr>
            <w:tcW w:type="dxa" w:w="1728"/>
          </w:tcPr>
          <w:p>
            <w:r>
              <w:t>رضایی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fahrezaei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93971**4*3</w:t>
            </w:r>
          </w:p>
        </w:tc>
        <w:tc>
          <w:tcPr>
            <w:tcW w:type="dxa" w:w="1728"/>
          </w:tcPr>
          <w:p>
            <w:r>
              <w:t>seyed</w:t>
            </w:r>
          </w:p>
        </w:tc>
        <w:tc>
          <w:tcPr>
            <w:tcW w:type="dxa" w:w="1728"/>
          </w:tcPr>
          <w:p>
            <w:r>
              <w:t>jalal</w:t>
            </w:r>
          </w:p>
        </w:tc>
        <w:tc>
          <w:tcPr>
            <w:tcW w:type="dxa" w:w="1728"/>
          </w:tcPr>
          <w:p>
            <w:r>
              <w:t>jalal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93*3*3*323</w:t>
            </w:r>
          </w:p>
        </w:tc>
        <w:tc>
          <w:tcPr>
            <w:tcW w:type="dxa" w:w="1728"/>
          </w:tcPr>
          <w:p>
            <w:r>
              <w:t>❤حلماجون❤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GitaHelma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91**23*20*</w:t>
            </w:r>
          </w:p>
        </w:tc>
        <w:tc>
          <w:tcPr>
            <w:tcW w:type="dxa" w:w="1728"/>
          </w:tcPr>
          <w:p>
            <w:r>
              <w:t>❤️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Saeedjahani11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93902**090</w:t>
            </w:r>
          </w:p>
        </w:tc>
        <w:tc>
          <w:tcPr>
            <w:tcW w:type="dxa" w:w="1728"/>
          </w:tcPr>
          <w:p>
            <w:r>
              <w:t>Hani 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9913272799</w:t>
            </w:r>
          </w:p>
        </w:tc>
        <w:tc>
          <w:tcPr>
            <w:tcW w:type="dxa" w:w="1728"/>
          </w:tcPr>
          <w:p>
            <w:r>
              <w:t>♪♫•*¨*•.¸¸ ªŋøøşĥ¸¸.•*¨*•♫♪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God_dmt_God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91*3042*37</w:t>
            </w:r>
          </w:p>
        </w:tc>
        <w:tc>
          <w:tcPr>
            <w:tcW w:type="dxa" w:w="1728"/>
          </w:tcPr>
          <w:p>
            <w:r>
              <w:t>❤</w:t>
            </w:r>
          </w:p>
        </w:tc>
        <w:tc>
          <w:tcPr>
            <w:tcW w:type="dxa" w:w="1728"/>
          </w:tcPr>
          <w:p>
            <w:r>
              <w:t>❤❤</w:t>
            </w:r>
          </w:p>
        </w:tc>
        <w:tc>
          <w:tcPr>
            <w:tcW w:type="dxa" w:w="1728"/>
          </w:tcPr>
          <w:p>
            <w:r>
              <w:t>Fgjhfiiv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91*91*9*70</w:t>
            </w:r>
          </w:p>
        </w:tc>
        <w:tc>
          <w:tcPr>
            <w:tcW w:type="dxa" w:w="1728"/>
          </w:tcPr>
          <w:p>
            <w:r>
              <w:t>ق ط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Ghsem87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930***392*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9373*17*09</w:t>
            </w:r>
          </w:p>
        </w:tc>
        <w:tc>
          <w:tcPr>
            <w:tcW w:type="dxa" w:w="1728"/>
          </w:tcPr>
          <w:p>
            <w:r>
              <w:t>بیتا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937341**41</w:t>
            </w:r>
          </w:p>
        </w:tc>
        <w:tc>
          <w:tcPr>
            <w:tcW w:type="dxa" w:w="1728"/>
          </w:tcPr>
          <w:p>
            <w:r>
              <w:t>Najme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91**20**73</w:t>
            </w:r>
          </w:p>
        </w:tc>
        <w:tc>
          <w:tcPr>
            <w:tcW w:type="dxa" w:w="1728"/>
          </w:tcPr>
          <w:p>
            <w:r>
              <w:t>Marziye</w:t>
            </w:r>
          </w:p>
        </w:tc>
        <w:tc>
          <w:tcPr>
            <w:tcW w:type="dxa" w:w="1728"/>
          </w:tcPr>
          <w:p>
            <w:r>
              <w:t>Hoseini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933*0*11*4</w:t>
            </w:r>
          </w:p>
        </w:tc>
        <w:tc>
          <w:tcPr>
            <w:tcW w:type="dxa" w:w="1728"/>
          </w:tcPr>
          <w:p>
            <w:r>
              <w:t>bahareh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91**11437*</w:t>
            </w:r>
          </w:p>
        </w:tc>
        <w:tc>
          <w:tcPr>
            <w:tcW w:type="dxa" w:w="1728"/>
          </w:tcPr>
          <w:p>
            <w:r>
              <w:t>ஜ۩۩ஜ اڛݦا ஜ۩۩ஜ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91*73*07*3</w:t>
            </w:r>
          </w:p>
        </w:tc>
        <w:tc>
          <w:tcPr>
            <w:tcW w:type="dxa" w:w="1728"/>
          </w:tcPr>
          <w:p>
            <w:r>
              <w:t>یااباصالح ادرکنی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deltangheharam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93*32*2*11</w:t>
            </w:r>
          </w:p>
        </w:tc>
        <w:tc>
          <w:tcPr>
            <w:tcW w:type="dxa" w:w="1728"/>
          </w:tcPr>
          <w:p>
            <w:r>
              <w:t>Z@(-)R@ sadat</w:t>
            </w:r>
          </w:p>
        </w:tc>
        <w:tc>
          <w:tcPr>
            <w:tcW w:type="dxa" w:w="1728"/>
          </w:tcPr>
          <w:p>
            <w:r>
              <w:t>Safavi</w:t>
            </w:r>
          </w:p>
        </w:tc>
        <w:tc>
          <w:tcPr>
            <w:tcW w:type="dxa" w:w="1728"/>
          </w:tcPr>
          <w:p>
            <w:r>
              <w:t>Zss_safavi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91*79**410</w:t>
            </w:r>
          </w:p>
        </w:tc>
        <w:tc>
          <w:tcPr>
            <w:tcW w:type="dxa" w:w="1728"/>
          </w:tcPr>
          <w:p>
            <w:r>
              <w:t>یاسمن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91*2*47*23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91*9*7*7**</w:t>
            </w:r>
          </w:p>
        </w:tc>
        <w:tc>
          <w:tcPr>
            <w:tcW w:type="dxa" w:w="1728"/>
          </w:tcPr>
          <w:p>
            <w:r>
              <w:t>Maryam....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mahivaa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91*90**3**</w:t>
            </w:r>
          </w:p>
        </w:tc>
        <w:tc>
          <w:tcPr>
            <w:tcW w:type="dxa" w:w="1728"/>
          </w:tcPr>
          <w:p>
            <w:r>
              <w:t>معصومه</w:t>
            </w:r>
          </w:p>
        </w:tc>
        <w:tc>
          <w:tcPr>
            <w:tcW w:type="dxa" w:w="1728"/>
          </w:tcPr>
          <w:p>
            <w:r>
              <w:t>دهقان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9370222*9*</w:t>
            </w:r>
          </w:p>
        </w:tc>
        <w:tc>
          <w:tcPr>
            <w:tcW w:type="dxa" w:w="1728"/>
          </w:tcPr>
          <w:p>
            <w:r>
              <w:t>*z@hr@*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911*3*2***</w:t>
            </w:r>
          </w:p>
        </w:tc>
        <w:tc>
          <w:tcPr>
            <w:tcW w:type="dxa" w:w="1728"/>
          </w:tcPr>
          <w:p>
            <w:r>
              <w:t>Nasibeh 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  <w:tr>
        <w:tc>
          <w:tcPr>
            <w:tcW w:type="dxa" w:w="1728"/>
          </w:tcPr>
          <w:p>
            <w:r>
              <w:t>903**22342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kafimix</w:t>
            </w:r>
          </w:p>
        </w:tc>
        <w:tc>
          <w:tcPr>
            <w:tcW w:type="dxa" w:w="1728"/>
          </w:tcPr>
          <w:p>
            <w:r>
              <w:t>🌸پوشاک کودک شیک وارزان 1🌹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پوشاک کودک شیک وارزان 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