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پوشاک هانا ساری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پوشاک هانا ساری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93*314*419</w:t>
            </w:r>
          </w:p>
        </w:tc>
        <w:tc>
          <w:tcPr>
            <w:tcW w:type="dxa" w:w="1728"/>
          </w:tcPr>
          <w:p>
            <w:r>
              <w:t>فاطمه(فهیمه)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91111*70**</w:t>
            </w:r>
          </w:p>
        </w:tc>
        <w:tc>
          <w:tcPr>
            <w:tcW w:type="dxa" w:w="1728"/>
          </w:tcPr>
          <w:p>
            <w:r>
              <w:t>|♡|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Tghinzhad_00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911*777*90</w:t>
            </w:r>
          </w:p>
        </w:tc>
        <w:tc>
          <w:tcPr>
            <w:tcW w:type="dxa" w:w="1728"/>
          </w:tcPr>
          <w:p>
            <w:r>
              <w:t>Yas</w:t>
            </w:r>
          </w:p>
        </w:tc>
        <w:tc>
          <w:tcPr>
            <w:tcW w:type="dxa" w:w="1728"/>
          </w:tcPr>
          <w:p>
            <w:r>
              <w:t>banu</w:t>
            </w:r>
          </w:p>
        </w:tc>
        <w:tc>
          <w:tcPr>
            <w:tcW w:type="dxa" w:w="1728"/>
          </w:tcPr>
          <w:p>
            <w:r>
              <w:t>ytavakoli4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91121*3*73</w:t>
            </w:r>
          </w:p>
        </w:tc>
        <w:tc>
          <w:tcPr>
            <w:tcW w:type="dxa" w:w="1728"/>
          </w:tcPr>
          <w:p>
            <w:r>
              <w:t>Molod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911**07237</w:t>
            </w:r>
          </w:p>
        </w:tc>
        <w:tc>
          <w:tcPr>
            <w:tcW w:type="dxa" w:w="1728"/>
          </w:tcPr>
          <w:p>
            <w:r>
              <w:t>Sahar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raaeii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914210*70*</w:t>
            </w:r>
          </w:p>
        </w:tc>
        <w:tc>
          <w:tcPr>
            <w:tcW w:type="dxa" w:w="1728"/>
          </w:tcPr>
          <w:p>
            <w:r>
              <w:t>۱۶۹۰۵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911**77*47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937*02**17</w:t>
            </w:r>
          </w:p>
        </w:tc>
        <w:tc>
          <w:tcPr>
            <w:tcW w:type="dxa" w:w="1728"/>
          </w:tcPr>
          <w:p>
            <w:r>
              <w:t>?SiSi?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93**937941</w:t>
            </w:r>
          </w:p>
        </w:tc>
        <w:tc>
          <w:tcPr>
            <w:tcW w:type="dxa" w:w="1728"/>
          </w:tcPr>
          <w:p>
            <w:r>
              <w:t>T.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911*793**0</w:t>
            </w:r>
          </w:p>
        </w:tc>
        <w:tc>
          <w:tcPr>
            <w:tcW w:type="dxa" w:w="1728"/>
          </w:tcPr>
          <w:p>
            <w:r>
              <w:t>Mari</w:t>
            </w:r>
          </w:p>
        </w:tc>
        <w:tc>
          <w:tcPr>
            <w:tcW w:type="dxa" w:w="1728"/>
          </w:tcPr>
          <w:p>
            <w:r>
              <w:t>Jafari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914*1**379</w:t>
            </w:r>
          </w:p>
        </w:tc>
        <w:tc>
          <w:tcPr>
            <w:tcW w:type="dxa" w:w="1728"/>
          </w:tcPr>
          <w:p>
            <w:r>
              <w:t>mahtab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M_eta_09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921*1*2707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Memol_k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9119*01**2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903***3009</w:t>
            </w:r>
          </w:p>
        </w:tc>
        <w:tc>
          <w:tcPr>
            <w:tcW w:type="dxa" w:w="1728"/>
          </w:tcPr>
          <w:p>
            <w:r>
              <w:t>T.T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91192*42*3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9010173*09</w:t>
            </w:r>
          </w:p>
        </w:tc>
        <w:tc>
          <w:tcPr>
            <w:tcW w:type="dxa" w:w="1728"/>
          </w:tcPr>
          <w:p>
            <w:r>
              <w:t>???QUEEN???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Simamohamadi1365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9119*7*9*2</w:t>
            </w:r>
          </w:p>
        </w:tc>
        <w:tc>
          <w:tcPr>
            <w:tcW w:type="dxa" w:w="1728"/>
          </w:tcPr>
          <w:p>
            <w:r>
              <w:t>عسل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9112***1**</w:t>
            </w:r>
          </w:p>
        </w:tc>
        <w:tc>
          <w:tcPr>
            <w:tcW w:type="dxa" w:w="1728"/>
          </w:tcPr>
          <w:p>
            <w:r>
              <w:t>mahsa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911**204*4</w:t>
            </w:r>
          </w:p>
        </w:tc>
        <w:tc>
          <w:tcPr>
            <w:tcW w:type="dxa" w:w="1728"/>
          </w:tcPr>
          <w:p>
            <w:r>
              <w:t>Amir BaBai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9331*2*199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Naznin_1376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91049****3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Fattemehkarimi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9119**00*1</w:t>
            </w:r>
          </w:p>
        </w:tc>
        <w:tc>
          <w:tcPr>
            <w:tcW w:type="dxa" w:w="1728"/>
          </w:tcPr>
          <w:p>
            <w:r>
              <w:t>Z.s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9393211199</w:t>
            </w:r>
          </w:p>
        </w:tc>
        <w:tc>
          <w:tcPr>
            <w:tcW w:type="dxa" w:w="1728"/>
          </w:tcPr>
          <w:p>
            <w:r>
              <w:t>منیژه</w:t>
            </w:r>
          </w:p>
        </w:tc>
        <w:tc>
          <w:tcPr>
            <w:tcW w:type="dxa" w:w="1728"/>
          </w:tcPr>
          <w:p>
            <w:r>
              <w:t>رحیمی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93*3***309</w:t>
            </w:r>
          </w:p>
        </w:tc>
        <w:tc>
          <w:tcPr>
            <w:tcW w:type="dxa" w:w="1728"/>
          </w:tcPr>
          <w:p>
            <w:r>
              <w:t>aaaaa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arash141415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9141**1933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9011*7*443</w:t>
            </w:r>
          </w:p>
        </w:tc>
        <w:tc>
          <w:tcPr>
            <w:tcW w:type="dxa" w:w="1728"/>
          </w:tcPr>
          <w:p>
            <w:r>
              <w:t>♡ سارا ♡طاها♡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Seyedy12567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914*0*0**4</w:t>
            </w:r>
          </w:p>
        </w:tc>
        <w:tc>
          <w:tcPr>
            <w:tcW w:type="dxa" w:w="1728"/>
          </w:tcPr>
          <w:p>
            <w:r>
              <w:t>.•♫•♬•آتنا •♬•♫•.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937099294*</w:t>
            </w:r>
          </w:p>
        </w:tc>
        <w:tc>
          <w:tcPr>
            <w:tcW w:type="dxa" w:w="1728"/>
          </w:tcPr>
          <w:p>
            <w:r>
              <w:t>Sheyda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911*9301*1</w:t>
            </w:r>
          </w:p>
        </w:tc>
        <w:tc>
          <w:tcPr>
            <w:tcW w:type="dxa" w:w="1728"/>
          </w:tcPr>
          <w:p>
            <w:r>
              <w:t>Saghar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Sag5har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9039*3**49</w:t>
            </w:r>
          </w:p>
        </w:tc>
        <w:tc>
          <w:tcPr>
            <w:tcW w:type="dxa" w:w="1728"/>
          </w:tcPr>
          <w:p>
            <w:r>
              <w:t>?آدیش?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Adish57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91141927*3</w:t>
            </w:r>
          </w:p>
        </w:tc>
        <w:tc>
          <w:tcPr>
            <w:tcW w:type="dxa" w:w="1728"/>
          </w:tcPr>
          <w:p>
            <w:r>
              <w:t>neda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9374*0*777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Meraaj123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9*9904901*99</w:t>
            </w:r>
          </w:p>
        </w:tc>
        <w:tc>
          <w:tcPr>
            <w:tcW w:type="dxa" w:w="1728"/>
          </w:tcPr>
          <w:p>
            <w:r>
              <w:t>Nazanin</w:t>
            </w:r>
          </w:p>
        </w:tc>
        <w:tc>
          <w:tcPr>
            <w:tcW w:type="dxa" w:w="1728"/>
          </w:tcPr>
          <w:p>
            <w:r>
              <w:t>Alamsi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93***9209*</w:t>
            </w:r>
          </w:p>
        </w:tc>
        <w:tc>
          <w:tcPr>
            <w:tcW w:type="dxa" w:w="1728"/>
          </w:tcPr>
          <w:p>
            <w:r>
              <w:t>خدایاشکرت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dastbaftshik20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9219*11**9</w:t>
            </w:r>
          </w:p>
        </w:tc>
        <w:tc>
          <w:tcPr>
            <w:tcW w:type="dxa" w:w="1728"/>
          </w:tcPr>
          <w:p>
            <w:r>
              <w:t>فاطمه</w:t>
            </w:r>
          </w:p>
        </w:tc>
        <w:tc>
          <w:tcPr>
            <w:tcW w:type="dxa" w:w="1728"/>
          </w:tcPr>
          <w:p>
            <w:r>
              <w:t>الزهرا</w:t>
            </w:r>
          </w:p>
        </w:tc>
        <w:tc>
          <w:tcPr>
            <w:tcW w:type="dxa" w:w="1728"/>
          </w:tcPr>
          <w:p>
            <w:r>
              <w:t>Post_khalili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93**302123</w:t>
            </w:r>
          </w:p>
        </w:tc>
        <w:tc>
          <w:tcPr>
            <w:tcW w:type="dxa" w:w="1728"/>
          </w:tcPr>
          <w:p>
            <w:r>
              <w:t>◔͜͡◔ Hasti ◔͜͡◔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9113*229*1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Fatemehpaydar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91*1**4*0*</w:t>
            </w:r>
          </w:p>
        </w:tc>
        <w:tc>
          <w:tcPr>
            <w:tcW w:type="dxa" w:w="1728"/>
          </w:tcPr>
          <w:p>
            <w:r>
              <w:t>A.a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9113**429*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9337**0774</w:t>
            </w:r>
          </w:p>
        </w:tc>
        <w:tc>
          <w:tcPr>
            <w:tcW w:type="dxa" w:w="1728"/>
          </w:tcPr>
          <w:p>
            <w:r>
              <w:t>بانوی البرز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banoealborz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93*4*4**14</w:t>
            </w:r>
          </w:p>
        </w:tc>
        <w:tc>
          <w:tcPr>
            <w:tcW w:type="dxa" w:w="1728"/>
          </w:tcPr>
          <w:p>
            <w:r>
              <w:t>🍭ηαzℓι🍭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9014114*31</w:t>
            </w:r>
          </w:p>
        </w:tc>
        <w:tc>
          <w:tcPr>
            <w:tcW w:type="dxa" w:w="1728"/>
          </w:tcPr>
          <w:p>
            <w:r>
              <w:t>hasti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haaasti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930044731*</w:t>
            </w:r>
          </w:p>
        </w:tc>
        <w:tc>
          <w:tcPr>
            <w:tcW w:type="dxa" w:w="1728"/>
          </w:tcPr>
          <w:p>
            <w:r>
              <w:t>;,`Mohammad ;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Kami135777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9119*42*3*</w:t>
            </w:r>
          </w:p>
        </w:tc>
        <w:tc>
          <w:tcPr>
            <w:tcW w:type="dxa" w:w="1728"/>
          </w:tcPr>
          <w:p>
            <w:r>
              <w:t>?</w:t>
            </w:r>
          </w:p>
        </w:tc>
        <w:tc>
          <w:tcPr>
            <w:tcW w:type="dxa" w:w="1728"/>
          </w:tcPr>
          <w:p>
            <w:r>
              <w:t>??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9112*24*7*</w:t>
            </w:r>
          </w:p>
        </w:tc>
        <w:tc>
          <w:tcPr>
            <w:tcW w:type="dxa" w:w="1728"/>
          </w:tcPr>
          <w:p>
            <w:r>
              <w:t>Saeideh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Saeideh_tt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93*242*723</w:t>
            </w:r>
          </w:p>
        </w:tc>
        <w:tc>
          <w:tcPr>
            <w:tcW w:type="dxa" w:w="1728"/>
          </w:tcPr>
          <w:p>
            <w:r>
              <w:t>پارسا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Mobinamoradipoor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9307307733</w:t>
            </w:r>
          </w:p>
        </w:tc>
        <w:tc>
          <w:tcPr>
            <w:tcW w:type="dxa" w:w="1728"/>
          </w:tcPr>
          <w:p>
            <w:r>
              <w:t>ツTaRaツ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Zoo_8888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93719171*2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9112**377*</w:t>
            </w:r>
          </w:p>
        </w:tc>
        <w:tc>
          <w:tcPr>
            <w:tcW w:type="dxa" w:w="1728"/>
          </w:tcPr>
          <w:p>
            <w:r>
              <w:t>عرشیا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Aboksari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911**91*72</w:t>
            </w:r>
          </w:p>
        </w:tc>
        <w:tc>
          <w:tcPr>
            <w:tcW w:type="dxa" w:w="1728"/>
          </w:tcPr>
          <w:p>
            <w:r>
              <w:t>Mohamed 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91972*7390</w:t>
            </w:r>
          </w:p>
        </w:tc>
        <w:tc>
          <w:tcPr>
            <w:tcW w:type="dxa" w:w="1728"/>
          </w:tcPr>
          <w:p>
            <w:r>
              <w:t>یاس زهرا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rafezi313yamahdiadrekni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911*32**40</w:t>
            </w:r>
          </w:p>
        </w:tc>
        <w:tc>
          <w:tcPr>
            <w:tcW w:type="dxa" w:w="1728"/>
          </w:tcPr>
          <w:p>
            <w:r>
              <w:t>Zobi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9117470*40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T_FATEMEH_HDD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911***0*19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zahramobini69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93*09342*0</w:t>
            </w:r>
          </w:p>
        </w:tc>
        <w:tc>
          <w:tcPr>
            <w:tcW w:type="dxa" w:w="1728"/>
          </w:tcPr>
          <w:p>
            <w:r>
              <w:t>E69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Eskandarii69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93*1*3*2*7</w:t>
            </w:r>
          </w:p>
        </w:tc>
        <w:tc>
          <w:tcPr>
            <w:tcW w:type="dxa" w:w="1728"/>
          </w:tcPr>
          <w:p>
            <w:r>
              <w:t>مرضيه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911**90349</w:t>
            </w:r>
          </w:p>
        </w:tc>
        <w:tc>
          <w:tcPr>
            <w:tcW w:type="dxa" w:w="1728"/>
          </w:tcPr>
          <w:p>
            <w:r>
              <w:t>A.n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903*03*1*2</w:t>
            </w:r>
          </w:p>
        </w:tc>
        <w:tc>
          <w:tcPr>
            <w:tcW w:type="dxa" w:w="1728"/>
          </w:tcPr>
          <w:p>
            <w:r>
              <w:t>MoRvar!d...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911**9797*</w:t>
            </w:r>
          </w:p>
        </w:tc>
        <w:tc>
          <w:tcPr>
            <w:tcW w:type="dxa" w:w="1728"/>
          </w:tcPr>
          <w:p>
            <w:r>
              <w:t>ذوالفقار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91**2*9340</w:t>
            </w:r>
          </w:p>
        </w:tc>
        <w:tc>
          <w:tcPr>
            <w:tcW w:type="dxa" w:w="1728"/>
          </w:tcPr>
          <w:p>
            <w:r>
              <w:t>mahshid_tatari_</w:t>
            </w:r>
          </w:p>
        </w:tc>
        <w:tc>
          <w:tcPr>
            <w:tcW w:type="dxa" w:w="1728"/>
          </w:tcPr>
          <w:p>
            <w:r>
              <w:t>beauty</w:t>
            </w:r>
          </w:p>
        </w:tc>
        <w:tc>
          <w:tcPr>
            <w:tcW w:type="dxa" w:w="1728"/>
          </w:tcPr>
          <w:p>
            <w:r>
              <w:t>mahshid_tatari_beauty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9119*72730</w:t>
            </w:r>
          </w:p>
        </w:tc>
        <w:tc>
          <w:tcPr>
            <w:tcW w:type="dxa" w:w="1728"/>
          </w:tcPr>
          <w:p>
            <w:r>
              <w:t>محبوب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9117122***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غلامی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921*741*31</w:t>
            </w:r>
          </w:p>
        </w:tc>
        <w:tc>
          <w:tcPr>
            <w:tcW w:type="dxa" w:w="1728"/>
          </w:tcPr>
          <w:p>
            <w:r>
              <w:t>//</w:t>
            </w:r>
          </w:p>
        </w:tc>
        <w:tc>
          <w:tcPr>
            <w:tcW w:type="dxa" w:w="1728"/>
          </w:tcPr>
          <w:p>
            <w:r>
              <w:t>~~</w:t>
            </w:r>
          </w:p>
        </w:tc>
        <w:tc>
          <w:tcPr>
            <w:tcW w:type="dxa" w:w="1728"/>
          </w:tcPr>
          <w:p>
            <w:r>
              <w:t>MM_eshgh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911**1***9</w:t>
            </w:r>
          </w:p>
        </w:tc>
        <w:tc>
          <w:tcPr>
            <w:tcW w:type="dxa" w:w="1728"/>
          </w:tcPr>
          <w:p>
            <w:r>
              <w:t>S.m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Ashpazkhunearzuni70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93012**771</w:t>
            </w:r>
          </w:p>
        </w:tc>
        <w:tc>
          <w:tcPr>
            <w:tcW w:type="dxa" w:w="1728"/>
          </w:tcPr>
          <w:p>
            <w:r>
              <w:t>💫MONIREH,R🌟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93*4019*13</w:t>
            </w:r>
          </w:p>
        </w:tc>
        <w:tc>
          <w:tcPr>
            <w:tcW w:type="dxa" w:w="1728"/>
          </w:tcPr>
          <w:p>
            <w:r>
              <w:t>مینا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930773102*</w:t>
            </w:r>
          </w:p>
        </w:tc>
        <w:tc>
          <w:tcPr>
            <w:tcW w:type="dxa" w:w="1728"/>
          </w:tcPr>
          <w:p>
            <w:r>
              <w:t>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IiDaaW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9111*377*1</w:t>
            </w:r>
          </w:p>
        </w:tc>
        <w:tc>
          <w:tcPr>
            <w:tcW w:type="dxa" w:w="1728"/>
          </w:tcPr>
          <w:p>
            <w:r>
              <w:t>Soodabeh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93317*7*07</w:t>
            </w:r>
          </w:p>
        </w:tc>
        <w:tc>
          <w:tcPr>
            <w:tcW w:type="dxa" w:w="1728"/>
          </w:tcPr>
          <w:p>
            <w:r>
              <w:t>◦•●◉✿queen_adi✿◉●•◦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queen_s72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91473720*9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fabbasi67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911733247*</w:t>
            </w:r>
          </w:p>
        </w:tc>
        <w:tc>
          <w:tcPr>
            <w:tcW w:type="dxa" w:w="1728"/>
          </w:tcPr>
          <w:p>
            <w:r>
              <w:t>Sanaiiiiiii😘😘😘😘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90307*9*9*</w:t>
            </w:r>
          </w:p>
        </w:tc>
        <w:tc>
          <w:tcPr>
            <w:tcW w:type="dxa" w:w="1728"/>
          </w:tcPr>
          <w:p>
            <w:r>
              <w:t>คtเ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93*22*0243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93*33179**</w:t>
            </w:r>
          </w:p>
        </w:tc>
        <w:tc>
          <w:tcPr>
            <w:tcW w:type="dxa" w:w="1728"/>
          </w:tcPr>
          <w:p>
            <w:r>
              <w:t>𝗧,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ToxicOfHell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911*0792*0</w:t>
            </w:r>
          </w:p>
        </w:tc>
        <w:tc>
          <w:tcPr>
            <w:tcW w:type="dxa" w:w="1728"/>
          </w:tcPr>
          <w:p>
            <w:r>
              <w:t>Elham-valizade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911**294*9</w:t>
            </w:r>
          </w:p>
        </w:tc>
        <w:tc>
          <w:tcPr>
            <w:tcW w:type="dxa" w:w="1728"/>
          </w:tcPr>
          <w:p>
            <w:r>
              <w:t>elahe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91172921*7</w:t>
            </w:r>
          </w:p>
        </w:tc>
        <w:tc>
          <w:tcPr>
            <w:tcW w:type="dxa" w:w="1728"/>
          </w:tcPr>
          <w:p>
            <w:r>
              <w:t>ASMA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939*329239</w:t>
            </w:r>
          </w:p>
        </w:tc>
        <w:tc>
          <w:tcPr>
            <w:tcW w:type="dxa" w:w="1728"/>
          </w:tcPr>
          <w:p>
            <w:r>
              <w:t>طراحی لوگو</w:t>
            </w:r>
          </w:p>
        </w:tc>
        <w:tc>
          <w:tcPr>
            <w:tcW w:type="dxa" w:w="1728"/>
          </w:tcPr>
          <w:p>
            <w:r>
              <w:t>نگار</w:t>
            </w:r>
          </w:p>
        </w:tc>
        <w:tc>
          <w:tcPr>
            <w:tcW w:type="dxa" w:w="1728"/>
          </w:tcPr>
          <w:p>
            <w:r>
              <w:t>LogoNegar_1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93731**4*3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mosavi</w:t>
            </w:r>
          </w:p>
        </w:tc>
        <w:tc>
          <w:tcPr>
            <w:tcW w:type="dxa" w:w="1728"/>
          </w:tcPr>
          <w:p>
            <w:r>
              <w:t>maryamgooli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  <w:tr>
        <w:tc>
          <w:tcPr>
            <w:tcW w:type="dxa" w:w="1728"/>
          </w:tcPr>
          <w:p>
            <w:r>
              <w:t>9119*27932</w:t>
            </w:r>
          </w:p>
        </w:tc>
        <w:tc>
          <w:tcPr>
            <w:tcW w:type="dxa" w:w="1728"/>
          </w:tcPr>
          <w:p>
            <w:r>
              <w:t>naghavi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najibehNN</w:t>
            </w:r>
          </w:p>
        </w:tc>
        <w:tc>
          <w:tcPr>
            <w:tcW w:type="dxa" w:w="1728"/>
          </w:tcPr>
          <w:p>
            <w:r>
              <w:t>پوشاک هانا ساری👕👚👖👗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پوشاک هانا ساری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