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پوشاک ارکیده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پوشاک ارکیده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9023337230</w:t>
            </w:r>
          </w:p>
        </w:tc>
        <w:tc>
          <w:tcPr>
            <w:tcW w:type="dxa" w:w="1728"/>
          </w:tcPr>
          <w:p>
            <w:r>
              <w:t>333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Khabdollah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903**74901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T💖💖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91**33**99</w:t>
            </w:r>
          </w:p>
        </w:tc>
        <w:tc>
          <w:tcPr>
            <w:tcW w:type="dxa" w:w="1728"/>
          </w:tcPr>
          <w:p>
            <w:r>
              <w:t>V...h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Vahid8600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91**34032*</w:t>
            </w:r>
          </w:p>
        </w:tc>
        <w:tc>
          <w:tcPr>
            <w:tcW w:type="dxa" w:w="1728"/>
          </w:tcPr>
          <w:p>
            <w:r>
              <w:t>سزار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9034*70713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Nfesn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91**302**4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Ss09158302884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930*170*72</w:t>
            </w:r>
          </w:p>
        </w:tc>
        <w:tc>
          <w:tcPr>
            <w:tcW w:type="dxa" w:w="1728"/>
          </w:tcPr>
          <w:p>
            <w:r>
              <w:t>ᧁꫝ๑ᖇ๑Ᏸ ｲꪖꪀꫝꪖıꪗ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Raaaaashed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9377*3*3**</w:t>
            </w:r>
          </w:p>
        </w:tc>
        <w:tc>
          <w:tcPr>
            <w:tcW w:type="dxa" w:w="1728"/>
          </w:tcPr>
          <w:p>
            <w:r>
              <w:t>:)𝓶𝓸𝓱𝓪𝓶𝓪𝓭𝔂𝓪𝓼𝓲𝓷ꨄ︎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91***3*232</w:t>
            </w:r>
          </w:p>
        </w:tc>
        <w:tc>
          <w:tcPr>
            <w:tcW w:type="dxa" w:w="1728"/>
          </w:tcPr>
          <w:p>
            <w:r>
              <w:t>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903399177*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91***1*201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Maryam_9091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91*223399*</w:t>
            </w:r>
          </w:p>
        </w:tc>
        <w:tc>
          <w:tcPr>
            <w:tcW w:type="dxa" w:w="1728"/>
          </w:tcPr>
          <w:p>
            <w:r>
              <w:t>💕آیهان‌وپرهان💕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9013*23170</w:t>
            </w:r>
          </w:p>
        </w:tc>
        <w:tc>
          <w:tcPr>
            <w:tcW w:type="dxa" w:w="1728"/>
          </w:tcPr>
          <w:p>
            <w:r>
              <w:t>💞K.kamran💞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Kkamran66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91*070*11*</w:t>
            </w:r>
          </w:p>
        </w:tc>
        <w:tc>
          <w:tcPr>
            <w:tcW w:type="dxa" w:w="1728"/>
          </w:tcPr>
          <w:p>
            <w:r>
              <w:t>دنیا فدای تار مو دخترم و پسرم😘😘❤❤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Salda97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93**727***</w:t>
            </w:r>
          </w:p>
        </w:tc>
        <w:tc>
          <w:tcPr>
            <w:tcW w:type="dxa" w:w="1728"/>
          </w:tcPr>
          <w:p>
            <w:r>
              <w:t>رنگین کمان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91*710*192</w:t>
            </w:r>
          </w:p>
        </w:tc>
        <w:tc>
          <w:tcPr>
            <w:tcW w:type="dxa" w:w="1728"/>
          </w:tcPr>
          <w:p>
            <w:r>
              <w:t>Amirjoon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91*71171**</w:t>
            </w:r>
          </w:p>
        </w:tc>
        <w:tc>
          <w:tcPr>
            <w:tcW w:type="dxa" w:w="1728"/>
          </w:tcPr>
          <w:p>
            <w:r>
              <w:t>😍Shahanam😍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990*19**0*</w:t>
            </w:r>
          </w:p>
        </w:tc>
        <w:tc>
          <w:tcPr>
            <w:tcW w:type="dxa" w:w="1728"/>
          </w:tcPr>
          <w:p>
            <w:r>
              <w:t>Yasna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910**09*03</w:t>
            </w:r>
          </w:p>
        </w:tc>
        <w:tc>
          <w:tcPr>
            <w:tcW w:type="dxa" w:w="1728"/>
          </w:tcPr>
          <w:p>
            <w:r>
              <w:t>💞nazanin💞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91**037010</w:t>
            </w:r>
          </w:p>
        </w:tc>
        <w:tc>
          <w:tcPr>
            <w:tcW w:type="dxa" w:w="1728"/>
          </w:tcPr>
          <w:p>
            <w:r>
              <w:t>سید حامد عطاری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91*2*3*297</w:t>
            </w:r>
          </w:p>
        </w:tc>
        <w:tc>
          <w:tcPr>
            <w:tcW w:type="dxa" w:w="1728"/>
          </w:tcPr>
          <w:p>
            <w:r>
              <w:t>سوگند جون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saed321por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91*3339724</w:t>
            </w:r>
          </w:p>
        </w:tc>
        <w:tc>
          <w:tcPr>
            <w:tcW w:type="dxa" w:w="1728"/>
          </w:tcPr>
          <w:p>
            <w:r>
              <w:t>ılıll|̲̅̅●̲̅̅|̲̅̅=̲̅̅|̲̅̅●̲̅̅|llılıṃṓṅḁ ılıll|̲̅̅●̲̅̅|̲̅̅=̲̅̅|̲̅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HKR1356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91*2344***</w:t>
            </w:r>
          </w:p>
        </w:tc>
        <w:tc>
          <w:tcPr>
            <w:tcW w:type="dxa" w:w="1728"/>
          </w:tcPr>
          <w:p>
            <w:r>
              <w:t>ثمینا صابر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91*714*941</w:t>
            </w:r>
          </w:p>
        </w:tc>
        <w:tc>
          <w:tcPr>
            <w:tcW w:type="dxa" w:w="1728"/>
          </w:tcPr>
          <w:p>
            <w:r>
              <w:t>‌ t:N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91**33**39</w:t>
            </w:r>
          </w:p>
        </w:tc>
        <w:tc>
          <w:tcPr>
            <w:tcW w:type="dxa" w:w="1728"/>
          </w:tcPr>
          <w:p>
            <w:r>
              <w:t>♏i🈷@🈷d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Miad_6892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91*0**14**</w:t>
            </w:r>
          </w:p>
        </w:tc>
        <w:tc>
          <w:tcPr>
            <w:tcW w:type="dxa" w:w="1728"/>
          </w:tcPr>
          <w:p>
            <w:r>
              <w:t>💗 طنین عشق💗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TaninEshgh73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930*323*40</w:t>
            </w:r>
          </w:p>
        </w:tc>
        <w:tc>
          <w:tcPr>
            <w:tcW w:type="dxa" w:w="1728"/>
          </w:tcPr>
          <w:p>
            <w:r>
              <w:t>Ft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Fatiema_ak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903*****31</w:t>
            </w:r>
          </w:p>
        </w:tc>
        <w:tc>
          <w:tcPr>
            <w:tcW w:type="dxa" w:w="1728"/>
          </w:tcPr>
          <w:p>
            <w:r>
              <w:t>_mamad_darvish_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mamad_0121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91*711712*</w:t>
            </w:r>
          </w:p>
        </w:tc>
        <w:tc>
          <w:tcPr>
            <w:tcW w:type="dxa" w:w="1728"/>
          </w:tcPr>
          <w:p>
            <w:r>
              <w:t>اسیر سرنوشت🖤💔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91*22*2*7*</w:t>
            </w:r>
          </w:p>
        </w:tc>
        <w:tc>
          <w:tcPr>
            <w:tcW w:type="dxa" w:w="1728"/>
          </w:tcPr>
          <w:p>
            <w:r>
              <w:t>EMRAN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91*97*44*3</w:t>
            </w:r>
          </w:p>
        </w:tc>
        <w:tc>
          <w:tcPr>
            <w:tcW w:type="dxa" w:w="1728"/>
          </w:tcPr>
          <w:p>
            <w:r>
              <w:t>Ti.M.o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A67ham98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91*117**79</w:t>
            </w:r>
          </w:p>
        </w:tc>
        <w:tc>
          <w:tcPr>
            <w:tcW w:type="dxa" w:w="1728"/>
          </w:tcPr>
          <w:p>
            <w:r>
              <w:t>روزهای سخت تمام شدنی ست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91*332*3**</w:t>
            </w:r>
          </w:p>
        </w:tc>
        <w:tc>
          <w:tcPr>
            <w:tcW w:type="dxa" w:w="1728"/>
          </w:tcPr>
          <w:p>
            <w:r>
              <w:t>Yasin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91**33****</w:t>
            </w:r>
          </w:p>
        </w:tc>
        <w:tc>
          <w:tcPr>
            <w:tcW w:type="dxa" w:w="1728"/>
          </w:tcPr>
          <w:p>
            <w:r>
              <w:t>yashil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91**21*799</w:t>
            </w:r>
          </w:p>
        </w:tc>
        <w:tc>
          <w:tcPr>
            <w:tcW w:type="dxa" w:w="1728"/>
          </w:tcPr>
          <w:p>
            <w:r>
              <w:t>Ⱬ₳ⱧⱤ₳:₮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Zahra18899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91**734914</w:t>
            </w:r>
          </w:p>
        </w:tc>
        <w:tc>
          <w:tcPr>
            <w:tcW w:type="dxa" w:w="1728"/>
          </w:tcPr>
          <w:p>
            <w:r>
              <w:t>💟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omme_mostafa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91*441**7*</w:t>
            </w:r>
          </w:p>
        </w:tc>
        <w:tc>
          <w:tcPr>
            <w:tcW w:type="dxa" w:w="1728"/>
          </w:tcPr>
          <w:p>
            <w:r>
              <w:t>_𝓗𝓪𝓷𝓲𝔂𝓮𝓱_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Haniye_sb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91***14212</w:t>
            </w:r>
          </w:p>
        </w:tc>
        <w:tc>
          <w:tcPr>
            <w:tcW w:type="dxa" w:w="1728"/>
          </w:tcPr>
          <w:p>
            <w:r>
              <w:t>‌ م حنا آی ناز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hafiz31313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9333401203</w:t>
            </w:r>
          </w:p>
        </w:tc>
        <w:tc>
          <w:tcPr>
            <w:tcW w:type="dxa" w:w="1728"/>
          </w:tcPr>
          <w:p>
            <w:r>
              <w:t>🍓ʜɪʀᴀᴅ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aho718199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91*070*101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HM7167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910019**39</w:t>
            </w:r>
          </w:p>
        </w:tc>
        <w:tc>
          <w:tcPr>
            <w:tcW w:type="dxa" w:w="1728"/>
          </w:tcPr>
          <w:p>
            <w:r>
              <w:t>z.h.r.a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Ermya_arya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91*7*0*03*</w:t>
            </w:r>
          </w:p>
        </w:tc>
        <w:tc>
          <w:tcPr>
            <w:tcW w:type="dxa" w:w="1728"/>
          </w:tcPr>
          <w:p>
            <w:r>
              <w:t>@Arezoo@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91*13*407*</w:t>
            </w:r>
          </w:p>
        </w:tc>
        <w:tc>
          <w:tcPr>
            <w:tcW w:type="dxa" w:w="1728"/>
          </w:tcPr>
          <w:p>
            <w:r>
              <w:t>محمد 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91*7*93703</w:t>
            </w:r>
          </w:p>
        </w:tc>
        <w:tc>
          <w:tcPr>
            <w:tcW w:type="dxa" w:w="1728"/>
          </w:tcPr>
          <w:p>
            <w:r>
              <w:t>🌺💖S &amp; ℳ💕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Hami1401529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90*2*320**</w:t>
            </w:r>
          </w:p>
        </w:tc>
        <w:tc>
          <w:tcPr>
            <w:tcW w:type="dxa" w:w="1728"/>
          </w:tcPr>
          <w:p>
            <w:r>
              <w:t>👑🌹(♡.S&amp;♡)..🌹👑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91*9*7***1</w:t>
            </w:r>
          </w:p>
        </w:tc>
        <w:tc>
          <w:tcPr>
            <w:tcW w:type="dxa" w:w="1728"/>
          </w:tcPr>
          <w:p>
            <w:r>
              <w:t>ツꪑꪖꫝꪀꪖ𝕫࿐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Madineh3038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91*3324737</w:t>
            </w:r>
          </w:p>
        </w:tc>
        <w:tc>
          <w:tcPr>
            <w:tcW w:type="dxa" w:w="1728"/>
          </w:tcPr>
          <w:p>
            <w:r>
              <w:t>آیناز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901991797*</w:t>
            </w:r>
          </w:p>
        </w:tc>
        <w:tc>
          <w:tcPr>
            <w:tcW w:type="dxa" w:w="1728"/>
          </w:tcPr>
          <w:p>
            <w:r>
              <w:t>💓💓💓💓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991**29207</w:t>
            </w:r>
          </w:p>
        </w:tc>
        <w:tc>
          <w:tcPr>
            <w:tcW w:type="dxa" w:w="1728"/>
          </w:tcPr>
          <w:p>
            <w:r>
              <w:t>Salma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Salma_esalat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91*22*0***</w:t>
            </w:r>
          </w:p>
        </w:tc>
        <w:tc>
          <w:tcPr>
            <w:tcW w:type="dxa" w:w="1728"/>
          </w:tcPr>
          <w:p>
            <w:r>
              <w:t>ø•❤•.♡¸¸.•❤•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91*2347990</w:t>
            </w:r>
          </w:p>
        </w:tc>
        <w:tc>
          <w:tcPr>
            <w:tcW w:type="dxa" w:w="1728"/>
          </w:tcPr>
          <w:p>
            <w:r>
              <w:t>Fatiiipoorsaeed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Mehrsa_meson90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9222410371</w:t>
            </w:r>
          </w:p>
        </w:tc>
        <w:tc>
          <w:tcPr>
            <w:tcW w:type="dxa" w:w="1728"/>
          </w:tcPr>
          <w:p>
            <w:r>
              <w:t>tara</w:t>
            </w:r>
          </w:p>
        </w:tc>
        <w:tc>
          <w:tcPr>
            <w:tcW w:type="dxa" w:w="1728"/>
          </w:tcPr>
          <w:p>
            <w:r>
              <w:t>shams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91*331*249</w:t>
            </w:r>
          </w:p>
        </w:tc>
        <w:tc>
          <w:tcPr>
            <w:tcW w:type="dxa" w:w="1728"/>
          </w:tcPr>
          <w:p>
            <w:r>
              <w:t>بهروز</w:t>
            </w:r>
          </w:p>
        </w:tc>
        <w:tc>
          <w:tcPr>
            <w:tcW w:type="dxa" w:w="1728"/>
          </w:tcPr>
          <w:p>
            <w:r>
              <w:t>خلوتی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91**141*34</w:t>
            </w:r>
          </w:p>
        </w:tc>
        <w:tc>
          <w:tcPr>
            <w:tcW w:type="dxa" w:w="1728"/>
          </w:tcPr>
          <w:p>
            <w:r>
              <w:t>ya rab 🫶🏻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yousofmaman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91*242024*</w:t>
            </w:r>
          </w:p>
        </w:tc>
        <w:tc>
          <w:tcPr>
            <w:tcW w:type="dxa" w:w="1728"/>
          </w:tcPr>
          <w:p>
            <w:r>
              <w:t>Daniyal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91*070*127</w:t>
            </w:r>
          </w:p>
        </w:tc>
        <w:tc>
          <w:tcPr>
            <w:tcW w:type="dxa" w:w="1728"/>
          </w:tcPr>
          <w:p>
            <w:r>
              <w:t>سیاوش مفتاح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93*0113**1</w:t>
            </w:r>
          </w:p>
        </w:tc>
        <w:tc>
          <w:tcPr>
            <w:tcW w:type="dxa" w:w="1728"/>
          </w:tcPr>
          <w:p>
            <w:r>
              <w:t>doosti</w:t>
            </w:r>
          </w:p>
        </w:tc>
        <w:tc>
          <w:tcPr>
            <w:tcW w:type="dxa" w:w="1728"/>
          </w:tcPr>
          <w:p>
            <w:r>
              <w:t>v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91*9*3340*</w:t>
            </w:r>
          </w:p>
        </w:tc>
        <w:tc>
          <w:tcPr>
            <w:tcW w:type="dxa" w:w="1728"/>
          </w:tcPr>
          <w:p>
            <w:r>
              <w:t>⚜♧♡ Comme une fee ♡♧⚜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Mehrab1403Do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91**3**297</w:t>
            </w:r>
          </w:p>
        </w:tc>
        <w:tc>
          <w:tcPr>
            <w:tcW w:type="dxa" w:w="1728"/>
          </w:tcPr>
          <w:p>
            <w:r>
              <w:t>محمدامین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milad_5116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91*0371*22</w:t>
            </w:r>
          </w:p>
        </w:tc>
        <w:tc>
          <w:tcPr>
            <w:tcW w:type="dxa" w:w="1728"/>
          </w:tcPr>
          <w:p>
            <w:r>
              <w:t>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93*13*00*3</w:t>
            </w:r>
          </w:p>
        </w:tc>
        <w:tc>
          <w:tcPr>
            <w:tcW w:type="dxa" w:w="1728"/>
          </w:tcPr>
          <w:p>
            <w:r>
              <w:t>سونیاجون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91*0272202</w:t>
            </w:r>
          </w:p>
        </w:tc>
        <w:tc>
          <w:tcPr>
            <w:tcW w:type="dxa" w:w="1728"/>
          </w:tcPr>
          <w:p>
            <w:r>
              <w:t>به همان داغ بسوزی که مرا سوزاندی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9222409*31</w:t>
            </w:r>
          </w:p>
        </w:tc>
        <w:tc>
          <w:tcPr>
            <w:tcW w:type="dxa" w:w="1728"/>
          </w:tcPr>
          <w:p>
            <w:r>
              <w:t>azam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9023*42*49</w:t>
            </w:r>
          </w:p>
        </w:tc>
        <w:tc>
          <w:tcPr>
            <w:tcW w:type="dxa" w:w="1728"/>
          </w:tcPr>
          <w:p>
            <w:r>
              <w:t>.ʑakærįâ.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JlaLi2849a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91*71**21*</w:t>
            </w:r>
          </w:p>
        </w:tc>
        <w:tc>
          <w:tcPr>
            <w:tcW w:type="dxa" w:w="1728"/>
          </w:tcPr>
          <w:p>
            <w:r>
              <w:t>❤~~M~~❤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9339709*49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91*0*7909*</w:t>
            </w:r>
          </w:p>
        </w:tc>
        <w:tc>
          <w:tcPr>
            <w:tcW w:type="dxa" w:w="1728"/>
          </w:tcPr>
          <w:p>
            <w:r>
              <w:t>محمدطاهر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Dkejed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91*9*19011</w:t>
            </w:r>
          </w:p>
        </w:tc>
        <w:tc>
          <w:tcPr>
            <w:tcW w:type="dxa" w:w="1728"/>
          </w:tcPr>
          <w:p>
            <w:r>
              <w:t>علیپورحسن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9231*742**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91*3320794</w:t>
            </w:r>
          </w:p>
        </w:tc>
        <w:tc>
          <w:tcPr>
            <w:tcW w:type="dxa" w:w="1728"/>
          </w:tcPr>
          <w:p>
            <w:r>
              <w:t>عصمت الله شفیعی 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91*3321*14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Mm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91**231241</w:t>
            </w:r>
          </w:p>
        </w:tc>
        <w:tc>
          <w:tcPr>
            <w:tcW w:type="dxa" w:w="1728"/>
          </w:tcPr>
          <w:p>
            <w:r>
              <w:t>با ت حال خوشم پایان نداره‌ 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90*2*32070</w:t>
            </w:r>
          </w:p>
        </w:tc>
        <w:tc>
          <w:tcPr>
            <w:tcW w:type="dxa" w:w="1728"/>
          </w:tcPr>
          <w:p>
            <w:r>
              <w:t>..s..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vosuli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91***1421*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Mehrb1370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91**30****</w:t>
            </w:r>
          </w:p>
        </w:tc>
        <w:tc>
          <w:tcPr>
            <w:tcW w:type="dxa" w:w="1728"/>
          </w:tcPr>
          <w:p>
            <w:r>
              <w:t>AMMA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91*4043*4*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91*4124027</w:t>
            </w:r>
          </w:p>
        </w:tc>
        <w:tc>
          <w:tcPr>
            <w:tcW w:type="dxa" w:w="1728"/>
          </w:tcPr>
          <w:p>
            <w:r>
              <w:t>a.k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91*934*701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Hashemy1356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93*3014**1</w:t>
            </w:r>
          </w:p>
        </w:tc>
        <w:tc>
          <w:tcPr>
            <w:tcW w:type="dxa" w:w="1728"/>
          </w:tcPr>
          <w:p>
            <w:r>
              <w:t>_Osameh:)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Osameh98_10_15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  <w:tr>
        <w:tc>
          <w:tcPr>
            <w:tcW w:type="dxa" w:w="1728"/>
          </w:tcPr>
          <w:p>
            <w:r>
              <w:t>939***1***</w:t>
            </w:r>
          </w:p>
        </w:tc>
        <w:tc>
          <w:tcPr>
            <w:tcW w:type="dxa" w:w="1728"/>
          </w:tcPr>
          <w:p>
            <w:r>
              <w:t>Z:M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Artin93ordibehesht</w:t>
            </w:r>
          </w:p>
        </w:tc>
        <w:tc>
          <w:tcPr>
            <w:tcW w:type="dxa" w:w="1728"/>
          </w:tcPr>
          <w:p>
            <w:r>
              <w:t>پوشاک ارکیده👚👔🧥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پوشاک ارکیده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