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پوشاک ارزان گلستان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پوشاک ارزان گلستان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9114171*93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933**40349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Mosafer_na_sa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9904773*1*</w:t>
            </w:r>
          </w:p>
        </w:tc>
        <w:tc>
          <w:tcPr>
            <w:tcW w:type="dxa" w:w="1728"/>
          </w:tcPr>
          <w:p>
            <w:r>
              <w:t>محمدی 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937**7*0*7</w:t>
            </w:r>
          </w:p>
        </w:tc>
        <w:tc>
          <w:tcPr>
            <w:tcW w:type="dxa" w:w="1728"/>
          </w:tcPr>
          <w:p>
            <w:r>
              <w:t>ونوس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9119934*4*</w:t>
            </w:r>
          </w:p>
        </w:tc>
        <w:tc>
          <w:tcPr>
            <w:tcW w:type="dxa" w:w="1728"/>
          </w:tcPr>
          <w:p>
            <w:r>
              <w:t>my_Love _god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Naghdimoghadam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933*0*3*41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Curoosh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990**0**3*</w:t>
            </w:r>
          </w:p>
        </w:tc>
        <w:tc>
          <w:tcPr>
            <w:tcW w:type="dxa" w:w="1728"/>
          </w:tcPr>
          <w:p>
            <w:r>
              <w:t>پوشاک عرفان شاهرود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Erfi88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91*3**92*0</w:t>
            </w:r>
          </w:p>
        </w:tc>
        <w:tc>
          <w:tcPr>
            <w:tcW w:type="dxa" w:w="1728"/>
          </w:tcPr>
          <w:p>
            <w:r>
              <w:t>مرضیه نوروزی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Nouroozi_9280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91***7399*</w:t>
            </w:r>
          </w:p>
        </w:tc>
        <w:tc>
          <w:tcPr>
            <w:tcW w:type="dxa" w:w="1728"/>
          </w:tcPr>
          <w:p>
            <w:r>
              <w:t>(: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narges5449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91**02*134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>
              <w:t>حسین زاده</w:t>
            </w:r>
          </w:p>
        </w:tc>
        <w:tc>
          <w:tcPr>
            <w:tcW w:type="dxa" w:w="1728"/>
          </w:tcPr>
          <w:p>
            <w:r>
              <w:t>REZA139359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930029097*</w:t>
            </w:r>
          </w:p>
        </w:tc>
        <w:tc>
          <w:tcPr>
            <w:tcW w:type="dxa" w:w="1728"/>
          </w:tcPr>
          <w:p>
            <w:r>
              <w:t>N.N🌈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narges76Norouzi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90120**209</w:t>
            </w:r>
          </w:p>
        </w:tc>
        <w:tc>
          <w:tcPr>
            <w:tcW w:type="dxa" w:w="1728"/>
          </w:tcPr>
          <w:p>
            <w:r>
              <w:t>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93**110*22</w:t>
            </w:r>
          </w:p>
        </w:tc>
        <w:tc>
          <w:tcPr>
            <w:tcW w:type="dxa" w:w="1728"/>
          </w:tcPr>
          <w:p>
            <w:r>
              <w:t>𝒎𝒐𝒕𝒂𝒉𝒂𝒓𝒆𝒉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M_gh0622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91*7197*11</w:t>
            </w:r>
          </w:p>
        </w:tc>
        <w:tc>
          <w:tcPr>
            <w:tcW w:type="dxa" w:w="1728"/>
          </w:tcPr>
          <w:p>
            <w:r>
              <w:t>دختر پاییز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viana637199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933**14743</w:t>
            </w:r>
          </w:p>
        </w:tc>
        <w:tc>
          <w:tcPr>
            <w:tcW w:type="dxa" w:w="1728"/>
          </w:tcPr>
          <w:p>
            <w:r>
              <w:t>🎀👑fatemeseify👑🎀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M68F76R95Z98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910494720*</w:t>
            </w:r>
          </w:p>
        </w:tc>
        <w:tc>
          <w:tcPr>
            <w:tcW w:type="dxa" w:w="1728"/>
          </w:tcPr>
          <w:p>
            <w:r>
              <w:t>❤️Maryam❤️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93022*702*</w:t>
            </w:r>
          </w:p>
        </w:tc>
        <w:tc>
          <w:tcPr>
            <w:tcW w:type="dxa" w:w="1728"/>
          </w:tcPr>
          <w:p>
            <w:r>
              <w:t>ص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919**7*340</w:t>
            </w:r>
          </w:p>
        </w:tc>
        <w:tc>
          <w:tcPr>
            <w:tcW w:type="dxa" w:w="1728"/>
          </w:tcPr>
          <w:p>
            <w:r>
              <w:t>رفیق,بی,کلک.مادر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939*99*7**</w:t>
            </w:r>
          </w:p>
        </w:tc>
        <w:tc>
          <w:tcPr>
            <w:tcW w:type="dxa" w:w="1728"/>
          </w:tcPr>
          <w:p>
            <w:r>
              <w:t>Mv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FGHZMV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91***44727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Mahshid1624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937*7**3*3</w:t>
            </w:r>
          </w:p>
        </w:tc>
        <w:tc>
          <w:tcPr>
            <w:tcW w:type="dxa" w:w="1728"/>
          </w:tcPr>
          <w:p>
            <w:r>
              <w:t>خوب شد آدمهای دوربرم را شناختم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sssjjjlll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91**310720</w:t>
            </w:r>
          </w:p>
        </w:tc>
        <w:tc>
          <w:tcPr>
            <w:tcW w:type="dxa" w:w="1728"/>
          </w:tcPr>
          <w:p>
            <w:r>
              <w:t>"Zahra"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91*4*4*4*1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Maryamohammad8273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91*0*493*3</w:t>
            </w:r>
          </w:p>
        </w:tc>
        <w:tc>
          <w:tcPr>
            <w:tcW w:type="dxa" w:w="1728"/>
          </w:tcPr>
          <w:p>
            <w:r>
              <w:t>عشقم‌مادرم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91***4*7**</w:t>
            </w:r>
          </w:p>
        </w:tc>
        <w:tc>
          <w:tcPr>
            <w:tcW w:type="dxa" w:w="1728"/>
          </w:tcPr>
          <w:p>
            <w:r>
              <w:t>M.S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91*00*7**7</w:t>
            </w:r>
          </w:p>
        </w:tc>
        <w:tc>
          <w:tcPr>
            <w:tcW w:type="dxa" w:w="1728"/>
          </w:tcPr>
          <w:p>
            <w:r>
              <w:t>FmnSeify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FatemeS75MN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93379031*0</w:t>
            </w:r>
          </w:p>
        </w:tc>
        <w:tc>
          <w:tcPr>
            <w:tcW w:type="dxa" w:w="1728"/>
          </w:tcPr>
          <w:p>
            <w:r>
              <w:t>👯Samira👯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SamiraGh7166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91***7*1*0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91*2**1*12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maryyioon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91*742907*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Mahdii6467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93*7401*22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93733**13*</w:t>
            </w:r>
          </w:p>
        </w:tc>
        <w:tc>
          <w:tcPr>
            <w:tcW w:type="dxa" w:w="1728"/>
          </w:tcPr>
          <w:p>
            <w:r>
              <w:t>سائل الحسین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bagheri313n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99197**319</w:t>
            </w:r>
          </w:p>
        </w:tc>
        <w:tc>
          <w:tcPr>
            <w:tcW w:type="dxa" w:w="1728"/>
          </w:tcPr>
          <w:p>
            <w:r>
              <w:t>Maryam-aref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maryam_aref1371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9214292*9*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Ryhnh1424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91*2*1**70</w:t>
            </w:r>
          </w:p>
        </w:tc>
        <w:tc>
          <w:tcPr>
            <w:tcW w:type="dxa" w:w="1728"/>
          </w:tcPr>
          <w:p>
            <w:r>
              <w:t>واسطه HAJ_ALI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HAJ_ALI_VASTE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930332*1*3</w:t>
            </w:r>
          </w:p>
        </w:tc>
        <w:tc>
          <w:tcPr>
            <w:tcW w:type="dxa" w:w="1728"/>
          </w:tcPr>
          <w:p>
            <w:r>
              <w:t>《Amini.Z6970》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AminiiZ6970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911379*100</w:t>
            </w:r>
          </w:p>
        </w:tc>
        <w:tc>
          <w:tcPr>
            <w:tcW w:type="dxa" w:w="1728"/>
          </w:tcPr>
          <w:p>
            <w:r>
              <w:t>❤•.¸..hosein..¸.•❤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Elena4140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91*9**3*73</w:t>
            </w:r>
          </w:p>
        </w:tc>
        <w:tc>
          <w:tcPr>
            <w:tcW w:type="dxa" w:w="1728"/>
          </w:tcPr>
          <w:p>
            <w:r>
              <w:t>🌼🌼🌼🌼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Za4124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91*4*44219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93*7143*73</w:t>
            </w:r>
          </w:p>
        </w:tc>
        <w:tc>
          <w:tcPr>
            <w:tcW w:type="dxa" w:w="1728"/>
          </w:tcPr>
          <w:p>
            <w:r>
              <w:t>لبیک یا 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93**017431</w:t>
            </w:r>
          </w:p>
        </w:tc>
        <w:tc>
          <w:tcPr>
            <w:tcW w:type="dxa" w:w="1728"/>
          </w:tcPr>
          <w:p>
            <w:r>
              <w:t>نیکا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933**72*24</w:t>
            </w:r>
          </w:p>
        </w:tc>
        <w:tc>
          <w:tcPr>
            <w:tcW w:type="dxa" w:w="1728"/>
          </w:tcPr>
          <w:p>
            <w:r>
              <w:t>❤....❤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zizi9170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9339*7*0**</w:t>
            </w:r>
          </w:p>
        </w:tc>
        <w:tc>
          <w:tcPr>
            <w:tcW w:type="dxa" w:w="1728"/>
          </w:tcPr>
          <w:p>
            <w:r>
              <w:t>B.</w:t>
            </w:r>
          </w:p>
        </w:tc>
        <w:tc>
          <w:tcPr>
            <w:tcW w:type="dxa" w:w="1728"/>
          </w:tcPr>
          <w:p>
            <w:r>
              <w:t>Jafary</w:t>
            </w:r>
          </w:p>
        </w:tc>
        <w:tc>
          <w:tcPr>
            <w:tcW w:type="dxa" w:w="1728"/>
          </w:tcPr>
          <w:p>
            <w:r>
              <w:t>Poshaketehran9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91***703**</w:t>
            </w:r>
          </w:p>
        </w:tc>
        <w:tc>
          <w:tcPr>
            <w:tcW w:type="dxa" w:w="1728"/>
          </w:tcPr>
          <w:p>
            <w:r>
              <w:t>Kiyan.f.z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Kiantoys2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91*4*4**94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maryam_h774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939*992*92</w:t>
            </w:r>
          </w:p>
        </w:tc>
        <w:tc>
          <w:tcPr>
            <w:tcW w:type="dxa" w:w="1728"/>
          </w:tcPr>
          <w:p>
            <w:r>
              <w:t>❤♡heliajoonam♡❤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helia96512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93091*0*32</w:t>
            </w:r>
          </w:p>
        </w:tc>
        <w:tc>
          <w:tcPr>
            <w:tcW w:type="dxa" w:w="1728"/>
          </w:tcPr>
          <w:p>
            <w:r>
              <w:t>f_bagheri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F_Bagheri21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90*274*91*</w:t>
            </w:r>
          </w:p>
        </w:tc>
        <w:tc>
          <w:tcPr>
            <w:tcW w:type="dxa" w:w="1728"/>
          </w:tcPr>
          <w:p>
            <w:r>
              <w:t>♪♫•*¨*•.¸¸❤دنیام پسرام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93*91**341</w:t>
            </w:r>
          </w:p>
        </w:tc>
        <w:tc>
          <w:tcPr>
            <w:tcW w:type="dxa" w:w="1728"/>
          </w:tcPr>
          <w:p>
            <w:r>
              <w:t>♡فاطــــــεβƦαhιʍمــــــه♡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fateme_729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91*779431*</w:t>
            </w:r>
          </w:p>
        </w:tc>
        <w:tc>
          <w:tcPr>
            <w:tcW w:type="dxa" w:w="1728"/>
          </w:tcPr>
          <w:p>
            <w:r>
              <w:t>عليرضاعرفان گل پسرام ماشالا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91*9**9327</w:t>
            </w:r>
          </w:p>
        </w:tc>
        <w:tc>
          <w:tcPr>
            <w:tcW w:type="dxa" w:w="1728"/>
          </w:tcPr>
          <w:p>
            <w:r>
              <w:t>💢Prince_Tirdad💢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Prince_Tirdad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937*0*021*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990720**42</w:t>
            </w:r>
          </w:p>
        </w:tc>
        <w:tc>
          <w:tcPr>
            <w:tcW w:type="dxa" w:w="1728"/>
          </w:tcPr>
          <w:p>
            <w:r>
              <w:t>Zahra🦋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Ze679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91*97****0</w:t>
            </w:r>
          </w:p>
        </w:tc>
        <w:tc>
          <w:tcPr>
            <w:tcW w:type="dxa" w:w="1728"/>
          </w:tcPr>
          <w:p>
            <w:r>
              <w:t>ریحانه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Ghasemzadez68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93**14*771</w:t>
            </w:r>
          </w:p>
        </w:tc>
        <w:tc>
          <w:tcPr>
            <w:tcW w:type="dxa" w:w="1728"/>
          </w:tcPr>
          <w:p>
            <w:r>
              <w:t>Mrs.zahra.fakhrani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Mrszahrafakhrani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91*97***1*</w:t>
            </w:r>
          </w:p>
        </w:tc>
        <w:tc>
          <w:tcPr>
            <w:tcW w:type="dxa" w:w="1728"/>
          </w:tcPr>
          <w:p>
            <w:r>
              <w:t>Sameryshen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91*91202*7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93701*39*0</w:t>
            </w:r>
          </w:p>
        </w:tc>
        <w:tc>
          <w:tcPr>
            <w:tcW w:type="dxa" w:w="1728"/>
          </w:tcPr>
          <w:p>
            <w:r>
              <w:t>(✿◠‿◠♥)$@j£d£h# 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fateme9424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9377*4070*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93340***27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91***744*7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mohebi</w:t>
            </w:r>
          </w:p>
        </w:tc>
        <w:tc>
          <w:tcPr>
            <w:tcW w:type="dxa" w:w="1728"/>
          </w:tcPr>
          <w:p>
            <w:r>
              <w:t>mohebifa438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91*3**9943</w:t>
            </w:r>
          </w:p>
        </w:tc>
        <w:tc>
          <w:tcPr>
            <w:tcW w:type="dxa" w:w="1728"/>
          </w:tcPr>
          <w:p>
            <w:r>
              <w:t>e.maghsodi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93373*7*21</w:t>
            </w:r>
          </w:p>
        </w:tc>
        <w:tc>
          <w:tcPr>
            <w:tcW w:type="dxa" w:w="1728"/>
          </w:tcPr>
          <w:p>
            <w:r>
              <w:t>❤❤فقط خدا ❤❤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933**40499</w:t>
            </w:r>
          </w:p>
        </w:tc>
        <w:tc>
          <w:tcPr>
            <w:tcW w:type="dxa" w:w="1728"/>
          </w:tcPr>
          <w:p>
            <w:r>
              <w:t>فاطمه 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m2ah6869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91*79*9104</w:t>
            </w:r>
          </w:p>
        </w:tc>
        <w:tc>
          <w:tcPr>
            <w:tcW w:type="dxa" w:w="1728"/>
          </w:tcPr>
          <w:p>
            <w:r>
              <w:t>✰✰(¯`*•.¸,¤° setareh°¤,¸.•*´¯)✰✰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91****4173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91*773932*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91***92**9</w:t>
            </w:r>
          </w:p>
        </w:tc>
        <w:tc>
          <w:tcPr>
            <w:tcW w:type="dxa" w:w="1728"/>
          </w:tcPr>
          <w:p>
            <w:r>
              <w:t>مقصودی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9301*4*472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Moshtageh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921003714*</w:t>
            </w:r>
          </w:p>
        </w:tc>
        <w:tc>
          <w:tcPr>
            <w:tcW w:type="dxa" w:w="1728"/>
          </w:tcPr>
          <w:p>
            <w:r>
              <w:t>Mariya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Maryia67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91**0212*7</w:t>
            </w:r>
          </w:p>
        </w:tc>
        <w:tc>
          <w:tcPr>
            <w:tcW w:type="dxa" w:w="1728"/>
          </w:tcPr>
          <w:p>
            <w:r>
              <w:t>النا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Arbabi_61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90123901**</w:t>
            </w:r>
          </w:p>
        </w:tc>
        <w:tc>
          <w:tcPr>
            <w:tcW w:type="dxa" w:w="1728"/>
          </w:tcPr>
          <w:p>
            <w:r>
              <w:t>Zein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Beauti_servis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933*24*041</w:t>
            </w:r>
          </w:p>
        </w:tc>
        <w:tc>
          <w:tcPr>
            <w:tcW w:type="dxa" w:w="1728"/>
          </w:tcPr>
          <w:p>
            <w:r>
              <w:t>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AE_6976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91*47**19*</w:t>
            </w:r>
          </w:p>
        </w:tc>
        <w:tc>
          <w:tcPr>
            <w:tcW w:type="dxa" w:w="1728"/>
          </w:tcPr>
          <w:p>
            <w:r>
              <w:t>,,,,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91*9**2*47</w:t>
            </w:r>
          </w:p>
        </w:tc>
        <w:tc>
          <w:tcPr>
            <w:tcW w:type="dxa" w:w="1728"/>
          </w:tcPr>
          <w:p>
            <w:r>
              <w:t>Hossein.j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9039**099*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parsa986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930*9**497</w:t>
            </w:r>
          </w:p>
        </w:tc>
        <w:tc>
          <w:tcPr>
            <w:tcW w:type="dxa" w:w="1728"/>
          </w:tcPr>
          <w:p>
            <w:r>
              <w:t>Mahmudian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990*70302*</w:t>
            </w:r>
          </w:p>
        </w:tc>
        <w:tc>
          <w:tcPr>
            <w:tcW w:type="dxa" w:w="1728"/>
          </w:tcPr>
          <w:p>
            <w:r>
              <w:t>...........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Fmfmfm13</w:t>
            </w:r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93331**0*7</w:t>
            </w:r>
          </w:p>
        </w:tc>
        <w:tc>
          <w:tcPr>
            <w:tcW w:type="dxa" w:w="1728"/>
          </w:tcPr>
          <w:p>
            <w:r>
              <w:t>مهاجر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  <w:tr>
        <w:tc>
          <w:tcPr>
            <w:tcW w:type="dxa" w:w="1728"/>
          </w:tcPr>
          <w:p>
            <w:r>
              <w:t>930**0**0*</w:t>
            </w:r>
          </w:p>
        </w:tc>
        <w:tc>
          <w:tcPr>
            <w:tcW w:type="dxa" w:w="1728"/>
          </w:tcPr>
          <w:p>
            <w:r>
              <w:t>Z.baghry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پوشاک ارزان گلستان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پوشاک ارزان گلستان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