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پرشین فایترز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پرشین فایترز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9143****13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T_S5690S_T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917**3120*</w:t>
            </w:r>
          </w:p>
        </w:tc>
        <w:tc>
          <w:tcPr>
            <w:tcW w:type="dxa" w:w="1728"/>
          </w:tcPr>
          <w:p>
            <w:r>
              <w:t>هانیه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93**1413**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007</w:t>
            </w:r>
          </w:p>
        </w:tc>
        <w:tc>
          <w:tcPr>
            <w:tcW w:type="dxa" w:w="1728"/>
          </w:tcPr>
          <w:p>
            <w:r>
              <w:t>A007teh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903**04*90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ikf2022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9149107***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marrrryammn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93*949293*</w:t>
            </w:r>
          </w:p>
        </w:tc>
        <w:tc>
          <w:tcPr>
            <w:tcW w:type="dxa" w:w="1728"/>
          </w:tcPr>
          <w:p>
            <w:r>
              <w:t>🎈💉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sohyl_ahvazy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91**3**14*</w:t>
            </w:r>
          </w:p>
        </w:tc>
        <w:tc>
          <w:tcPr>
            <w:tcW w:type="dxa" w:w="1728"/>
          </w:tcPr>
          <w:p>
            <w:r>
              <w:t>کیمیا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93**0*7797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9170993**4</w:t>
            </w:r>
          </w:p>
        </w:tc>
        <w:tc>
          <w:tcPr>
            <w:tcW w:type="dxa" w:w="1728"/>
          </w:tcPr>
          <w:p>
            <w:r>
              <w:t>.Mmdrez.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mmdrzz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93*220*04*</w:t>
            </w:r>
          </w:p>
        </w:tc>
        <w:tc>
          <w:tcPr>
            <w:tcW w:type="dxa" w:w="1728"/>
          </w:tcPr>
          <w:p>
            <w:r>
              <w:t>✿↝.. ჭბιí ..↜✿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Golimafi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91393*2933</w:t>
            </w:r>
          </w:p>
        </w:tc>
        <w:tc>
          <w:tcPr>
            <w:tcW w:type="dxa" w:w="1728"/>
          </w:tcPr>
          <w:p>
            <w:r>
              <w:t>BiJAN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bijan468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91300**97*</w:t>
            </w:r>
          </w:p>
        </w:tc>
        <w:tc>
          <w:tcPr>
            <w:tcW w:type="dxa" w:w="1728"/>
          </w:tcPr>
          <w:p>
            <w:r>
              <w:t>نیکو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Gigaxiadmin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93**017994</w:t>
            </w:r>
          </w:p>
        </w:tc>
        <w:tc>
          <w:tcPr>
            <w:tcW w:type="dxa" w:w="1728"/>
          </w:tcPr>
          <w:p>
            <w:r>
              <w:t>E .M.A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Elikyok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9334*4424*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9143300913</w:t>
            </w:r>
          </w:p>
        </w:tc>
        <w:tc>
          <w:tcPr>
            <w:tcW w:type="dxa" w:w="1728"/>
          </w:tcPr>
          <w:p>
            <w:r>
              <w:t>H.h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Khodaei_dietcenter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93907*149*</w:t>
            </w:r>
          </w:p>
        </w:tc>
        <w:tc>
          <w:tcPr>
            <w:tcW w:type="dxa" w:w="1728"/>
          </w:tcPr>
          <w:p>
            <w:r>
              <w:t>1498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9904134200</w:t>
            </w:r>
          </w:p>
        </w:tc>
        <w:tc>
          <w:tcPr>
            <w:tcW w:type="dxa" w:w="1728"/>
          </w:tcPr>
          <w:p>
            <w:r>
              <w:t>Mousa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>
              <w:t>mousa_mobarezan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93*29*01*9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Masoumi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91214907*1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91*72*047*</w:t>
            </w:r>
          </w:p>
        </w:tc>
        <w:tc>
          <w:tcPr>
            <w:tcW w:type="dxa" w:w="1728"/>
          </w:tcPr>
          <w:p>
            <w:r>
              <w:t>Kardo</w:t>
            </w:r>
          </w:p>
        </w:tc>
        <w:tc>
          <w:tcPr>
            <w:tcW w:type="dxa" w:w="1728"/>
          </w:tcPr>
          <w:p>
            <w:r>
              <w:t>Karwan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930*90**31</w:t>
            </w:r>
          </w:p>
        </w:tc>
        <w:tc>
          <w:tcPr>
            <w:tcW w:type="dxa" w:w="1728"/>
          </w:tcPr>
          <w:p>
            <w:r>
              <w:t>سحر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930797****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>
              <w:t>Mohamadi</w:t>
            </w:r>
          </w:p>
        </w:tc>
        <w:tc>
          <w:tcPr>
            <w:tcW w:type="dxa" w:w="1728"/>
          </w:tcPr>
          <w:p>
            <w:r>
              <w:t>mr_mehran71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903*411774</w:t>
            </w:r>
          </w:p>
        </w:tc>
        <w:tc>
          <w:tcPr>
            <w:tcW w:type="dxa" w:w="1728"/>
          </w:tcPr>
          <w:p>
            <w:r>
              <w:t>Alibaboli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Ali177468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930707*7*7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9371**11**</w:t>
            </w:r>
          </w:p>
        </w:tc>
        <w:tc>
          <w:tcPr>
            <w:tcW w:type="dxa" w:w="1728"/>
          </w:tcPr>
          <w:p>
            <w:r>
              <w:t>Amir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93029*349*</w:t>
            </w:r>
          </w:p>
        </w:tc>
        <w:tc>
          <w:tcPr>
            <w:tcW w:type="dxa" w:w="1728"/>
          </w:tcPr>
          <w:p>
            <w:r>
              <w:t>Ocean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Drinkingsong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9203002137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Irandokht</w:t>
            </w:r>
          </w:p>
        </w:tc>
        <w:tc>
          <w:tcPr>
            <w:tcW w:type="dxa" w:w="1728"/>
          </w:tcPr>
          <w:p>
            <w:r>
              <w:t>Irandokht_ali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91490217*0</w:t>
            </w:r>
          </w:p>
        </w:tc>
        <w:tc>
          <w:tcPr>
            <w:tcW w:type="dxa" w:w="1728"/>
          </w:tcPr>
          <w:p>
            <w:r>
              <w:t>میثم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921*707970</w:t>
            </w:r>
          </w:p>
        </w:tc>
        <w:tc>
          <w:tcPr>
            <w:tcW w:type="dxa" w:w="1728"/>
          </w:tcPr>
          <w:p>
            <w:r>
              <w:t>МАNOUCHEHR</w:t>
            </w:r>
          </w:p>
        </w:tc>
        <w:tc>
          <w:tcPr>
            <w:tcW w:type="dxa" w:w="1728"/>
          </w:tcPr>
          <w:p>
            <w:r>
              <w:t>NIK</w:t>
            </w:r>
          </w:p>
        </w:tc>
        <w:tc>
          <w:tcPr>
            <w:tcW w:type="dxa" w:w="1728"/>
          </w:tcPr>
          <w:p>
            <w:r>
              <w:t>ASCENTRON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919497*014</w:t>
            </w:r>
          </w:p>
        </w:tc>
        <w:tc>
          <w:tcPr>
            <w:tcW w:type="dxa" w:w="1728"/>
          </w:tcPr>
          <w:p>
            <w:r>
              <w:t>?Neda?</w:t>
            </w:r>
          </w:p>
        </w:tc>
        <w:tc>
          <w:tcPr>
            <w:tcW w:type="dxa" w:w="1728"/>
          </w:tcPr>
          <w:p>
            <w:r>
              <w:t>?Sabouri?</w:t>
            </w:r>
          </w:p>
        </w:tc>
        <w:tc>
          <w:tcPr>
            <w:tcW w:type="dxa" w:w="1728"/>
          </w:tcPr>
          <w:p>
            <w:r>
              <w:t>neda_champ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93022*491*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9374**7104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Mohammad_tayson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930**174*4</w:t>
            </w:r>
          </w:p>
        </w:tc>
        <w:tc>
          <w:tcPr>
            <w:tcW w:type="dxa" w:w="1728"/>
          </w:tcPr>
          <w:p>
            <w:r>
              <w:t>سمیه</w:t>
            </w:r>
          </w:p>
        </w:tc>
        <w:tc>
          <w:tcPr>
            <w:tcW w:type="dxa" w:w="1728"/>
          </w:tcPr>
          <w:p>
            <w:r>
              <w:t>کریم پور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9101742912</w:t>
            </w:r>
          </w:p>
        </w:tc>
        <w:tc>
          <w:tcPr>
            <w:tcW w:type="dxa" w:w="1728"/>
          </w:tcPr>
          <w:p>
            <w:r>
              <w:t>❤Efi.erfan❤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933*1972*0</w:t>
            </w:r>
          </w:p>
        </w:tc>
        <w:tc>
          <w:tcPr>
            <w:tcW w:type="dxa" w:w="1728"/>
          </w:tcPr>
          <w:p>
            <w:r>
              <w:t>abolfaz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Abolfazl_neyestani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9014303*22</w:t>
            </w:r>
          </w:p>
        </w:tc>
        <w:tc>
          <w:tcPr>
            <w:tcW w:type="dxa" w:w="1728"/>
          </w:tcPr>
          <w:p>
            <w:r>
              <w:t>さいで。もはまぢSAMURAI KARATE</w:t>
            </w:r>
          </w:p>
        </w:tc>
        <w:tc>
          <w:tcPr>
            <w:tcW w:type="dxa" w:w="1728"/>
          </w:tcPr>
          <w:p>
            <w:r>
              <w:t>さいで。もはまぢSAMURAI KARATE</w:t>
            </w:r>
          </w:p>
        </w:tc>
        <w:tc>
          <w:tcPr>
            <w:tcW w:type="dxa" w:w="1728"/>
          </w:tcPr>
          <w:p>
            <w:r>
              <w:t>tabanz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939**30317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صالحی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919*331311</w:t>
            </w:r>
          </w:p>
        </w:tc>
        <w:tc>
          <w:tcPr>
            <w:tcW w:type="dxa" w:w="1728"/>
          </w:tcPr>
          <w:p>
            <w:r>
              <w:t>ᴎiɘoM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MoeLh1700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912*09*79*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>
              <w:t>علوی</w:t>
            </w:r>
          </w:p>
        </w:tc>
        <w:tc>
          <w:tcPr>
            <w:tcW w:type="dxa" w:w="1728"/>
          </w:tcPr>
          <w:p>
            <w:r>
              <w:t>alave1394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914*092914</w:t>
            </w:r>
          </w:p>
        </w:tc>
        <w:tc>
          <w:tcPr>
            <w:tcW w:type="dxa" w:w="1728"/>
          </w:tcPr>
          <w:p>
            <w:r>
              <w:t>23816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AliEkranpour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990*92294*</w:t>
            </w:r>
          </w:p>
        </w:tc>
        <w:tc>
          <w:tcPr>
            <w:tcW w:type="dxa" w:w="1728"/>
          </w:tcPr>
          <w:p>
            <w:r>
              <w:t>👉M....b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9191272*21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MI</w:t>
            </w:r>
          </w:p>
        </w:tc>
        <w:tc>
          <w:tcPr>
            <w:tcW w:type="dxa" w:w="1728"/>
          </w:tcPr>
          <w:p>
            <w:r>
              <w:t>Saeidbking90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99014*390*</w:t>
            </w:r>
          </w:p>
        </w:tc>
        <w:tc>
          <w:tcPr>
            <w:tcW w:type="dxa" w:w="1728"/>
          </w:tcPr>
          <w:p>
            <w:r>
              <w:t>Ff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902*1*790*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91*4**419*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919243*2**</w:t>
            </w:r>
          </w:p>
        </w:tc>
        <w:tc>
          <w:tcPr>
            <w:tcW w:type="dxa" w:w="1728"/>
          </w:tcPr>
          <w:p>
            <w:r>
              <w:t>ارکستر سازبند</w:t>
            </w:r>
          </w:p>
        </w:tc>
        <w:tc>
          <w:tcPr>
            <w:tcW w:type="dxa" w:w="1728"/>
          </w:tcPr>
          <w:p>
            <w:r>
              <w:t>® SAZBAND ®</w:t>
            </w:r>
          </w:p>
        </w:tc>
        <w:tc>
          <w:tcPr>
            <w:tcW w:type="dxa" w:w="1728"/>
          </w:tcPr>
          <w:p>
            <w:r>
              <w:t>sazband1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91****30*0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Zeydi</w:t>
            </w:r>
          </w:p>
        </w:tc>
        <w:tc>
          <w:tcPr>
            <w:tcW w:type="dxa" w:w="1728"/>
          </w:tcPr>
          <w:p>
            <w:r>
              <w:t>Amirrezazeydi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91*7*302**</w:t>
            </w:r>
          </w:p>
        </w:tc>
        <w:tc>
          <w:tcPr>
            <w:tcW w:type="dxa" w:w="1728"/>
          </w:tcPr>
          <w:p>
            <w:r>
              <w:t>الیکا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933*4797*0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921347047*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30yar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91*33**0**</w:t>
            </w:r>
          </w:p>
        </w:tc>
        <w:tc>
          <w:tcPr>
            <w:tcW w:type="dxa" w:w="1728"/>
          </w:tcPr>
          <w:p>
            <w:r>
              <w:t>لبه تیز شمشیر یک سامورایی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93791933**</w:t>
            </w:r>
          </w:p>
        </w:tc>
        <w:tc>
          <w:tcPr>
            <w:tcW w:type="dxa" w:w="1728"/>
          </w:tcPr>
          <w:p>
            <w:r>
              <w:t>S@eed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Thayboxer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93*4*72*19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Maaahaann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911**3*021</w:t>
            </w:r>
          </w:p>
        </w:tc>
        <w:tc>
          <w:tcPr>
            <w:tcW w:type="dxa" w:w="1728"/>
          </w:tcPr>
          <w:p>
            <w:r>
              <w:t>goli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912020*23*</w:t>
            </w:r>
          </w:p>
        </w:tc>
        <w:tc>
          <w:tcPr>
            <w:tcW w:type="dxa" w:w="1728"/>
          </w:tcPr>
          <w:p>
            <w:r>
              <w:t>نظری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nazaripoor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90242320*2</w:t>
            </w:r>
          </w:p>
        </w:tc>
        <w:tc>
          <w:tcPr>
            <w:tcW w:type="dxa" w:w="1728"/>
          </w:tcPr>
          <w:p>
            <w:r>
              <w:t>ava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avaaaaaaaaaa_asa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91900***7*</w:t>
            </w:r>
          </w:p>
        </w:tc>
        <w:tc>
          <w:tcPr>
            <w:tcW w:type="dxa" w:w="1728"/>
          </w:tcPr>
          <w:p>
            <w:r>
              <w:t>A.m.i.r.hosein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Amirhosein199999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9122**3*49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>
              <w:t>Alimehri</w:t>
            </w:r>
          </w:p>
        </w:tc>
        <w:tc>
          <w:tcPr>
            <w:tcW w:type="dxa" w:w="1728"/>
          </w:tcPr>
          <w:p>
            <w:r>
              <w:t>r1alm24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91*43**933</w:t>
            </w:r>
          </w:p>
        </w:tc>
        <w:tc>
          <w:tcPr>
            <w:tcW w:type="dxa" w:w="1728"/>
          </w:tcPr>
          <w:p>
            <w:r>
              <w:t>๓คђ๔เ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mahdiminaie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93*729*010</w:t>
            </w:r>
          </w:p>
        </w:tc>
        <w:tc>
          <w:tcPr>
            <w:tcW w:type="dxa" w:w="1728"/>
          </w:tcPr>
          <w:p>
            <w:r>
              <w:t>Amir Ehsan</w:t>
            </w:r>
          </w:p>
        </w:tc>
        <w:tc>
          <w:tcPr>
            <w:tcW w:type="dxa" w:w="1728"/>
          </w:tcPr>
          <w:p>
            <w:r>
              <w:t>Taheri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91279*0170</w:t>
            </w:r>
          </w:p>
        </w:tc>
        <w:tc>
          <w:tcPr>
            <w:tcW w:type="dxa" w:w="1728"/>
          </w:tcPr>
          <w:p>
            <w:r>
              <w:t>Dr Shermin Mousavian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dr_shermin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910*9*9247</w:t>
            </w:r>
          </w:p>
        </w:tc>
        <w:tc>
          <w:tcPr>
            <w:tcW w:type="dxa" w:w="1728"/>
          </w:tcPr>
          <w:p>
            <w:r>
              <w:t>سیدناصرجلیلیان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Mhrancllb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921214331*</w:t>
            </w:r>
          </w:p>
        </w:tc>
        <w:tc>
          <w:tcPr>
            <w:tcW w:type="dxa" w:w="1728"/>
          </w:tcPr>
          <w:p>
            <w:r>
              <w:t>Amirbahador Norouzi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Amiirbn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93****90**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hoseyni</w:t>
            </w:r>
          </w:p>
        </w:tc>
        <w:tc>
          <w:tcPr>
            <w:tcW w:type="dxa" w:w="1728"/>
          </w:tcPr>
          <w:p>
            <w:r>
              <w:t>pedramhoseyni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9123773133</w:t>
            </w:r>
          </w:p>
        </w:tc>
        <w:tc>
          <w:tcPr>
            <w:tcW w:type="dxa" w:w="1728"/>
          </w:tcPr>
          <w:p>
            <w:r>
              <w:t>Poyan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poyan_kian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9111*434*9</w:t>
            </w:r>
          </w:p>
        </w:tc>
        <w:tc>
          <w:tcPr>
            <w:tcW w:type="dxa" w:w="1728"/>
          </w:tcPr>
          <w:p>
            <w:r>
              <w:t>سجاد</w:t>
            </w:r>
          </w:p>
        </w:tc>
        <w:tc>
          <w:tcPr>
            <w:tcW w:type="dxa" w:w="1728"/>
          </w:tcPr>
          <w:p>
            <w:r>
              <w:t>کلانتری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9122402*3*</w:t>
            </w:r>
          </w:p>
        </w:tc>
        <w:tc>
          <w:tcPr>
            <w:tcW w:type="dxa" w:w="1728"/>
          </w:tcPr>
          <w:p>
            <w:r>
              <w:t>👊ジℳ... ѦηzѦłɪジ👊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M_anzali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91**124*23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91*0*93*9*</w:t>
            </w:r>
          </w:p>
        </w:tc>
        <w:tc>
          <w:tcPr>
            <w:tcW w:type="dxa" w:w="1728"/>
          </w:tcPr>
          <w:p>
            <w:r>
              <w:t>مهشید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91**37*349</w:t>
            </w:r>
          </w:p>
        </w:tc>
        <w:tc>
          <w:tcPr>
            <w:tcW w:type="dxa" w:w="1728"/>
          </w:tcPr>
          <w:p>
            <w:r>
              <w:t>sinohe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tino_ataiimanesh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93****99*9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سبحانی</w:t>
            </w:r>
          </w:p>
        </w:tc>
        <w:tc>
          <w:tcPr>
            <w:tcW w:type="dxa" w:w="1728"/>
          </w:tcPr>
          <w:p>
            <w:r>
              <w:t>Ali_71_asd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919**01370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Ma_Gm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93*409*41*</w:t>
            </w:r>
          </w:p>
        </w:tc>
        <w:tc>
          <w:tcPr>
            <w:tcW w:type="dxa" w:w="1728"/>
          </w:tcPr>
          <w:p>
            <w:r>
              <w:t>Leponte</w:t>
            </w:r>
          </w:p>
        </w:tc>
        <w:tc>
          <w:tcPr>
            <w:tcW w:type="dxa" w:w="1728"/>
          </w:tcPr>
          <w:p>
            <w:r>
              <w:t>Ir</w:t>
            </w:r>
          </w:p>
        </w:tc>
        <w:tc>
          <w:tcPr>
            <w:tcW w:type="dxa" w:w="1728"/>
          </w:tcPr>
          <w:p>
            <w:r>
              <w:t>Leponte_ir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9123*031*0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93**949323</w:t>
            </w:r>
          </w:p>
        </w:tc>
        <w:tc>
          <w:tcPr>
            <w:tcW w:type="dxa" w:w="1728"/>
          </w:tcPr>
          <w:p>
            <w:r>
              <w:t>☕️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sky005500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91224014*0</w:t>
            </w:r>
          </w:p>
        </w:tc>
        <w:tc>
          <w:tcPr>
            <w:tcW w:type="dxa" w:w="1728"/>
          </w:tcPr>
          <w:p>
            <w:r>
              <w:t>HGG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Hamicharter_ir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93**421447</w:t>
            </w:r>
          </w:p>
        </w:tc>
        <w:tc>
          <w:tcPr>
            <w:tcW w:type="dxa" w:w="1728"/>
          </w:tcPr>
          <w:p>
            <w:r>
              <w:t>عرشیا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9394040447</w:t>
            </w:r>
          </w:p>
        </w:tc>
        <w:tc>
          <w:tcPr>
            <w:tcW w:type="dxa" w:w="1728"/>
          </w:tcPr>
          <w:p>
            <w:r>
              <w:t>استادحسن امامی</w:t>
            </w:r>
          </w:p>
        </w:tc>
        <w:tc>
          <w:tcPr>
            <w:tcW w:type="dxa" w:w="1728"/>
          </w:tcPr>
          <w:p>
            <w:r>
              <w:t>۰۹۱۲۲۶۰۵۵۸۱</w:t>
            </w:r>
          </w:p>
        </w:tc>
        <w:tc>
          <w:tcPr>
            <w:tcW w:type="dxa" w:w="1728"/>
          </w:tcPr>
          <w:p>
            <w:r>
              <w:t>Hasanemami0062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9122*942**</w:t>
            </w:r>
          </w:p>
        </w:tc>
        <w:tc>
          <w:tcPr>
            <w:tcW w:type="dxa" w:w="1728"/>
          </w:tcPr>
          <w:p>
            <w:r>
              <w:t>gholamrezs</w:t>
            </w:r>
          </w:p>
        </w:tc>
        <w:tc>
          <w:tcPr>
            <w:tcW w:type="dxa" w:w="1728"/>
          </w:tcPr>
          <w:p>
            <w:r>
              <w:t>kamali🐆</w:t>
            </w:r>
          </w:p>
        </w:tc>
        <w:tc>
          <w:tcPr>
            <w:tcW w:type="dxa" w:w="1728"/>
          </w:tcPr>
          <w:p>
            <w:r>
              <w:t>Jaguar_64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  <w:tr>
        <w:tc>
          <w:tcPr>
            <w:tcW w:type="dxa" w:w="1728"/>
          </w:tcPr>
          <w:p>
            <w:r>
              <w:t>9127014979</w:t>
            </w:r>
          </w:p>
        </w:tc>
        <w:tc>
          <w:tcPr>
            <w:tcW w:type="dxa" w:w="1728"/>
          </w:tcPr>
          <w:p>
            <w:r>
              <w:t>─═हई╬sepideh╬ईह═─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Sepid1992</w:t>
            </w:r>
          </w:p>
        </w:tc>
        <w:tc>
          <w:tcPr>
            <w:tcW w:type="dxa" w:w="1728"/>
          </w:tcPr>
          <w:p>
            <w:r>
              <w:t>پرشین فایترز🇮🇷👑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پرشین فایترز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