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پرسش و پاسخ برنامه نویسی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پرسش و پاسخ برنامه نویسی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990*2*4934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Shabani</w:t>
            </w:r>
          </w:p>
        </w:tc>
        <w:tc>
          <w:tcPr>
            <w:tcW w:type="dxa" w:w="1728"/>
          </w:tcPr>
          <w:p>
            <w:r>
              <w:t>mostafashabani1590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913*4**30*</w:t>
            </w:r>
          </w:p>
        </w:tc>
        <w:tc>
          <w:tcPr>
            <w:tcW w:type="dxa" w:w="1728"/>
          </w:tcPr>
          <w:p>
            <w:r>
              <w:t>#kashef_php</w:t>
            </w:r>
          </w:p>
        </w:tc>
        <w:tc>
          <w:tcPr>
            <w:tcW w:type="dxa" w:w="1728"/>
          </w:tcPr>
          <w:p>
            <w:r>
              <w:t>rwx-rwx-rwx</w:t>
            </w:r>
          </w:p>
        </w:tc>
        <w:tc>
          <w:tcPr>
            <w:tcW w:type="dxa" w:w="1728"/>
          </w:tcPr>
          <w:p>
            <w:r>
              <w:t>kashef_php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903*7*31*7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Aza_delha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903*9*2210</w:t>
            </w:r>
          </w:p>
        </w:tc>
        <w:tc>
          <w:tcPr>
            <w:tcW w:type="dxa" w:w="1728"/>
          </w:tcPr>
          <w:p>
            <w:r>
              <w:t>محمدرضا</w:t>
            </w:r>
          </w:p>
        </w:tc>
        <w:tc>
          <w:tcPr>
            <w:tcW w:type="dxa" w:w="1728"/>
          </w:tcPr>
          <w:p>
            <w:r>
              <w:t>جوینی</w:t>
            </w:r>
          </w:p>
        </w:tc>
        <w:tc>
          <w:tcPr>
            <w:tcW w:type="dxa" w:w="1728"/>
          </w:tcPr>
          <w:p>
            <w:r>
              <w:t>MrezaJoveyni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93*33*7010</w:t>
            </w:r>
          </w:p>
        </w:tc>
        <w:tc>
          <w:tcPr>
            <w:tcW w:type="dxa" w:w="1728"/>
          </w:tcPr>
          <w:p>
            <w:r>
              <w:t>POUYA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Pouyahami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912092*0**</w:t>
            </w:r>
          </w:p>
        </w:tc>
        <w:tc>
          <w:tcPr>
            <w:tcW w:type="dxa" w:w="1728"/>
          </w:tcPr>
          <w:p>
            <w:r>
              <w:t>RONAK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R0naAk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99191**741</w:t>
            </w:r>
          </w:p>
        </w:tc>
        <w:tc>
          <w:tcPr>
            <w:tcW w:type="dxa" w:w="1728"/>
          </w:tcPr>
          <w:p>
            <w:r>
              <w:t>FTM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coldplaytho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930737***3</w:t>
            </w:r>
          </w:p>
        </w:tc>
        <w:tc>
          <w:tcPr>
            <w:tcW w:type="dxa" w:w="1728"/>
          </w:tcPr>
          <w:p>
            <w:r>
              <w:t>🏥💊💉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Poorya_parmoon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933*312*32</w:t>
            </w:r>
          </w:p>
        </w:tc>
        <w:tc>
          <w:tcPr>
            <w:tcW w:type="dxa" w:w="1728"/>
          </w:tcPr>
          <w:p>
            <w:r>
              <w:t>قاسم</w:t>
            </w:r>
          </w:p>
        </w:tc>
        <w:tc>
          <w:tcPr>
            <w:tcW w:type="dxa" w:w="1728"/>
          </w:tcPr>
          <w:p>
            <w:r>
              <w:t>صفری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990*313*91</w:t>
            </w:r>
          </w:p>
        </w:tc>
        <w:tc>
          <w:tcPr>
            <w:tcW w:type="dxa" w:w="1728"/>
          </w:tcPr>
          <w:p>
            <w:r>
              <w:t>yaser98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yasermiri1998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917**1*47*</w:t>
            </w:r>
          </w:p>
        </w:tc>
        <w:tc>
          <w:tcPr>
            <w:tcW w:type="dxa" w:w="1728"/>
          </w:tcPr>
          <w:p>
            <w:r>
              <w:t>پیمان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Peyman199724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92240217*9</w:t>
            </w:r>
          </w:p>
        </w:tc>
        <w:tc>
          <w:tcPr>
            <w:tcW w:type="dxa" w:w="1728"/>
          </w:tcPr>
          <w:p>
            <w:r>
              <w:t>Ali.Ka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MahdRez7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93**794332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mg22444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99102**9**</w:t>
            </w:r>
          </w:p>
        </w:tc>
        <w:tc>
          <w:tcPr>
            <w:tcW w:type="dxa" w:w="1728"/>
          </w:tcPr>
          <w:p>
            <w:r>
              <w:t>𖢖⃟🦋,‍‌ꦿFᵐ̶͜❖͟͟͟͟͞🍃ꙮ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FM90002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9010*103*0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supp_v2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933*070331</w:t>
            </w:r>
          </w:p>
        </w:tc>
        <w:tc>
          <w:tcPr>
            <w:tcW w:type="dxa" w:w="1728"/>
          </w:tcPr>
          <w:p>
            <w:r>
              <w:t>Marvan imaz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mvnez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9392*2*013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TimTec_1395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93*7*11910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Akbarjafari1991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9030*1910*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alirezashha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912*34*3*3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Babakhani</w:t>
            </w:r>
          </w:p>
        </w:tc>
        <w:tc>
          <w:tcPr>
            <w:tcW w:type="dxa" w:w="1728"/>
          </w:tcPr>
          <w:p>
            <w:r>
              <w:t>Mah32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93*4*9373*</w:t>
            </w:r>
          </w:p>
        </w:tc>
        <w:tc>
          <w:tcPr>
            <w:tcW w:type="dxa" w:w="1728"/>
          </w:tcPr>
          <w:p>
            <w:r>
              <w:t>mohamadsajjad</w:t>
            </w:r>
          </w:p>
        </w:tc>
        <w:tc>
          <w:tcPr>
            <w:tcW w:type="dxa" w:w="1728"/>
          </w:tcPr>
          <w:p>
            <w:r>
              <w:t>.s</w:t>
            </w:r>
          </w:p>
        </w:tc>
        <w:tc>
          <w:tcPr>
            <w:tcW w:type="dxa" w:w="1728"/>
          </w:tcPr>
          <w:p>
            <w:r>
              <w:t>mohamadsajjad_s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93*79133*4</w:t>
            </w:r>
          </w:p>
        </w:tc>
        <w:tc>
          <w:tcPr>
            <w:tcW w:type="dxa" w:w="1728"/>
          </w:tcPr>
          <w:p>
            <w:r>
              <w:t>M.e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mahsimu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903299***1</w:t>
            </w:r>
          </w:p>
        </w:tc>
        <w:tc>
          <w:tcPr>
            <w:tcW w:type="dxa" w:w="1728"/>
          </w:tcPr>
          <w:p>
            <w:r>
              <w:t>Saghar zargham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kosari_zp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9903*34979</w:t>
            </w:r>
          </w:p>
        </w:tc>
        <w:tc>
          <w:tcPr>
            <w:tcW w:type="dxa" w:w="1728"/>
          </w:tcPr>
          <w:p>
            <w:r>
              <w:t>Chicago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QuantifyDeluxe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9373**309*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Ali_taba1990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914944*40*</w:t>
            </w:r>
          </w:p>
        </w:tc>
        <w:tc>
          <w:tcPr>
            <w:tcW w:type="dxa" w:w="1728"/>
          </w:tcPr>
          <w:p>
            <w:r>
              <w:t>Afsharfar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Reallynice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939092127*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Erfan_a_salar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919*913*2*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mohsenrezaii75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939994***2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Ali_Ar18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92239430*1</w:t>
            </w:r>
          </w:p>
        </w:tc>
        <w:tc>
          <w:tcPr>
            <w:tcW w:type="dxa" w:w="1728"/>
          </w:tcPr>
          <w:p>
            <w:r>
              <w:t>Younes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younes_rahmanian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9102739724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mrsaeed7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9904949209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sara_jalooli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9013*339*7</w:t>
            </w:r>
          </w:p>
        </w:tc>
        <w:tc>
          <w:tcPr>
            <w:tcW w:type="dxa" w:w="1728"/>
          </w:tcPr>
          <w:p>
            <w:r>
              <w:t>👿💸⚡ ɱર.̷λιί.̷λħ̷λɴĢ̷λર.κίɴĢ.Ģκ⚡💸😈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Awligkofficial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91**1**4*7</w:t>
            </w:r>
          </w:p>
        </w:tc>
        <w:tc>
          <w:tcPr>
            <w:tcW w:type="dxa" w:w="1728"/>
          </w:tcPr>
          <w:p>
            <w:r>
              <w:t>( Dr. Carbide ) Javidi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Doctor_carbide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91**0**932</w:t>
            </w:r>
          </w:p>
        </w:tc>
        <w:tc>
          <w:tcPr>
            <w:tcW w:type="dxa" w:w="1728"/>
          </w:tcPr>
          <w:p>
            <w:r>
              <w:t>Mahboub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Lovelymah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919221**9*</w:t>
            </w:r>
          </w:p>
        </w:tc>
        <w:tc>
          <w:tcPr>
            <w:tcW w:type="dxa" w:w="1728"/>
          </w:tcPr>
          <w:p>
            <w:r>
              <w:t>V.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>
              <w:t>SEO_PROJECT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913*293412</w:t>
            </w:r>
          </w:p>
        </w:tc>
        <w:tc>
          <w:tcPr>
            <w:tcW w:type="dxa" w:w="1728"/>
          </w:tcPr>
          <w:p>
            <w:r>
              <w:t>Fateme</w:t>
            </w:r>
          </w:p>
        </w:tc>
        <w:tc>
          <w:tcPr>
            <w:tcW w:type="dxa" w:w="1728"/>
          </w:tcPr>
          <w:p>
            <w:r>
              <w:t>Mirjalili</w:t>
            </w:r>
          </w:p>
        </w:tc>
        <w:tc>
          <w:tcPr>
            <w:tcW w:type="dxa" w:w="1728"/>
          </w:tcPr>
          <w:p>
            <w:r>
              <w:t>SFatemeM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91091*3713</w:t>
            </w:r>
          </w:p>
        </w:tc>
        <w:tc>
          <w:tcPr>
            <w:tcW w:type="dxa" w:w="1728"/>
          </w:tcPr>
          <w:p>
            <w:r>
              <w:t>‌‌‌‌‌‌‌‌‌‌‌‌‌‌ ‌‌‌‌‌‌Ali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al4xr1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91070*01*9</w:t>
            </w:r>
          </w:p>
        </w:tc>
        <w:tc>
          <w:tcPr>
            <w:tcW w:type="dxa" w:w="1728"/>
          </w:tcPr>
          <w:p>
            <w:r>
              <w:t>pascal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9910449*29</w:t>
            </w:r>
          </w:p>
        </w:tc>
        <w:tc>
          <w:tcPr>
            <w:tcW w:type="dxa" w:w="1728"/>
          </w:tcPr>
          <w:p>
            <w:r>
              <w:t>?zohreh?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Zohreh_mpr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93*20*1117</w:t>
            </w:r>
          </w:p>
        </w:tc>
        <w:tc>
          <w:tcPr>
            <w:tcW w:type="dxa" w:w="1728"/>
          </w:tcPr>
          <w:p>
            <w:r>
              <w:t>Kia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hellbod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93*74*9**0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rexer24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93*241****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Aliabadi</w:t>
            </w:r>
          </w:p>
        </w:tc>
        <w:tc>
          <w:tcPr>
            <w:tcW w:type="dxa" w:w="1728"/>
          </w:tcPr>
          <w:p>
            <w:r>
              <w:t>Zaliabadi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93*407241*</w:t>
            </w:r>
          </w:p>
        </w:tc>
        <w:tc>
          <w:tcPr>
            <w:tcW w:type="dxa" w:w="1728"/>
          </w:tcPr>
          <w:p>
            <w:r>
              <w:t>Brad</w:t>
            </w:r>
          </w:p>
        </w:tc>
        <w:tc>
          <w:tcPr>
            <w:tcW w:type="dxa" w:w="1728"/>
          </w:tcPr>
          <w:p>
            <w:r>
              <w:t>Prz</w:t>
            </w:r>
          </w:p>
        </w:tc>
        <w:tc>
          <w:tcPr>
            <w:tcW w:type="dxa" w:w="1728"/>
          </w:tcPr>
          <w:p>
            <w:r>
              <w:t>BradPrz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914*33*9*1</w:t>
            </w:r>
          </w:p>
        </w:tc>
        <w:tc>
          <w:tcPr>
            <w:tcW w:type="dxa" w:w="1728"/>
          </w:tcPr>
          <w:p>
            <w:r>
              <w:t>*◄থৣ💖থৣ►🕺Empire👑 *☯️∘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ostad991sz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9191433**2</w:t>
            </w:r>
          </w:p>
        </w:tc>
        <w:tc>
          <w:tcPr>
            <w:tcW w:type="dxa" w:w="1728"/>
          </w:tcPr>
          <w:p>
            <w:r>
              <w:t>Mj</w:t>
            </w:r>
          </w:p>
        </w:tc>
        <w:tc>
          <w:tcPr>
            <w:tcW w:type="dxa" w:w="1728"/>
          </w:tcPr>
          <w:p>
            <w:r>
              <w:t>Rahmati</w:t>
            </w:r>
          </w:p>
        </w:tc>
        <w:tc>
          <w:tcPr>
            <w:tcW w:type="dxa" w:w="1728"/>
          </w:tcPr>
          <w:p>
            <w:r>
              <w:t>Lottery_2025_1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912370*317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Alirezaess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90*707*290</w:t>
            </w:r>
          </w:p>
        </w:tc>
        <w:tc>
          <w:tcPr>
            <w:tcW w:type="dxa" w:w="1728"/>
          </w:tcPr>
          <w:p>
            <w:r>
              <w:t>‌.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Jbddkng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9214371**1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Amirza213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9044*43417</w:t>
            </w:r>
          </w:p>
        </w:tc>
        <w:tc>
          <w:tcPr>
            <w:tcW w:type="dxa" w:w="1728"/>
          </w:tcPr>
          <w:p>
            <w:r>
              <w:t>Ryuken</w:t>
            </w:r>
          </w:p>
        </w:tc>
        <w:tc>
          <w:tcPr>
            <w:tcW w:type="dxa" w:w="1728"/>
          </w:tcPr>
          <w:p>
            <w:r>
              <w:t>Morin</w:t>
            </w:r>
          </w:p>
        </w:tc>
        <w:tc>
          <w:tcPr>
            <w:tcW w:type="dxa" w:w="1728"/>
          </w:tcPr>
          <w:p>
            <w:r>
              <w:t>Monarch_Mentor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939*390749</w:t>
            </w:r>
          </w:p>
        </w:tc>
        <w:tc>
          <w:tcPr>
            <w:tcW w:type="dxa" w:w="1728"/>
          </w:tcPr>
          <w:p>
            <w:r>
              <w:t>Admin.estajlo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Sana_aadmin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9137923*04</w:t>
            </w:r>
          </w:p>
        </w:tc>
        <w:tc>
          <w:tcPr>
            <w:tcW w:type="dxa" w:w="1728"/>
          </w:tcPr>
          <w:p>
            <w:r>
              <w:t>saeid najafian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SaeidNajafian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937**92**3</w:t>
            </w:r>
          </w:p>
        </w:tc>
        <w:tc>
          <w:tcPr>
            <w:tcW w:type="dxa" w:w="1728"/>
          </w:tcPr>
          <w:p>
            <w:r>
              <w:t>💗🤗 ŁĘÝŁĄ 🤗💗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leyla_b1378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9909449*23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masoudusaa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991047291*</w:t>
            </w:r>
          </w:p>
        </w:tc>
        <w:tc>
          <w:tcPr>
            <w:tcW w:type="dxa" w:w="1728"/>
          </w:tcPr>
          <w:p>
            <w:r>
              <w:t>Parham</w:t>
            </w:r>
          </w:p>
        </w:tc>
        <w:tc>
          <w:tcPr>
            <w:tcW w:type="dxa" w:w="1728"/>
          </w:tcPr>
          <w:p>
            <w:r>
              <w:t>‌Heydari</w:t>
            </w:r>
          </w:p>
        </w:tc>
        <w:tc>
          <w:tcPr>
            <w:tcW w:type="dxa" w:w="1728"/>
          </w:tcPr>
          <w:p>
            <w:r>
              <w:t>parhamheidari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914031*020</w:t>
            </w:r>
          </w:p>
        </w:tc>
        <w:tc>
          <w:tcPr>
            <w:tcW w:type="dxa" w:w="1728"/>
          </w:tcPr>
          <w:p>
            <w:r>
              <w:t>💀SHATTACKER💀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SHATTACKER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930**42092</w:t>
            </w:r>
          </w:p>
        </w:tc>
        <w:tc>
          <w:tcPr>
            <w:tcW w:type="dxa" w:w="1728"/>
          </w:tcPr>
          <w:p>
            <w:r>
              <w:t>حَ مید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MTX_Neo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921*07*923</w:t>
            </w:r>
          </w:p>
        </w:tc>
        <w:tc>
          <w:tcPr>
            <w:tcW w:type="dxa" w:w="1728"/>
          </w:tcPr>
          <w:p>
            <w:r>
              <w:t>Yousefi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Yousefiii_M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9120*779*7</w:t>
            </w:r>
          </w:p>
        </w:tc>
        <w:tc>
          <w:tcPr>
            <w:tcW w:type="dxa" w:w="1728"/>
          </w:tcPr>
          <w:p>
            <w:r>
              <w:t>Saman</w:t>
            </w:r>
          </w:p>
        </w:tc>
        <w:tc>
          <w:tcPr>
            <w:tcW w:type="dxa" w:w="1728"/>
          </w:tcPr>
          <w:p>
            <w:r>
              <w:t>Atabaki</w:t>
            </w:r>
          </w:p>
        </w:tc>
        <w:tc>
          <w:tcPr>
            <w:tcW w:type="dxa" w:w="1728"/>
          </w:tcPr>
          <w:p>
            <w:r>
              <w:t>samanatabaki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90**109*32</w:t>
            </w:r>
          </w:p>
        </w:tc>
        <w:tc>
          <w:tcPr>
            <w:tcW w:type="dxa" w:w="1728"/>
          </w:tcPr>
          <w:p>
            <w:r>
              <w:t>Mas</w:t>
            </w:r>
          </w:p>
        </w:tc>
        <w:tc>
          <w:tcPr>
            <w:tcW w:type="dxa" w:w="1728"/>
          </w:tcPr>
          <w:p>
            <w:r>
              <w:t>Zab</w:t>
            </w:r>
          </w:p>
        </w:tc>
        <w:tc>
          <w:tcPr>
            <w:tcW w:type="dxa" w:w="1728"/>
          </w:tcPr>
          <w:p>
            <w:r>
              <w:t>Masoudzabih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9013*04**2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Ehsan7056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939*14*103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Marmariiie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939*7924**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mohammadpourverdi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99110370*7</w:t>
            </w:r>
          </w:p>
        </w:tc>
        <w:tc>
          <w:tcPr>
            <w:tcW w:type="dxa" w:w="1728"/>
          </w:tcPr>
          <w:p>
            <w:r>
              <w:t>fatemeh kahtoei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Fatemehkahtoei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90194*04*7</w:t>
            </w:r>
          </w:p>
        </w:tc>
        <w:tc>
          <w:tcPr>
            <w:tcW w:type="dxa" w:w="1728"/>
          </w:tcPr>
          <w:p>
            <w:r>
              <w:t>solat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solat001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93021*212*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amirghrb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9149**9043</w:t>
            </w:r>
          </w:p>
        </w:tc>
        <w:tc>
          <w:tcPr>
            <w:tcW w:type="dxa" w:w="1728"/>
          </w:tcPr>
          <w:p>
            <w:r>
              <w:t>Abedini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>
              <w:t>Ramin2vh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93*13122*2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♾️</w:t>
            </w:r>
          </w:p>
        </w:tc>
        <w:tc>
          <w:tcPr>
            <w:tcW w:type="dxa" w:w="1728"/>
          </w:tcPr>
          <w:p>
            <w:r>
              <w:t>Maryaaamsi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910**0341*</w:t>
            </w:r>
          </w:p>
        </w:tc>
        <w:tc>
          <w:tcPr>
            <w:tcW w:type="dxa" w:w="1728"/>
          </w:tcPr>
          <w:p>
            <w:r>
              <w:t>M.s❤️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Mis_msd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93**7***72</w:t>
            </w:r>
          </w:p>
        </w:tc>
        <w:tc>
          <w:tcPr>
            <w:tcW w:type="dxa" w:w="1728"/>
          </w:tcPr>
          <w:p>
            <w:r>
              <w:t>MML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mirch79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914*20401*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amirhaz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9331430279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Samira_alvnd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9027**01*1</w:t>
            </w:r>
          </w:p>
        </w:tc>
        <w:tc>
          <w:tcPr>
            <w:tcW w:type="dxa" w:w="1728"/>
          </w:tcPr>
          <w:p>
            <w:r>
              <w:t>p4€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mr_4466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92242949**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Mahdi_izm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93****92**</w:t>
            </w:r>
          </w:p>
        </w:tc>
        <w:tc>
          <w:tcPr>
            <w:tcW w:type="dxa" w:w="1728"/>
          </w:tcPr>
          <w:p>
            <w:r>
              <w:t>Mehrvb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Mhrvb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91221*0432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Zeynali</w:t>
            </w:r>
          </w:p>
        </w:tc>
        <w:tc>
          <w:tcPr>
            <w:tcW w:type="dxa" w:w="1728"/>
          </w:tcPr>
          <w:p>
            <w:r>
              <w:t>Amin720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9372*2*29*</w:t>
            </w:r>
          </w:p>
        </w:tc>
        <w:tc>
          <w:tcPr>
            <w:tcW w:type="dxa" w:w="1728"/>
          </w:tcPr>
          <w:p>
            <w:r>
              <w:t>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Zahra5295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9130*02*3*</w:t>
            </w:r>
          </w:p>
        </w:tc>
        <w:tc>
          <w:tcPr>
            <w:tcW w:type="dxa" w:w="1728"/>
          </w:tcPr>
          <w:p>
            <w:r>
              <w:t>Shahrzad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93*33*7704</w:t>
            </w:r>
          </w:p>
        </w:tc>
        <w:tc>
          <w:tcPr>
            <w:tcW w:type="dxa" w:w="1728"/>
          </w:tcPr>
          <w:p>
            <w:r>
              <w:t>A Rolling Strong Gethers No Moss...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AphAmir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  <w:tr>
        <w:tc>
          <w:tcPr>
            <w:tcW w:type="dxa" w:w="1728"/>
          </w:tcPr>
          <w:p>
            <w:r>
              <w:t>91*4734904</w:t>
            </w:r>
          </w:p>
        </w:tc>
        <w:tc>
          <w:tcPr>
            <w:tcW w:type="dxa" w:w="1728"/>
          </w:tcPr>
          <w:p>
            <w:r>
              <w:t>S.miraki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Samiram1372</w:t>
            </w:r>
          </w:p>
        </w:tc>
        <w:tc>
          <w:tcPr>
            <w:tcW w:type="dxa" w:w="1728"/>
          </w:tcPr>
          <w:p>
            <w:r>
              <w:t>پرسش و پاسخ برنامه نویسی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پرسش و پاسخ برنامه نویسی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