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پرستاران کبک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پرستاران کبک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91*04****0</w:t>
            </w:r>
          </w:p>
        </w:tc>
        <w:tc>
          <w:tcPr>
            <w:tcW w:type="dxa" w:w="1728"/>
          </w:tcPr>
          <w:p>
            <w:r>
              <w:t>banafshe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banafshe1392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919*7043*7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Taj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912731717*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Ehsan_Endue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919373*7*9</w:t>
            </w:r>
          </w:p>
        </w:tc>
        <w:tc>
          <w:tcPr>
            <w:tcW w:type="dxa" w:w="1728"/>
          </w:tcPr>
          <w:p>
            <w:r>
              <w:t>Adeleh</w:t>
            </w:r>
          </w:p>
        </w:tc>
        <w:tc>
          <w:tcPr>
            <w:tcW w:type="dxa" w:w="1728"/>
          </w:tcPr>
          <w:p>
            <w:r>
              <w:t>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92137*391*</w:t>
            </w:r>
          </w:p>
        </w:tc>
        <w:tc>
          <w:tcPr>
            <w:tcW w:type="dxa" w:w="1728"/>
          </w:tcPr>
          <w:p>
            <w:r>
              <w:t>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S0mi_00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912330**32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Mohammadi_EM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93*2*2*993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Parsisaeid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93942*0944</w:t>
            </w:r>
          </w:p>
        </w:tc>
        <w:tc>
          <w:tcPr>
            <w:tcW w:type="dxa" w:w="1728"/>
          </w:tcPr>
          <w:p>
            <w:r>
              <w:t>np</w:t>
            </w:r>
          </w:p>
        </w:tc>
        <w:tc>
          <w:tcPr>
            <w:tcW w:type="dxa" w:w="1728"/>
          </w:tcPr>
          <w:p>
            <w:r>
              <w:t>tel</w:t>
            </w:r>
          </w:p>
        </w:tc>
        <w:tc>
          <w:tcPr>
            <w:tcW w:type="dxa" w:w="1728"/>
          </w:tcPr>
          <w:p>
            <w:r>
              <w:t>inp_tel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92230**301</w:t>
            </w:r>
          </w:p>
        </w:tc>
        <w:tc>
          <w:tcPr>
            <w:tcW w:type="dxa" w:w="1728"/>
          </w:tcPr>
          <w:p>
            <w:r>
              <w:t>Zohre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91*12*1*29</w:t>
            </w:r>
          </w:p>
        </w:tc>
        <w:tc>
          <w:tcPr>
            <w:tcW w:type="dxa" w:w="1728"/>
          </w:tcPr>
          <w:p>
            <w:r>
              <w:t>Abbas bolourifar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abbasbolourifar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9149237942</w:t>
            </w:r>
          </w:p>
        </w:tc>
        <w:tc>
          <w:tcPr>
            <w:tcW w:type="dxa" w:w="1728"/>
          </w:tcPr>
          <w:p>
            <w:r>
              <w:t>Pooya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pooya_azd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91***73092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Y91R70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9301224**0</w:t>
            </w:r>
          </w:p>
        </w:tc>
        <w:tc>
          <w:tcPr>
            <w:tcW w:type="dxa" w:w="1728"/>
          </w:tcPr>
          <w:p>
            <w:r>
              <w:t>marzieh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Seven0000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939217**2*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MMJ1894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93*4**931*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9147*9*991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M_s1351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91**293704</w:t>
            </w:r>
          </w:p>
        </w:tc>
        <w:tc>
          <w:tcPr>
            <w:tcW w:type="dxa" w:w="1728"/>
          </w:tcPr>
          <w:p>
            <w:r>
              <w:t>Puriya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puriya_hk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912*1940*9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>
              <w:t>Kohestani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91230719**</w:t>
            </w:r>
          </w:p>
        </w:tc>
        <w:tc>
          <w:tcPr>
            <w:tcW w:type="dxa" w:w="1728"/>
          </w:tcPr>
          <w:p>
            <w:r>
              <w:t>S.N.H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919217**71</w:t>
            </w:r>
          </w:p>
        </w:tc>
        <w:tc>
          <w:tcPr>
            <w:tcW w:type="dxa" w:w="1728"/>
          </w:tcPr>
          <w:p>
            <w:r>
              <w:t>Vida</w:t>
            </w:r>
          </w:p>
        </w:tc>
        <w:tc>
          <w:tcPr>
            <w:tcW w:type="dxa" w:w="1728"/>
          </w:tcPr>
          <w:p>
            <w:r>
              <w:t>Rahmani</w:t>
            </w:r>
          </w:p>
        </w:tc>
        <w:tc>
          <w:tcPr>
            <w:tcW w:type="dxa" w:w="1728"/>
          </w:tcPr>
          <w:p>
            <w:r>
              <w:t>Vidarahmanii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91**299430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b1389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93*3*7*272</w:t>
            </w:r>
          </w:p>
        </w:tc>
        <w:tc>
          <w:tcPr>
            <w:tcW w:type="dxa" w:w="1728"/>
          </w:tcPr>
          <w:p>
            <w:r>
              <w:t>Hengameh</w:t>
            </w:r>
          </w:p>
        </w:tc>
        <w:tc>
          <w:tcPr>
            <w:tcW w:type="dxa" w:w="1728"/>
          </w:tcPr>
          <w:p>
            <w:r>
              <w:t>Mousavi</w:t>
            </w:r>
          </w:p>
        </w:tc>
        <w:tc>
          <w:tcPr>
            <w:tcW w:type="dxa" w:w="1728"/>
          </w:tcPr>
          <w:p>
            <w:r>
              <w:t>HengamMousavi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903**0*91*</w:t>
            </w:r>
          </w:p>
        </w:tc>
        <w:tc>
          <w:tcPr>
            <w:tcW w:type="dxa" w:w="1728"/>
          </w:tcPr>
          <w:p>
            <w:r>
              <w:t>Niloofar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Nilou_fp123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93011427*7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faezeh_1993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937***77*2</w:t>
            </w:r>
          </w:p>
        </w:tc>
        <w:tc>
          <w:tcPr>
            <w:tcW w:type="dxa" w:w="1728"/>
          </w:tcPr>
          <w:p>
            <w:r>
              <w:t>Gita.M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G_2020ita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930****909</w:t>
            </w:r>
          </w:p>
        </w:tc>
        <w:tc>
          <w:tcPr>
            <w:tcW w:type="dxa" w:w="1728"/>
          </w:tcPr>
          <w:p>
            <w:r>
              <w:t>Mohammad 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Mohammad_Ghorbani7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913*749*0*</w:t>
            </w:r>
          </w:p>
        </w:tc>
        <w:tc>
          <w:tcPr>
            <w:tcW w:type="dxa" w:w="1728"/>
          </w:tcPr>
          <w:p>
            <w:r>
              <w:t>Meghdad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MeghdadATA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9141043*29</w:t>
            </w:r>
          </w:p>
        </w:tc>
        <w:tc>
          <w:tcPr>
            <w:tcW w:type="dxa" w:w="1728"/>
          </w:tcPr>
          <w:p>
            <w:r>
              <w:t>Ad</w:t>
            </w:r>
          </w:p>
        </w:tc>
        <w:tc>
          <w:tcPr>
            <w:tcW w:type="dxa" w:w="1728"/>
          </w:tcPr>
          <w:p>
            <w:r>
              <w:t>Ra</w:t>
            </w:r>
          </w:p>
        </w:tc>
        <w:tc>
          <w:tcPr>
            <w:tcW w:type="dxa" w:w="1728"/>
          </w:tcPr>
          <w:p>
            <w:r>
              <w:t>Adel7181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93*0*7*9*9</w:t>
            </w:r>
          </w:p>
        </w:tc>
        <w:tc>
          <w:tcPr>
            <w:tcW w:type="dxa" w:w="1728"/>
          </w:tcPr>
          <w:p>
            <w:r>
              <w:t>Behnaz</w:t>
            </w:r>
          </w:p>
        </w:tc>
        <w:tc>
          <w:tcPr>
            <w:tcW w:type="dxa" w:w="1728"/>
          </w:tcPr>
          <w:p>
            <w:r>
              <w:t>🌸</w:t>
            </w:r>
          </w:p>
        </w:tc>
        <w:tc>
          <w:tcPr>
            <w:tcW w:type="dxa" w:w="1728"/>
          </w:tcPr>
          <w:p>
            <w:r>
              <w:t>behnazahmadin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91*3*7*19*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>
              <w:t>seifipoor</w:t>
            </w:r>
          </w:p>
        </w:tc>
        <w:tc>
          <w:tcPr>
            <w:tcW w:type="dxa" w:w="1728"/>
          </w:tcPr>
          <w:p>
            <w:r>
              <w:t>ksaifipor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91*343293*</w:t>
            </w:r>
          </w:p>
        </w:tc>
        <w:tc>
          <w:tcPr>
            <w:tcW w:type="dxa" w:w="1728"/>
          </w:tcPr>
          <w:p>
            <w:r>
              <w:t>اسمان ابی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Mehr_136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91234**019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Saberi</w:t>
            </w:r>
          </w:p>
        </w:tc>
        <w:tc>
          <w:tcPr>
            <w:tcW w:type="dxa" w:w="1728"/>
          </w:tcPr>
          <w:p>
            <w:r>
              <w:t>saberi8h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913*213192</w:t>
            </w:r>
          </w:p>
        </w:tc>
        <w:tc>
          <w:tcPr>
            <w:tcW w:type="dxa" w:w="1728"/>
          </w:tcPr>
          <w:p>
            <w:r>
              <w:t>Seyed Abbas DB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Sadb3137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93*0*4*227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splendor777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91270*0*31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Akhlaghi</w:t>
            </w:r>
          </w:p>
        </w:tc>
        <w:tc>
          <w:tcPr>
            <w:tcW w:type="dxa" w:w="1728"/>
          </w:tcPr>
          <w:p>
            <w:r>
              <w:t>Aghlaghi123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9130347973</w:t>
            </w:r>
          </w:p>
        </w:tc>
        <w:tc>
          <w:tcPr>
            <w:tcW w:type="dxa" w:w="1728"/>
          </w:tcPr>
          <w:p>
            <w:r>
              <w:t>M-Hadi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ma5AsheghMahdu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914**107*0</w:t>
            </w:r>
          </w:p>
        </w:tc>
        <w:tc>
          <w:tcPr>
            <w:tcW w:type="dxa" w:w="1728"/>
          </w:tcPr>
          <w:p>
            <w:r>
              <w:t>Zt1372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zzztaheri1994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9104**70*1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Haqshenas</w:t>
            </w:r>
          </w:p>
        </w:tc>
        <w:tc>
          <w:tcPr>
            <w:tcW w:type="dxa" w:w="1728"/>
          </w:tcPr>
          <w:p>
            <w:r>
              <w:t>amirjorjusa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93**03311*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er4040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912*44*04*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Maryam_Sa5045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9391*4232*</w:t>
            </w:r>
          </w:p>
        </w:tc>
        <w:tc>
          <w:tcPr>
            <w:tcW w:type="dxa" w:w="1728"/>
          </w:tcPr>
          <w:p>
            <w:r>
              <w:t>Afsaneh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Afsa20t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93704**034</w:t>
            </w:r>
          </w:p>
        </w:tc>
        <w:tc>
          <w:tcPr>
            <w:tcW w:type="dxa" w:w="1728"/>
          </w:tcPr>
          <w:p>
            <w:r>
              <w:t>Moones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Mooon_ess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939*12*3*4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Almas</w:t>
            </w:r>
          </w:p>
        </w:tc>
        <w:tc>
          <w:tcPr>
            <w:tcW w:type="dxa" w:w="1728"/>
          </w:tcPr>
          <w:p>
            <w:r>
              <w:t>Sd121993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917222*039</w:t>
            </w:r>
          </w:p>
        </w:tc>
        <w:tc>
          <w:tcPr>
            <w:tcW w:type="dxa" w:w="1728"/>
          </w:tcPr>
          <w:p>
            <w:r>
              <w:t>Dela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Dela_mmmm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93**2430*4</w:t>
            </w:r>
          </w:p>
        </w:tc>
        <w:tc>
          <w:tcPr>
            <w:tcW w:type="dxa" w:w="1728"/>
          </w:tcPr>
          <w:p>
            <w:r>
              <w:t>Kadkhodaei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9121002129</w:t>
            </w:r>
          </w:p>
        </w:tc>
        <w:tc>
          <w:tcPr>
            <w:tcW w:type="dxa" w:w="1728"/>
          </w:tcPr>
          <w:p>
            <w:r>
              <w:t>Marjan</w:t>
            </w:r>
          </w:p>
        </w:tc>
        <w:tc>
          <w:tcPr>
            <w:tcW w:type="dxa" w:w="1728"/>
          </w:tcPr>
          <w:p>
            <w:r>
              <w:t>Alavi</w:t>
            </w:r>
          </w:p>
        </w:tc>
        <w:tc>
          <w:tcPr>
            <w:tcW w:type="dxa" w:w="1728"/>
          </w:tcPr>
          <w:p>
            <w:r>
              <w:t>Marjanalavi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9112227014</w:t>
            </w:r>
          </w:p>
        </w:tc>
        <w:tc>
          <w:tcPr>
            <w:tcW w:type="dxa" w:w="1728"/>
          </w:tcPr>
          <w:p>
            <w:r>
              <w:t>Setareh</w:t>
            </w:r>
          </w:p>
        </w:tc>
        <w:tc>
          <w:tcPr>
            <w:tcW w:type="dxa" w:w="1728"/>
          </w:tcPr>
          <w:p>
            <w:r>
              <w:t>Voshtani</w:t>
            </w:r>
          </w:p>
        </w:tc>
        <w:tc>
          <w:tcPr>
            <w:tcW w:type="dxa" w:w="1728"/>
          </w:tcPr>
          <w:p>
            <w:r>
              <w:t>Setarehvoshtani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913104*791</w:t>
            </w:r>
          </w:p>
        </w:tc>
        <w:tc>
          <w:tcPr>
            <w:tcW w:type="dxa" w:w="1728"/>
          </w:tcPr>
          <w:p>
            <w:r>
              <w:t>Sami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99013**394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Rahmati</w:t>
            </w:r>
          </w:p>
        </w:tc>
        <w:tc>
          <w:tcPr>
            <w:tcW w:type="dxa" w:w="1728"/>
          </w:tcPr>
          <w:p>
            <w:r>
              <w:t>Ahmad69969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9141**7*10</w:t>
            </w:r>
          </w:p>
        </w:tc>
        <w:tc>
          <w:tcPr>
            <w:tcW w:type="dxa" w:w="1728"/>
          </w:tcPr>
          <w:p>
            <w:r>
              <w:t>R...</w:t>
            </w:r>
          </w:p>
        </w:tc>
        <w:tc>
          <w:tcPr>
            <w:tcW w:type="dxa" w:w="1728"/>
          </w:tcPr>
          <w:p>
            <w:r>
              <w:t>Nojavan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912**22**4</w:t>
            </w:r>
          </w:p>
        </w:tc>
        <w:tc>
          <w:tcPr>
            <w:tcW w:type="dxa" w:w="1728"/>
          </w:tcPr>
          <w:p>
            <w:r>
              <w:t>معراج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Merajsalehi1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912049*94*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91301920*4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Mohammadkarimii77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917710093*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ARASH_463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91*31*47*2</w:t>
            </w:r>
          </w:p>
        </w:tc>
        <w:tc>
          <w:tcPr>
            <w:tcW w:type="dxa" w:w="1728"/>
          </w:tcPr>
          <w:p>
            <w:r>
              <w:t>نیره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922242**14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9113740*7*</w:t>
            </w:r>
          </w:p>
        </w:tc>
        <w:tc>
          <w:tcPr>
            <w:tcW w:type="dxa" w:w="1728"/>
          </w:tcPr>
          <w:p>
            <w:r>
              <w:t>Taimaz</w:t>
            </w:r>
          </w:p>
        </w:tc>
        <w:tc>
          <w:tcPr>
            <w:tcW w:type="dxa" w:w="1728"/>
          </w:tcPr>
          <w:p>
            <w:r>
              <w:t>Aj</w:t>
            </w:r>
          </w:p>
        </w:tc>
        <w:tc>
          <w:tcPr>
            <w:tcW w:type="dxa" w:w="1728"/>
          </w:tcPr>
          <w:p>
            <w:r>
              <w:t>Taimaz_aj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93303*1140</w:t>
            </w:r>
          </w:p>
        </w:tc>
        <w:tc>
          <w:tcPr>
            <w:tcW w:type="dxa" w:w="1728"/>
          </w:tcPr>
          <w:p>
            <w:r>
              <w:t>Amirali Malekkhani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Amiralimalek96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9037331***</w:t>
            </w:r>
          </w:p>
        </w:tc>
        <w:tc>
          <w:tcPr>
            <w:tcW w:type="dxa" w:w="1728"/>
          </w:tcPr>
          <w:p>
            <w:r>
              <w:t>lily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amiiiinnnnnnniiiii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917102290*</w:t>
            </w:r>
          </w:p>
        </w:tc>
        <w:tc>
          <w:tcPr>
            <w:tcW w:type="dxa" w:w="1728"/>
          </w:tcPr>
          <w:p>
            <w:r>
              <w:t>Tarvan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Tbehroozi655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93732100*3</w:t>
            </w:r>
          </w:p>
        </w:tc>
        <w:tc>
          <w:tcPr>
            <w:tcW w:type="dxa" w:w="1728"/>
          </w:tcPr>
          <w:p>
            <w:r>
              <w:t>Mr 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Sadegh313k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913*02100*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NedNed0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93**72*722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Pakrooh</w:t>
            </w:r>
          </w:p>
        </w:tc>
        <w:tc>
          <w:tcPr>
            <w:tcW w:type="dxa" w:w="1728"/>
          </w:tcPr>
          <w:p>
            <w:r>
              <w:t>Pakrooh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9120204729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>
              <w:t>Mehrarya</w:t>
            </w:r>
          </w:p>
        </w:tc>
        <w:tc>
          <w:tcPr>
            <w:tcW w:type="dxa" w:w="1728"/>
          </w:tcPr>
          <w:p>
            <w:r>
              <w:t>RR92SM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91917***3*</w:t>
            </w:r>
          </w:p>
        </w:tc>
        <w:tc>
          <w:tcPr>
            <w:tcW w:type="dxa" w:w="1728"/>
          </w:tcPr>
          <w:p>
            <w:r>
              <w:t>Raha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93*4422749</w:t>
            </w:r>
          </w:p>
        </w:tc>
        <w:tc>
          <w:tcPr>
            <w:tcW w:type="dxa" w:w="1728"/>
          </w:tcPr>
          <w:p>
            <w:r>
              <w:t>Sanaz Moghaddasi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Sanazmoghadasi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91*911**44</w:t>
            </w:r>
          </w:p>
        </w:tc>
        <w:tc>
          <w:tcPr>
            <w:tcW w:type="dxa" w:w="1728"/>
          </w:tcPr>
          <w:p>
            <w:r>
              <w:t>محــ مهــــراد ـمـد،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mi_phone_manager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9011**3*73</w:t>
            </w:r>
          </w:p>
        </w:tc>
        <w:tc>
          <w:tcPr>
            <w:tcW w:type="dxa" w:w="1728"/>
          </w:tcPr>
          <w:p>
            <w:r>
              <w:t>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shabo73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921**42**4</w:t>
            </w:r>
          </w:p>
        </w:tc>
        <w:tc>
          <w:tcPr>
            <w:tcW w:type="dxa" w:w="1728"/>
          </w:tcPr>
          <w:p>
            <w:r>
              <w:t>Amir 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AmirNedaa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9127**04*1</w:t>
            </w:r>
          </w:p>
        </w:tc>
        <w:tc>
          <w:tcPr>
            <w:tcW w:type="dxa" w:w="1728"/>
          </w:tcPr>
          <w:p>
            <w:r>
              <w:t>Mahrokh</w:t>
            </w:r>
          </w:p>
        </w:tc>
        <w:tc>
          <w:tcPr>
            <w:tcW w:type="dxa" w:w="1728"/>
          </w:tcPr>
          <w:p>
            <w:r>
              <w:t>Kakavand</w:t>
            </w:r>
          </w:p>
        </w:tc>
        <w:tc>
          <w:tcPr>
            <w:tcW w:type="dxa" w:w="1728"/>
          </w:tcPr>
          <w:p>
            <w:r>
              <w:t>mahrokh633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912*4*3*37</w:t>
            </w:r>
          </w:p>
        </w:tc>
        <w:tc>
          <w:tcPr>
            <w:tcW w:type="dxa" w:w="1728"/>
          </w:tcPr>
          <w:p>
            <w:r>
              <w:t>Farah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farah604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901*04*431</w:t>
            </w:r>
          </w:p>
        </w:tc>
        <w:tc>
          <w:tcPr>
            <w:tcW w:type="dxa" w:w="1728"/>
          </w:tcPr>
          <w:p>
            <w:r>
              <w:t>◔͜͡◔ ƶáⱨȓá ƫ¡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ZzzTtt77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9131294424</w:t>
            </w:r>
          </w:p>
        </w:tc>
        <w:tc>
          <w:tcPr>
            <w:tcW w:type="dxa" w:w="1728"/>
          </w:tcPr>
          <w:p>
            <w:r>
              <w:t>Ladan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ladansh66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9124100*9*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>
              <w:t>Sabouri</w:t>
            </w:r>
          </w:p>
        </w:tc>
        <w:tc>
          <w:tcPr>
            <w:tcW w:type="dxa" w:w="1728"/>
          </w:tcPr>
          <w:p>
            <w:r>
              <w:t>itsmrhappy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912**923*3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>
              <w:t>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912***49*1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Ghasemi zarnoosheh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91*37**9*3</w:t>
            </w:r>
          </w:p>
        </w:tc>
        <w:tc>
          <w:tcPr>
            <w:tcW w:type="dxa" w:w="1728"/>
          </w:tcPr>
          <w:p>
            <w:r>
              <w:t>Na-M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Nazila6666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912710*322</w:t>
            </w:r>
          </w:p>
        </w:tc>
        <w:tc>
          <w:tcPr>
            <w:tcW w:type="dxa" w:w="1728"/>
          </w:tcPr>
          <w:p>
            <w:r>
              <w:t>شکوفه</w:t>
            </w:r>
          </w:p>
        </w:tc>
        <w:tc>
          <w:tcPr>
            <w:tcW w:type="dxa" w:w="1728"/>
          </w:tcPr>
          <w:p>
            <w:r>
              <w:t>نجفی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912*791930</w:t>
            </w:r>
          </w:p>
        </w:tc>
        <w:tc>
          <w:tcPr>
            <w:tcW w:type="dxa" w:w="1728"/>
          </w:tcPr>
          <w:p>
            <w:r>
              <w:t>Mahnoosh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  <w:tr>
        <w:tc>
          <w:tcPr>
            <w:tcW w:type="dxa" w:w="1728"/>
          </w:tcPr>
          <w:p>
            <w:r>
              <w:t>910027*79*</w:t>
            </w:r>
          </w:p>
        </w:tc>
        <w:tc>
          <w:tcPr>
            <w:tcW w:type="dxa" w:w="1728"/>
          </w:tcPr>
          <w:p>
            <w:r>
              <w:t>A.Shafie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A_Shafie77</w:t>
            </w:r>
          </w:p>
        </w:tc>
        <w:tc>
          <w:tcPr>
            <w:tcW w:type="dxa" w:w="1728"/>
          </w:tcPr>
          <w:p>
            <w:r>
              <w:t>پرستاران کبک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پرستاران کبک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