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پایانه بار سراسری ماشین سنگین .تک.جفت.تریلی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پایانه بار سراسری ماشین سنگین .تک.جفت.تریلی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91*307011*</w:t>
            </w:r>
          </w:p>
        </w:tc>
        <w:tc>
          <w:tcPr>
            <w:tcW w:type="dxa" w:w="1728"/>
          </w:tcPr>
          <w:p>
            <w:r>
              <w:t>اسماعیل اخوان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akhavan_esmaeil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9149911*77</w:t>
            </w:r>
          </w:p>
        </w:tc>
        <w:tc>
          <w:tcPr>
            <w:tcW w:type="dxa" w:w="1728"/>
          </w:tcPr>
          <w:p>
            <w:r>
              <w:t>Ali_Elahi77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Elahi_Ali77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912332*744</w:t>
            </w:r>
          </w:p>
        </w:tc>
        <w:tc>
          <w:tcPr>
            <w:tcW w:type="dxa" w:w="1728"/>
          </w:tcPr>
          <w:p>
            <w:r>
              <w:t>M.ch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912*317413</w:t>
            </w:r>
          </w:p>
        </w:tc>
        <w:tc>
          <w:tcPr>
            <w:tcW w:type="dxa" w:w="1728"/>
          </w:tcPr>
          <w:p>
            <w:r>
              <w:t>Haj hoseen</w:t>
            </w:r>
          </w:p>
        </w:tc>
        <w:tc>
          <w:tcPr>
            <w:tcW w:type="dxa" w:w="1728"/>
          </w:tcPr>
          <w:p>
            <w:r>
              <w:t>Tala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9147*0373*</w:t>
            </w:r>
          </w:p>
        </w:tc>
        <w:tc>
          <w:tcPr>
            <w:tcW w:type="dxa" w:w="1728"/>
          </w:tcPr>
          <w:p>
            <w:r>
              <w:t>fereydoon1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91430**4*0</w:t>
            </w:r>
          </w:p>
        </w:tc>
        <w:tc>
          <w:tcPr>
            <w:tcW w:type="dxa" w:w="1728"/>
          </w:tcPr>
          <w:p>
            <w:r>
              <w:t>Amir Ali</w:t>
            </w:r>
          </w:p>
        </w:tc>
        <w:tc>
          <w:tcPr>
            <w:tcW w:type="dxa" w:w="1728"/>
          </w:tcPr>
          <w:p>
            <w:r>
              <w:t>Nasiri Azari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912742920*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914492***0</w:t>
            </w:r>
          </w:p>
        </w:tc>
        <w:tc>
          <w:tcPr>
            <w:tcW w:type="dxa" w:w="1728"/>
          </w:tcPr>
          <w:p>
            <w:r>
              <w:t>ح.داستاه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91*23*0393</w:t>
            </w:r>
          </w:p>
        </w:tc>
        <w:tc>
          <w:tcPr>
            <w:tcW w:type="dxa" w:w="1728"/>
          </w:tcPr>
          <w:p>
            <w:r>
              <w:t>Sam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Samandelfanii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914991*4*3</w:t>
            </w:r>
          </w:p>
        </w:tc>
        <w:tc>
          <w:tcPr>
            <w:tcW w:type="dxa" w:w="1728"/>
          </w:tcPr>
          <w:p>
            <w:r>
              <w:t>islam ismaili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9132030*9*</w:t>
            </w:r>
          </w:p>
        </w:tc>
        <w:tc>
          <w:tcPr>
            <w:tcW w:type="dxa" w:w="1728"/>
          </w:tcPr>
          <w:p>
            <w:r>
              <w:t>رضا نوروشنی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919*371979</w:t>
            </w:r>
          </w:p>
        </w:tc>
        <w:tc>
          <w:tcPr>
            <w:tcW w:type="dxa" w:w="1728"/>
          </w:tcPr>
          <w:p>
            <w:r>
              <w:t>Amirhosein.ap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937**327*1</w:t>
            </w:r>
          </w:p>
        </w:tc>
        <w:tc>
          <w:tcPr>
            <w:tcW w:type="dxa" w:w="1728"/>
          </w:tcPr>
          <w:p>
            <w:r>
              <w:t>عبدالحکیم</w:t>
            </w:r>
          </w:p>
        </w:tc>
        <w:tc>
          <w:tcPr>
            <w:tcW w:type="dxa" w:w="1728"/>
          </w:tcPr>
          <w:p>
            <w:r>
              <w:t>شیخ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910933171*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>
              <w:t>Sameti</w:t>
            </w:r>
          </w:p>
        </w:tc>
        <w:tc>
          <w:tcPr>
            <w:tcW w:type="dxa" w:w="1728"/>
          </w:tcPr>
          <w:p>
            <w:r>
              <w:t>Imansameti9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9133900*94</w:t>
            </w:r>
          </w:p>
        </w:tc>
        <w:tc>
          <w:tcPr>
            <w:tcW w:type="dxa" w:w="1728"/>
          </w:tcPr>
          <w:p>
            <w:r>
              <w:t>محمدرضا</w:t>
            </w:r>
          </w:p>
        </w:tc>
        <w:tc>
          <w:tcPr>
            <w:tcW w:type="dxa" w:w="1728"/>
          </w:tcPr>
          <w:p>
            <w:r>
              <w:t>جدیدی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9300*3322*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91244*0**0</w:t>
            </w:r>
          </w:p>
        </w:tc>
        <w:tc>
          <w:tcPr>
            <w:tcW w:type="dxa" w:w="1728"/>
          </w:tcPr>
          <w:p>
            <w:r>
              <w:t>Yashar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914992***2</w:t>
            </w:r>
          </w:p>
        </w:tc>
        <w:tc>
          <w:tcPr>
            <w:tcW w:type="dxa" w:w="1728"/>
          </w:tcPr>
          <w:p>
            <w:r>
              <w:t>B.mohammadzadeh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bakhtiarmohammadzadeh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9221*217*0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اصلانی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93**03*113</w:t>
            </w:r>
          </w:p>
        </w:tc>
        <w:tc>
          <w:tcPr>
            <w:tcW w:type="dxa" w:w="1728"/>
          </w:tcPr>
          <w:p>
            <w:r>
              <w:t>rasool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9120*32*1*</w:t>
            </w:r>
          </w:p>
        </w:tc>
        <w:tc>
          <w:tcPr>
            <w:tcW w:type="dxa" w:w="1728"/>
          </w:tcPr>
          <w:p>
            <w:r>
              <w:t>X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91****1274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9149010913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9211440**3</w:t>
            </w:r>
          </w:p>
        </w:tc>
        <w:tc>
          <w:tcPr>
            <w:tcW w:type="dxa" w:w="1728"/>
          </w:tcPr>
          <w:p>
            <w:r>
              <w:t>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93**944291</w:t>
            </w:r>
          </w:p>
        </w:tc>
        <w:tc>
          <w:tcPr>
            <w:tcW w:type="dxa" w:w="1728"/>
          </w:tcPr>
          <w:p>
            <w:r>
              <w:t>Lahijan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91*71**4*1</w:t>
            </w:r>
          </w:p>
        </w:tc>
        <w:tc>
          <w:tcPr>
            <w:tcW w:type="dxa" w:w="1728"/>
          </w:tcPr>
          <w:p>
            <w:r>
              <w:t>ایمان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9144920*14</w:t>
            </w:r>
          </w:p>
        </w:tc>
        <w:tc>
          <w:tcPr>
            <w:tcW w:type="dxa" w:w="1728"/>
          </w:tcPr>
          <w:p>
            <w:r>
              <w:t>صمد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903103*20*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93*9*7**37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Saeedkhojandi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90**920*1*</w:t>
            </w:r>
          </w:p>
        </w:tc>
        <w:tc>
          <w:tcPr>
            <w:tcW w:type="dxa" w:w="1728"/>
          </w:tcPr>
          <w:p>
            <w:r>
              <w:t>اسیرعشق 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9147***992</w:t>
            </w:r>
          </w:p>
        </w:tc>
        <w:tc>
          <w:tcPr>
            <w:tcW w:type="dxa" w:w="1728"/>
          </w:tcPr>
          <w:p>
            <w:r>
              <w:t>𝒉𝒂𝒎𝒊𝒅</w:t>
            </w:r>
          </w:p>
        </w:tc>
        <w:tc>
          <w:tcPr>
            <w:tcW w:type="dxa" w:w="1728"/>
          </w:tcPr>
          <w:p>
            <w:r>
              <w:t>𝒔𝒉𝒔𝒉𝒓𝒂𝒎𝒊</w:t>
            </w:r>
          </w:p>
        </w:tc>
        <w:tc>
          <w:tcPr>
            <w:tcW w:type="dxa" w:w="1728"/>
          </w:tcPr>
          <w:p>
            <w:r>
              <w:t>Hamid_shahrami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9142***00*</w:t>
            </w:r>
          </w:p>
        </w:tc>
        <w:tc>
          <w:tcPr>
            <w:tcW w:type="dxa" w:w="1728"/>
          </w:tcPr>
          <w:p>
            <w:r>
              <w:t>Pry</w:t>
            </w:r>
          </w:p>
        </w:tc>
        <w:tc>
          <w:tcPr>
            <w:tcW w:type="dxa" w:w="1728"/>
          </w:tcPr>
          <w:p>
            <w:r>
              <w:t>Hdr</w:t>
            </w:r>
          </w:p>
        </w:tc>
        <w:tc>
          <w:tcPr>
            <w:tcW w:type="dxa" w:w="1728"/>
          </w:tcPr>
          <w:p>
            <w:r>
              <w:t>Pryhdr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99117**390</w:t>
            </w:r>
          </w:p>
        </w:tc>
        <w:tc>
          <w:tcPr>
            <w:tcW w:type="dxa" w:w="1728"/>
          </w:tcPr>
          <w:p>
            <w:r>
              <w:t>ابراهیم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91112*4*9*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>
              <w:t>ز</w:t>
            </w:r>
          </w:p>
        </w:tc>
        <w:tc>
          <w:tcPr>
            <w:tcW w:type="dxa" w:w="1728"/>
          </w:tcPr>
          <w:p>
            <w:r>
              <w:t>SAVASKOOHI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912403*291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masoodi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914243422*</w:t>
            </w:r>
          </w:p>
        </w:tc>
        <w:tc>
          <w:tcPr>
            <w:tcW w:type="dxa" w:w="1728"/>
          </w:tcPr>
          <w:p>
            <w:r>
              <w:t>yosef</w:t>
            </w:r>
          </w:p>
        </w:tc>
        <w:tc>
          <w:tcPr>
            <w:tcW w:type="dxa" w:w="1728"/>
          </w:tcPr>
          <w:p>
            <w:r>
              <w:t>saleh</w:t>
            </w:r>
          </w:p>
        </w:tc>
        <w:tc>
          <w:tcPr>
            <w:tcW w:type="dxa" w:w="1728"/>
          </w:tcPr>
          <w:p>
            <w:r>
              <w:t>yosefsaleh09142434226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9133**3*90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Gol3890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9143721*44</w:t>
            </w:r>
          </w:p>
        </w:tc>
        <w:tc>
          <w:tcPr>
            <w:tcW w:type="dxa" w:w="1728"/>
          </w:tcPr>
          <w:p>
            <w:r>
              <w:t>Rostamali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910**323*2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91214***99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Mokhtarzadeh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914331*021</w:t>
            </w:r>
          </w:p>
        </w:tc>
        <w:tc>
          <w:tcPr>
            <w:tcW w:type="dxa" w:w="1728"/>
          </w:tcPr>
          <w:p>
            <w:r>
              <w:t>عبدالله</w:t>
            </w:r>
          </w:p>
        </w:tc>
        <w:tc>
          <w:tcPr>
            <w:tcW w:type="dxa" w:w="1728"/>
          </w:tcPr>
          <w:p>
            <w:r>
              <w:t>نیرومند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91322****3</w:t>
            </w:r>
          </w:p>
        </w:tc>
        <w:tc>
          <w:tcPr>
            <w:tcW w:type="dxa" w:w="1728"/>
          </w:tcPr>
          <w:p>
            <w:r>
              <w:t>((آذرخش بار))</w:t>
            </w:r>
          </w:p>
        </w:tc>
        <w:tc>
          <w:tcPr>
            <w:tcW w:type="dxa" w:w="1728"/>
          </w:tcPr>
          <w:p>
            <w:r>
              <w:t>صدور بارنامه مجوزی وترافیکی ومعمولی شبانه روزی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93*9340771</w:t>
            </w:r>
          </w:p>
        </w:tc>
        <w:tc>
          <w:tcPr>
            <w:tcW w:type="dxa" w:w="1728"/>
          </w:tcPr>
          <w:p>
            <w:r>
              <w:t>ع</w:t>
            </w:r>
          </w:p>
        </w:tc>
        <w:tc>
          <w:tcPr>
            <w:tcW w:type="dxa" w:w="1728"/>
          </w:tcPr>
          <w:p>
            <w:r>
              <w:t>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91**37**93</w:t>
            </w:r>
          </w:p>
        </w:tc>
        <w:tc>
          <w:tcPr>
            <w:tcW w:type="dxa" w:w="1728"/>
          </w:tcPr>
          <w:p>
            <w:r>
              <w:t>اصغر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912**432**</w:t>
            </w:r>
          </w:p>
        </w:tc>
        <w:tc>
          <w:tcPr>
            <w:tcW w:type="dxa" w:w="1728"/>
          </w:tcPr>
          <w:p>
            <w:r>
              <w:t>yaranelevator</w:t>
            </w:r>
          </w:p>
        </w:tc>
        <w:tc>
          <w:tcPr>
            <w:tcW w:type="dxa" w:w="1728"/>
          </w:tcPr>
          <w:p>
            <w:r>
              <w:t>( GMY )</w:t>
            </w:r>
          </w:p>
        </w:tc>
        <w:tc>
          <w:tcPr>
            <w:tcW w:type="dxa" w:w="1728"/>
          </w:tcPr>
          <w:p>
            <w:r>
              <w:t>yaranlift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9102*1*3**</w:t>
            </w:r>
          </w:p>
        </w:tc>
        <w:tc>
          <w:tcPr>
            <w:tcW w:type="dxa" w:w="1728"/>
          </w:tcPr>
          <w:p>
            <w:r>
              <w:t>حاج عیسی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91343*0207</w:t>
            </w:r>
          </w:p>
        </w:tc>
        <w:tc>
          <w:tcPr>
            <w:tcW w:type="dxa" w:w="1728"/>
          </w:tcPr>
          <w:p>
            <w:r>
              <w:t>ARASHMR813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ARASHMR813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913**39*2*</w:t>
            </w:r>
          </w:p>
        </w:tc>
        <w:tc>
          <w:tcPr>
            <w:tcW w:type="dxa" w:w="1728"/>
          </w:tcPr>
          <w:p>
            <w:r>
              <w:t>Shooka</w:t>
            </w:r>
          </w:p>
        </w:tc>
        <w:tc>
          <w:tcPr>
            <w:tcW w:type="dxa" w:w="1728"/>
          </w:tcPr>
          <w:p>
            <w:r>
              <w:t>Esmiran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913**14*11</w:t>
            </w:r>
          </w:p>
        </w:tc>
        <w:tc>
          <w:tcPr>
            <w:tcW w:type="dxa" w:w="1728"/>
          </w:tcPr>
          <w:p>
            <w:r>
              <w:t>Moslem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moslem_kh52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9104477*1*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Ali66666698666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939997407*</w:t>
            </w:r>
          </w:p>
        </w:tc>
        <w:tc>
          <w:tcPr>
            <w:tcW w:type="dxa" w:w="1728"/>
          </w:tcPr>
          <w:p>
            <w:r>
              <w:t>🚩🏡🎷🤗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91*130*494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Mahdikashmar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914*1*7493</w:t>
            </w:r>
          </w:p>
        </w:tc>
        <w:tc>
          <w:tcPr>
            <w:tcW w:type="dxa" w:w="1728"/>
          </w:tcPr>
          <w:p>
            <w:r>
              <w:t>سیروس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91**71943*</w:t>
            </w:r>
          </w:p>
        </w:tc>
        <w:tc>
          <w:tcPr>
            <w:tcW w:type="dxa" w:w="1728"/>
          </w:tcPr>
          <w:p>
            <w:r>
              <w:t>فراز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9149920020</w:t>
            </w:r>
          </w:p>
        </w:tc>
        <w:tc>
          <w:tcPr>
            <w:tcW w:type="dxa" w:w="1728"/>
          </w:tcPr>
          <w:p>
            <w:r>
              <w:t>علی طالب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9133*2*1*7</w:t>
            </w:r>
          </w:p>
        </w:tc>
        <w:tc>
          <w:tcPr>
            <w:tcW w:type="dxa" w:w="1728"/>
          </w:tcPr>
          <w:p>
            <w:r>
              <w:t>سید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912*314**4</w:t>
            </w:r>
          </w:p>
        </w:tc>
        <w:tc>
          <w:tcPr>
            <w:tcW w:type="dxa" w:w="1728"/>
          </w:tcPr>
          <w:p>
            <w:r>
              <w:t>Bahram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901*397*02</w:t>
            </w:r>
          </w:p>
        </w:tc>
        <w:tc>
          <w:tcPr>
            <w:tcW w:type="dxa" w:w="1728"/>
          </w:tcPr>
          <w:p>
            <w:r>
              <w:t>zakarya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9137742**1</w:t>
            </w:r>
          </w:p>
        </w:tc>
        <w:tc>
          <w:tcPr>
            <w:tcW w:type="dxa" w:w="1728"/>
          </w:tcPr>
          <w:p>
            <w:r>
              <w:t>فاطمه زهرا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Roghayeh_65_00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912*1910*7</w:t>
            </w:r>
          </w:p>
        </w:tc>
        <w:tc>
          <w:tcPr>
            <w:tcW w:type="dxa" w:w="1728"/>
          </w:tcPr>
          <w:p>
            <w:r>
              <w:t>ابوالفضل</w:t>
            </w:r>
          </w:p>
        </w:tc>
        <w:tc>
          <w:tcPr>
            <w:tcW w:type="dxa" w:w="1728"/>
          </w:tcPr>
          <w:p>
            <w:r>
              <w:t>کریمی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93*7*700*0</w:t>
            </w:r>
          </w:p>
        </w:tc>
        <w:tc>
          <w:tcPr>
            <w:tcW w:type="dxa" w:w="1728"/>
          </w:tcPr>
          <w:p>
            <w:r>
              <w:t>Farid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93*7*3297*</w:t>
            </w:r>
          </w:p>
        </w:tc>
        <w:tc>
          <w:tcPr>
            <w:tcW w:type="dxa" w:w="1728"/>
          </w:tcPr>
          <w:p>
            <w:r>
              <w:t>h.@rman</w:t>
            </w:r>
          </w:p>
        </w:tc>
        <w:tc>
          <w:tcPr>
            <w:tcW w:type="dxa" w:w="1728"/>
          </w:tcPr>
          <w:p>
            <w:r>
              <w:t>%Rainy boy%...</w:t>
            </w:r>
          </w:p>
        </w:tc>
        <w:tc>
          <w:tcPr>
            <w:tcW w:type="dxa" w:w="1728"/>
          </w:tcPr>
          <w:p>
            <w:r>
              <w:t>arman2976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91***43972</w:t>
            </w:r>
          </w:p>
        </w:tc>
        <w:tc>
          <w:tcPr>
            <w:tcW w:type="dxa" w:w="1728"/>
          </w:tcPr>
          <w:p>
            <w:r>
              <w:t>سیدناصر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9129*3**7*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fd8904112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912**1*9*0</w:t>
            </w:r>
          </w:p>
        </w:tc>
        <w:tc>
          <w:tcPr>
            <w:tcW w:type="dxa" w:w="1728"/>
          </w:tcPr>
          <w:p>
            <w:r>
              <w:t>جواد</w:t>
            </w:r>
          </w:p>
        </w:tc>
        <w:tc>
          <w:tcPr>
            <w:tcW w:type="dxa" w:w="1728"/>
          </w:tcPr>
          <w:p>
            <w:r>
              <w:t>بانو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9123443927</w:t>
            </w:r>
          </w:p>
        </w:tc>
        <w:tc>
          <w:tcPr>
            <w:tcW w:type="dxa" w:w="1728"/>
          </w:tcPr>
          <w:p>
            <w:r>
              <w:t>🇮🇷 اعلام بارتبریز🇮🇷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soleimanibar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9133*920*0</w:t>
            </w:r>
          </w:p>
        </w:tc>
        <w:tc>
          <w:tcPr>
            <w:tcW w:type="dxa" w:w="1728"/>
          </w:tcPr>
          <w:p>
            <w:r>
              <w:t>خانم انصاری</w:t>
            </w:r>
          </w:p>
        </w:tc>
        <w:tc>
          <w:tcPr>
            <w:tcW w:type="dxa" w:w="1728"/>
          </w:tcPr>
          <w:p>
            <w:r>
              <w:t>شمشاد ترابر سپاهان</w:t>
            </w:r>
          </w:p>
        </w:tc>
        <w:tc>
          <w:tcPr>
            <w:tcW w:type="dxa" w:w="1728"/>
          </w:tcPr>
          <w:p>
            <w:r>
              <w:t>Shemshadtarabaradmin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91**20*32*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9331342*47</w:t>
            </w:r>
          </w:p>
        </w:tc>
        <w:tc>
          <w:tcPr>
            <w:tcW w:type="dxa" w:w="1728"/>
          </w:tcPr>
          <w:p>
            <w:r>
              <w:t>ٜ۪ٜ۪ٜ۪ٜ۪ٜ۪ٜ۪ٜ.....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HiForO110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9143311*29</w:t>
            </w:r>
          </w:p>
        </w:tc>
        <w:tc>
          <w:tcPr>
            <w:tcW w:type="dxa" w:w="1728"/>
          </w:tcPr>
          <w:p>
            <w:r>
              <w:t>Mikaiel</w:t>
            </w:r>
          </w:p>
        </w:tc>
        <w:tc>
          <w:tcPr>
            <w:tcW w:type="dxa" w:w="1728"/>
          </w:tcPr>
          <w:p>
            <w:r>
              <w:t>Abdi</w:t>
            </w:r>
          </w:p>
        </w:tc>
        <w:tc>
          <w:tcPr>
            <w:tcW w:type="dxa" w:w="1728"/>
          </w:tcPr>
          <w:p>
            <w:r>
              <w:t>Mikaiel45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91143*4**2</w:t>
            </w:r>
          </w:p>
        </w:tc>
        <w:tc>
          <w:tcPr>
            <w:tcW w:type="dxa" w:w="1728"/>
          </w:tcPr>
          <w:p>
            <w:r>
              <w:t>شهرام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Shahramdelshad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937*393973</w:t>
            </w:r>
          </w:p>
        </w:tc>
        <w:tc>
          <w:tcPr>
            <w:tcW w:type="dxa" w:w="1728"/>
          </w:tcPr>
          <w:p>
            <w:r>
              <w:t>D.A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dani6567kh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9149*1*2*0</w:t>
            </w:r>
          </w:p>
        </w:tc>
        <w:tc>
          <w:tcPr>
            <w:tcW w:type="dxa" w:w="1728"/>
          </w:tcPr>
          <w:p>
            <w:r>
              <w:t>Layeghi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91*177*1*1</w:t>
            </w:r>
          </w:p>
        </w:tc>
        <w:tc>
          <w:tcPr>
            <w:tcW w:type="dxa" w:w="1728"/>
          </w:tcPr>
          <w:p>
            <w:r>
              <w:t>اسعد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912*2**202</w:t>
            </w:r>
          </w:p>
        </w:tc>
        <w:tc>
          <w:tcPr>
            <w:tcW w:type="dxa" w:w="1728"/>
          </w:tcPr>
          <w:p>
            <w:r>
              <w:t>از تو حرکت از خدا برکت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9117**1***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91*7297**4</w:t>
            </w:r>
          </w:p>
        </w:tc>
        <w:tc>
          <w:tcPr>
            <w:tcW w:type="dxa" w:w="1728"/>
          </w:tcPr>
          <w:p>
            <w:r>
              <w:t>Hossien</w:t>
            </w:r>
          </w:p>
        </w:tc>
        <w:tc>
          <w:tcPr>
            <w:tcW w:type="dxa" w:w="1728"/>
          </w:tcPr>
          <w:p>
            <w:r>
              <w:t>Asadi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9119**7139</w:t>
            </w:r>
          </w:p>
        </w:tc>
        <w:tc>
          <w:tcPr>
            <w:tcW w:type="dxa" w:w="1728"/>
          </w:tcPr>
          <w:p>
            <w:r>
              <w:t>شهرزاد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9191717247</w:t>
            </w:r>
          </w:p>
        </w:tc>
        <w:tc>
          <w:tcPr>
            <w:tcW w:type="dxa" w:w="1728"/>
          </w:tcPr>
          <w:p>
            <w:r>
              <w:t>مجید</w:t>
            </w:r>
          </w:p>
        </w:tc>
        <w:tc>
          <w:tcPr>
            <w:tcW w:type="dxa" w:w="1728"/>
          </w:tcPr>
          <w:p>
            <w:r>
              <w:t>فاطمی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  <w:tr>
        <w:tc>
          <w:tcPr>
            <w:tcW w:type="dxa" w:w="1728"/>
          </w:tcPr>
          <w:p>
            <w:r>
              <w:t>912311*990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پایانه بار سراسری ماشین سنگین .تک.جفت.تریلی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پایانه بار سراسری ماشین سنگین .تک.جفت.تریلی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