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پاتوق لوتی های شیراز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پاتوق لوتی های شیراز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93**3399*7</w:t>
            </w:r>
          </w:p>
        </w:tc>
        <w:tc>
          <w:tcPr>
            <w:tcW w:type="dxa" w:w="1728"/>
          </w:tcPr>
          <w:p>
            <w:r>
              <w:t>@aria...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aria28n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93**9*97**</w:t>
            </w:r>
          </w:p>
        </w:tc>
        <w:tc>
          <w:tcPr>
            <w:tcW w:type="dxa" w:w="1728"/>
          </w:tcPr>
          <w:p>
            <w:r>
              <w:t>Mmd.lokk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Karatzeshte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93*79311**</w:t>
            </w:r>
          </w:p>
        </w:tc>
        <w:tc>
          <w:tcPr>
            <w:tcW w:type="dxa" w:w="1728"/>
          </w:tcPr>
          <w:p>
            <w:r>
              <w:t>♛♛GENTLEMAN♛♛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managerGENTLEMAN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9330*04749</w:t>
            </w:r>
          </w:p>
        </w:tc>
        <w:tc>
          <w:tcPr>
            <w:tcW w:type="dxa" w:w="1728"/>
          </w:tcPr>
          <w:p>
            <w:r>
              <w:t>👑alireza.amiria👑👍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jdndf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91793*9239</w:t>
            </w:r>
          </w:p>
        </w:tc>
        <w:tc>
          <w:tcPr>
            <w:tcW w:type="dxa" w:w="1728"/>
          </w:tcPr>
          <w:p>
            <w:r>
              <w:t>علي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Ali_shz1374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9392*709**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92120*3920</w:t>
            </w:r>
          </w:p>
        </w:tc>
        <w:tc>
          <w:tcPr>
            <w:tcW w:type="dxa" w:w="1728"/>
          </w:tcPr>
          <w:p>
            <w:r>
              <w:t>مصطفی. فتاحی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91007*3*43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yarazzaq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9173**291*</w:t>
            </w:r>
          </w:p>
        </w:tc>
        <w:tc>
          <w:tcPr>
            <w:tcW w:type="dxa" w:w="1728"/>
          </w:tcPr>
          <w:p>
            <w:r>
              <w:t>kit</w:t>
            </w:r>
          </w:p>
        </w:tc>
        <w:tc>
          <w:tcPr>
            <w:tcW w:type="dxa" w:w="1728"/>
          </w:tcPr>
          <w:p>
            <w:r>
              <w:t>jake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91212302*4</w:t>
            </w:r>
          </w:p>
        </w:tc>
        <w:tc>
          <w:tcPr>
            <w:tcW w:type="dxa" w:w="1728"/>
          </w:tcPr>
          <w:p>
            <w:r>
              <w:t>ولی حیدرزاده</w:t>
            </w:r>
          </w:p>
        </w:tc>
        <w:tc>
          <w:tcPr>
            <w:tcW w:type="dxa" w:w="1728"/>
          </w:tcPr>
          <w:p>
            <w:r>
              <w:t>شرکت سنگ پیشرو</w:t>
            </w:r>
          </w:p>
        </w:tc>
        <w:tc>
          <w:tcPr>
            <w:tcW w:type="dxa" w:w="1728"/>
          </w:tcPr>
          <w:p>
            <w:r>
              <w:t>heidarzadehardalan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917*973242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i_vorojak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93*7107*14</w:t>
            </w:r>
          </w:p>
        </w:tc>
        <w:tc>
          <w:tcPr>
            <w:tcW w:type="dxa" w:w="1728"/>
          </w:tcPr>
          <w:p>
            <w:r>
              <w:t>بی 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beygi1372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919994**9*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Reza_pormand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91**22*272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>
              <w:t>Rezaey</w:t>
            </w:r>
          </w:p>
        </w:tc>
        <w:tc>
          <w:tcPr>
            <w:tcW w:type="dxa" w:w="1728"/>
          </w:tcPr>
          <w:p>
            <w:r>
              <w:t>HEM578564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91*20*3423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Lavazemghanegilakheri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93*3*2927*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LOVE7667_6776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93002**73*</w:t>
            </w:r>
          </w:p>
        </w:tc>
        <w:tc>
          <w:tcPr>
            <w:tcW w:type="dxa" w:w="1728"/>
          </w:tcPr>
          <w:p>
            <w:r>
              <w:t>ℎ?3??? 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91*2244407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90*701494*</w:t>
            </w:r>
          </w:p>
        </w:tc>
        <w:tc>
          <w:tcPr>
            <w:tcW w:type="dxa" w:w="1728"/>
          </w:tcPr>
          <w:p>
            <w:r>
              <w:t>سلیمی 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Salimi677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9917*100**</w:t>
            </w:r>
          </w:p>
        </w:tc>
        <w:tc>
          <w:tcPr>
            <w:tcW w:type="dxa" w:w="1728"/>
          </w:tcPr>
          <w:p>
            <w:r>
              <w:t>ო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elemanl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9222407792</w:t>
            </w:r>
          </w:p>
        </w:tc>
        <w:tc>
          <w:tcPr>
            <w:tcW w:type="dxa" w:w="1728"/>
          </w:tcPr>
          <w:p>
            <w:r>
              <w:t>roz</w:t>
            </w:r>
          </w:p>
        </w:tc>
        <w:tc>
          <w:tcPr>
            <w:tcW w:type="dxa" w:w="1728"/>
          </w:tcPr>
          <w:p>
            <w:r>
              <w:t>javadi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9174*1*73*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Mohsenn799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930791**3*</w:t>
            </w:r>
          </w:p>
        </w:tc>
        <w:tc>
          <w:tcPr>
            <w:tcW w:type="dxa" w:w="1728"/>
          </w:tcPr>
          <w:p>
            <w:r>
              <w:t>SorenA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AliAkbari43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91713902**</w:t>
            </w:r>
          </w:p>
        </w:tc>
        <w:tc>
          <w:tcPr>
            <w:tcW w:type="dxa" w:w="1728"/>
          </w:tcPr>
          <w:p>
            <w:r>
              <w:t>Hamid. K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hamidshz32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93*9222901</w:t>
            </w:r>
          </w:p>
        </w:tc>
        <w:tc>
          <w:tcPr>
            <w:tcW w:type="dxa" w:w="1728"/>
          </w:tcPr>
          <w:p>
            <w:r>
              <w:t>goomnam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e_ph1370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917*130942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manila69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91*2*211*3</w:t>
            </w:r>
          </w:p>
        </w:tc>
        <w:tc>
          <w:tcPr>
            <w:tcW w:type="dxa" w:w="1728"/>
          </w:tcPr>
          <w:p>
            <w:r>
              <w:t>m.sobhan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mohamadsobhanx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93**22*972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>
              <w:t>یاغموری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93*240**2*</w:t>
            </w:r>
          </w:p>
        </w:tc>
        <w:tc>
          <w:tcPr>
            <w:tcW w:type="dxa" w:w="1728"/>
          </w:tcPr>
          <w:p>
            <w:r>
              <w:t>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mmmaaa6825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90103337*1</w:t>
            </w:r>
          </w:p>
        </w:tc>
        <w:tc>
          <w:tcPr>
            <w:tcW w:type="dxa" w:w="1728"/>
          </w:tcPr>
          <w:p>
            <w:r>
              <w:t>ılıll|̲̅̅●̲̅̅|̲̅̅=̲̅̅|̲̅̅●̲̅̅|llılı khosro ılıll|̲̅̅●̲̅̅|̲̅̅=̲̅̅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norzai8897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914*41*93*</w:t>
            </w:r>
          </w:p>
        </w:tc>
        <w:tc>
          <w:tcPr>
            <w:tcW w:type="dxa" w:w="1728"/>
          </w:tcPr>
          <w:p>
            <w:r>
              <w:t>اۣۣۣۣؔؔؔمـۣۣۣؔؔؔـۣۣۣۣؔؔؔـۣۣۣۣؔؔؔؔـۣۣۣۣۣۣۣؔؔؔیۣۣۣۣؔؔـۣۣۣۣۣۣؔؔؔؔـۣ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amirsafdari1234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93*0039970</w:t>
            </w:r>
          </w:p>
        </w:tc>
        <w:tc>
          <w:tcPr>
            <w:tcW w:type="dxa" w:w="1728"/>
          </w:tcPr>
          <w:p>
            <w:r>
              <w:t>♥ⒶЯⓢԋﾑⓥɨŋ👑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Arshvin9225545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913734322*</w:t>
            </w:r>
          </w:p>
        </w:tc>
        <w:tc>
          <w:tcPr>
            <w:tcW w:type="dxa" w:w="1728"/>
          </w:tcPr>
          <w:p>
            <w:r>
              <w:t>SHOTI81J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ataiesabegh22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901319**33</w:t>
            </w:r>
          </w:p>
        </w:tc>
        <w:tc>
          <w:tcPr>
            <w:tcW w:type="dxa" w:w="1728"/>
          </w:tcPr>
          <w:p>
            <w:r>
              <w:t>Aammiin</w:t>
            </w:r>
          </w:p>
        </w:tc>
        <w:tc>
          <w:tcPr>
            <w:tcW w:type="dxa" w:w="1728"/>
          </w:tcPr>
          <w:p>
            <w:r>
              <w:t>Aammiinnii</w:t>
            </w:r>
          </w:p>
        </w:tc>
        <w:tc>
          <w:tcPr>
            <w:tcW w:type="dxa" w:w="1728"/>
          </w:tcPr>
          <w:p>
            <w:r>
              <w:t>A4AMIN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903241*702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9013***19*</w:t>
            </w:r>
          </w:p>
        </w:tc>
        <w:tc>
          <w:tcPr>
            <w:tcW w:type="dxa" w:w="1728"/>
          </w:tcPr>
          <w:p>
            <w:r>
              <w:t>javanmardi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aghoy_javanmardi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917*9**230</w:t>
            </w:r>
          </w:p>
        </w:tc>
        <w:tc>
          <w:tcPr>
            <w:tcW w:type="dxa" w:w="1728"/>
          </w:tcPr>
          <w:p>
            <w:r>
              <w:t>ܩܣܥ‌‌ܨ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ImhdiI0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912*222*0*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930024*3*2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91*722**04</w:t>
            </w:r>
          </w:p>
        </w:tc>
        <w:tc>
          <w:tcPr>
            <w:tcW w:type="dxa" w:w="1728"/>
          </w:tcPr>
          <w:p>
            <w:r>
              <w:t>agho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ha3ani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90204*0*44</w:t>
            </w:r>
          </w:p>
        </w:tc>
        <w:tc>
          <w:tcPr>
            <w:tcW w:type="dxa" w:w="1728"/>
          </w:tcPr>
          <w:p>
            <w:r>
              <w:t>Yy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93*9****47</w:t>
            </w:r>
          </w:p>
        </w:tc>
        <w:tc>
          <w:tcPr>
            <w:tcW w:type="dxa" w:w="1728"/>
          </w:tcPr>
          <w:p>
            <w:r>
              <w:t>Samyar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samiiiiiiiuooo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93*3921*4*</w:t>
            </w:r>
          </w:p>
        </w:tc>
        <w:tc>
          <w:tcPr>
            <w:tcW w:type="dxa" w:w="1728"/>
          </w:tcPr>
          <w:p>
            <w:r>
              <w:t>هلنا</w:t>
            </w:r>
          </w:p>
        </w:tc>
        <w:tc>
          <w:tcPr>
            <w:tcW w:type="dxa" w:w="1728"/>
          </w:tcPr>
          <w:p>
            <w:r>
              <w:t>👩‍⚕️👩‍🔬💆‍♂️💆‍♀️🧘‍♀️</w:t>
            </w:r>
          </w:p>
        </w:tc>
        <w:tc>
          <w:tcPr>
            <w:tcW w:type="dxa" w:w="1728"/>
          </w:tcPr>
          <w:p>
            <w:r>
              <w:t>jojo0helenam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903471203*</w:t>
            </w:r>
          </w:p>
        </w:tc>
        <w:tc>
          <w:tcPr>
            <w:tcW w:type="dxa" w:w="1728"/>
          </w:tcPr>
          <w:p>
            <w:r>
              <w:t>نیلوفر09333261392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99090**749</w:t>
            </w:r>
          </w:p>
        </w:tc>
        <w:tc>
          <w:tcPr>
            <w:tcW w:type="dxa" w:w="1728"/>
          </w:tcPr>
          <w:p>
            <w:r>
              <w:t>Murad:)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Murad_buz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92112*212*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^^</w:t>
            </w:r>
          </w:p>
        </w:tc>
        <w:tc>
          <w:tcPr>
            <w:tcW w:type="dxa" w:w="1728"/>
          </w:tcPr>
          <w:p>
            <w:r>
              <w:t>Setixas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90114*0320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mehdi_kh3484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933*34422*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93***1**12</w:t>
            </w:r>
          </w:p>
        </w:tc>
        <w:tc>
          <w:tcPr>
            <w:tcW w:type="dxa" w:w="1728"/>
          </w:tcPr>
          <w:p>
            <w:r>
              <w:t>คliRezo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AliRezaa6512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9302*390*0</w:t>
            </w:r>
          </w:p>
        </w:tc>
        <w:tc>
          <w:tcPr>
            <w:tcW w:type="dxa" w:w="1728"/>
          </w:tcPr>
          <w:p>
            <w:r>
              <w:t>پریسا|parisa👅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Lsexiiiiii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91*7199***</w:t>
            </w:r>
          </w:p>
        </w:tc>
        <w:tc>
          <w:tcPr>
            <w:tcW w:type="dxa" w:w="1728"/>
          </w:tcPr>
          <w:p>
            <w:r>
              <w:t>❣︎ ◡̈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amirmoh_ammad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93**0374*0</w:t>
            </w:r>
          </w:p>
        </w:tc>
        <w:tc>
          <w:tcPr>
            <w:tcW w:type="dxa" w:w="1728"/>
          </w:tcPr>
          <w:p>
            <w:r>
              <w:t>محمدامین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93***44**3</w:t>
            </w:r>
          </w:p>
        </w:tc>
        <w:tc>
          <w:tcPr>
            <w:tcW w:type="dxa" w:w="1728"/>
          </w:tcPr>
          <w:p>
            <w:r>
              <w:t>ندا ?‍♀️?‍♀️?‍♀️?‍♀️?‍♀️?‍♀️?‍♀️?‍♀️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9399740920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Rezae8156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902***40**</w:t>
            </w:r>
          </w:p>
        </w:tc>
        <w:tc>
          <w:tcPr>
            <w:tcW w:type="dxa" w:w="1728"/>
          </w:tcPr>
          <w:p>
            <w:r>
              <w:t>مانیدا، پایه سکس و ماساژ بزنگ❤09026564068❤</w:t>
            </w:r>
          </w:p>
        </w:tc>
        <w:tc>
          <w:tcPr>
            <w:tcW w:type="dxa" w:w="1728"/>
          </w:tcPr>
          <w:p>
            <w:r>
              <w:t>صیقه پارتی مهمونی مسافرت ساکشن هستی بزنگ (09026564068)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9223732*07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Alireza_7520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93*734***4</w:t>
            </w:r>
          </w:p>
        </w:tc>
        <w:tc>
          <w:tcPr>
            <w:tcW w:type="dxa" w:w="1728"/>
          </w:tcPr>
          <w:p>
            <w:r>
              <w:t>س</w:t>
            </w:r>
          </w:p>
        </w:tc>
        <w:tc>
          <w:tcPr>
            <w:tcW w:type="dxa" w:w="1728"/>
          </w:tcPr>
          <w:p>
            <w:r>
              <w:t>Kanter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9332437***</w:t>
            </w:r>
          </w:p>
        </w:tc>
        <w:tc>
          <w:tcPr>
            <w:tcW w:type="dxa" w:w="1728"/>
          </w:tcPr>
          <w:p>
            <w:r>
              <w:t>علًِِـُِِ✿َُِِِِِِّ͜͡❥ِِّـٍِِی ـَ۪ٜ۪ٜ۪ٜ۪ٜ۪ؔٛٚؔ͜͡✿𝕬𝕷𝕿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thestormymind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9102*7*794</w:t>
            </w:r>
          </w:p>
        </w:tc>
        <w:tc>
          <w:tcPr>
            <w:tcW w:type="dxa" w:w="1728"/>
          </w:tcPr>
          <w:p>
            <w:r>
              <w:t>˙·٠•●♥ݦهڛا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mahsa1974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9013172**9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99117*4370</w:t>
            </w:r>
          </w:p>
        </w:tc>
        <w:tc>
          <w:tcPr>
            <w:tcW w:type="dxa" w:w="1728"/>
          </w:tcPr>
          <w:p>
            <w:r>
              <w:t>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933**12*13</w:t>
            </w:r>
          </w:p>
        </w:tc>
        <w:tc>
          <w:tcPr>
            <w:tcW w:type="dxa" w:w="1728"/>
          </w:tcPr>
          <w:p>
            <w:r>
              <w:t>◔͜͡◔ HOSEIN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HO0SEEIN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9121372*92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dpmohamad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91720*2919</w:t>
            </w:r>
          </w:p>
        </w:tc>
        <w:tc>
          <w:tcPr>
            <w:tcW w:type="dxa" w:w="1728"/>
          </w:tcPr>
          <w:p>
            <w:r>
              <w:t>🔱𝓐𝓡𝓐𝓢𝓗🔱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arash1030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9304*7*42*</w:t>
            </w:r>
          </w:p>
        </w:tc>
        <w:tc>
          <w:tcPr>
            <w:tcW w:type="dxa" w:w="1728"/>
          </w:tcPr>
          <w:p>
            <w:r>
              <w:t>Sahar 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Sm6428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930734*399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93*04701*1</w:t>
            </w:r>
          </w:p>
        </w:tc>
        <w:tc>
          <w:tcPr>
            <w:tcW w:type="dxa" w:w="1728"/>
          </w:tcPr>
          <w:p>
            <w:r>
              <w:t>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AghOy_shiraziii1996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9392*127**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Hrr59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933*3*3*0*</w:t>
            </w:r>
          </w:p>
        </w:tc>
        <w:tc>
          <w:tcPr>
            <w:tcW w:type="dxa" w:w="1728"/>
          </w:tcPr>
          <w:p>
            <w:r>
              <w:t>Rez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Bazyar3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99017*31*9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9024*91774</w:t>
            </w:r>
          </w:p>
        </w:tc>
        <w:tc>
          <w:tcPr>
            <w:tcW w:type="dxa" w:w="1728"/>
          </w:tcPr>
          <w:p>
            <w:r>
              <w:t>◔͜͡◔ ❤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M1774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917039**73</w:t>
            </w:r>
          </w:p>
        </w:tc>
        <w:tc>
          <w:tcPr>
            <w:tcW w:type="dxa" w:w="1728"/>
          </w:tcPr>
          <w:p>
            <w:r>
              <w:t>محمدحسین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Mamaliii8790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994437*119</w:t>
            </w:r>
          </w:p>
        </w:tc>
        <w:tc>
          <w:tcPr>
            <w:tcW w:type="dxa" w:w="1728"/>
          </w:tcPr>
          <w:p>
            <w:r>
              <w:t>maryam💜🐹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marwmei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91217741*0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>
              <w:t>ali_ebrahimi59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90224**200</w:t>
            </w:r>
          </w:p>
        </w:tc>
        <w:tc>
          <w:tcPr>
            <w:tcW w:type="dxa" w:w="1728"/>
          </w:tcPr>
          <w:p>
            <w:r>
              <w:t>پشتیبان شغل بانک استان فارس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Shoghlbankadmin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9170**7017</w:t>
            </w:r>
          </w:p>
        </w:tc>
        <w:tc>
          <w:tcPr>
            <w:tcW w:type="dxa" w:w="1728"/>
          </w:tcPr>
          <w:p>
            <w:r>
              <w:t>Adnan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Adnan7017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93*97*4*14</w:t>
            </w:r>
          </w:p>
        </w:tc>
        <w:tc>
          <w:tcPr>
            <w:tcW w:type="dxa" w:w="1728"/>
          </w:tcPr>
          <w:p>
            <w:r>
              <w:t>Lll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Mmnmnmnmnmnmnmnm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917437**4*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93370*11*2</w:t>
            </w:r>
          </w:p>
        </w:tc>
        <w:tc>
          <w:tcPr>
            <w:tcW w:type="dxa" w:w="1728"/>
          </w:tcPr>
          <w:p>
            <w:r>
              <w:t>Xmnkz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Khalagh1235</w:t>
            </w:r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  <w:tr>
        <w:tc>
          <w:tcPr>
            <w:tcW w:type="dxa" w:w="1728"/>
          </w:tcPr>
          <w:p>
            <w:r>
              <w:t>90102*4**0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پاتوق لوتی های شیراز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پاتوق لوتی های شیراز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