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همگام براى كانون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همگام براى كانون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9121****0*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همگام براى كانون</w:t>
            </w:r>
          </w:p>
        </w:tc>
      </w:tr>
      <w:tr>
        <w:tc>
          <w:tcPr>
            <w:tcW w:type="dxa" w:w="1728"/>
          </w:tcPr>
          <w:p>
            <w:r>
              <w:t>9122****23</w:t>
            </w:r>
          </w:p>
        </w:tc>
        <w:tc>
          <w:tcPr>
            <w:tcW w:type="dxa" w:w="1728"/>
          </w:tcPr>
          <w:p>
            <w:r>
              <w:t>Dr. Erfan</w:t>
            </w:r>
          </w:p>
        </w:tc>
        <w:tc>
          <w:tcPr>
            <w:tcW w:type="dxa" w:w="1728"/>
          </w:tcPr>
          <w:p>
            <w:r>
              <w:t>Lajevardi</w:t>
            </w:r>
          </w:p>
        </w:tc>
        <w:tc>
          <w:tcPr>
            <w:tcW w:type="dxa" w:w="1728"/>
          </w:tcPr>
          <w:p>
            <w:r>
              <w:t>Drerfanlajevardi</w:t>
            </w:r>
          </w:p>
        </w:tc>
        <w:tc>
          <w:tcPr>
            <w:tcW w:type="dxa" w:w="1728"/>
          </w:tcPr>
          <w:p>
            <w:r>
              <w:t>همگام براى كانون</w:t>
            </w:r>
          </w:p>
        </w:tc>
      </w:tr>
      <w:tr>
        <w:tc>
          <w:tcPr>
            <w:tcW w:type="dxa" w:w="1728"/>
          </w:tcPr>
          <w:p>
            <w:r>
              <w:t>91219901**</w:t>
            </w:r>
          </w:p>
        </w:tc>
        <w:tc>
          <w:tcPr>
            <w:tcW w:type="dxa" w:w="1728"/>
          </w:tcPr>
          <w:p>
            <w:r>
              <w:t>Kianoosh</w:t>
            </w:r>
          </w:p>
        </w:tc>
        <w:tc>
          <w:tcPr>
            <w:tcW w:type="dxa" w:w="1728"/>
          </w:tcPr>
          <w:p>
            <w:r>
              <w:t>Sedighizadeh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همگام براى كانون</w:t>
            </w:r>
          </w:p>
        </w:tc>
      </w:tr>
      <w:tr>
        <w:tc>
          <w:tcPr>
            <w:tcW w:type="dxa" w:w="1728"/>
          </w:tcPr>
          <w:p>
            <w:r>
              <w:t>9121*041**</w:t>
            </w:r>
          </w:p>
        </w:tc>
        <w:tc>
          <w:tcPr>
            <w:tcW w:type="dxa" w:w="1728"/>
          </w:tcPr>
          <w:p>
            <w:r>
              <w:t>Jale</w:t>
            </w:r>
          </w:p>
        </w:tc>
        <w:tc>
          <w:tcPr>
            <w:tcW w:type="dxa" w:w="1728"/>
          </w:tcPr>
          <w:p>
            <w:r>
              <w:t>Haghshenas</w:t>
            </w:r>
          </w:p>
        </w:tc>
        <w:tc>
          <w:tcPr>
            <w:tcW w:type="dxa" w:w="1728"/>
          </w:tcPr>
          <w:p>
            <w:r>
              <w:t>akaaatyz</w:t>
            </w:r>
          </w:p>
        </w:tc>
        <w:tc>
          <w:tcPr>
            <w:tcW w:type="dxa" w:w="1728"/>
          </w:tcPr>
          <w:p>
            <w:r>
              <w:t>همگام براى كانون</w:t>
            </w:r>
          </w:p>
        </w:tc>
      </w:tr>
      <w:tr>
        <w:tc>
          <w:tcPr>
            <w:tcW w:type="dxa" w:w="1728"/>
          </w:tcPr>
          <w:p>
            <w:r>
              <w:t>91*209*077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همگام براى كانون</w:t>
            </w:r>
          </w:p>
        </w:tc>
      </w:tr>
      <w:tr>
        <w:tc>
          <w:tcPr>
            <w:tcW w:type="dxa" w:w="1728"/>
          </w:tcPr>
          <w:p>
            <w:r>
              <w:t>91273*02*7</w:t>
            </w:r>
          </w:p>
        </w:tc>
        <w:tc>
          <w:tcPr>
            <w:tcW w:type="dxa" w:w="1728"/>
          </w:tcPr>
          <w:p>
            <w:r>
              <w:t>شاهین</w:t>
            </w:r>
          </w:p>
        </w:tc>
        <w:tc>
          <w:tcPr>
            <w:tcW w:type="dxa" w:w="1728"/>
          </w:tcPr>
          <w:p>
            <w:r>
              <w:t>پزشک زاد</w:t>
            </w:r>
          </w:p>
        </w:tc>
        <w:tc>
          <w:tcPr>
            <w:tcW w:type="dxa" w:w="1728"/>
          </w:tcPr>
          <w:p>
            <w:r>
              <w:t>Shahinpezeshkzad</w:t>
            </w:r>
          </w:p>
        </w:tc>
        <w:tc>
          <w:tcPr>
            <w:tcW w:type="dxa" w:w="1728"/>
          </w:tcPr>
          <w:p>
            <w:r>
              <w:t>همگام براى كانون</w:t>
            </w:r>
          </w:p>
        </w:tc>
      </w:tr>
      <w:tr>
        <w:tc>
          <w:tcPr>
            <w:tcW w:type="dxa" w:w="1728"/>
          </w:tcPr>
          <w:p>
            <w:r>
              <w:t>91249*321*</w:t>
            </w:r>
          </w:p>
        </w:tc>
        <w:tc>
          <w:tcPr>
            <w:tcW w:type="dxa" w:w="1728"/>
          </w:tcPr>
          <w:p>
            <w:r>
              <w:t>S.</w:t>
            </w:r>
          </w:p>
        </w:tc>
        <w:tc>
          <w:tcPr>
            <w:tcW w:type="dxa" w:w="1728"/>
          </w:tcPr>
          <w:p>
            <w:r>
              <w:t>Safari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همگام براى كانون</w:t>
            </w:r>
          </w:p>
        </w:tc>
      </w:tr>
      <w:tr>
        <w:tc>
          <w:tcPr>
            <w:tcW w:type="dxa" w:w="1728"/>
          </w:tcPr>
          <w:p>
            <w:r>
              <w:t>9123192*70</w:t>
            </w:r>
          </w:p>
        </w:tc>
        <w:tc>
          <w:tcPr>
            <w:tcW w:type="dxa" w:w="1728"/>
          </w:tcPr>
          <w:p>
            <w:r>
              <w:t>fereshteh</w:t>
            </w:r>
          </w:p>
        </w:tc>
        <w:tc>
          <w:tcPr>
            <w:tcW w:type="dxa" w:w="1728"/>
          </w:tcPr>
          <w:p>
            <w:r>
              <w:t>shahrad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همگام براى كانون</w:t>
            </w:r>
          </w:p>
        </w:tc>
      </w:tr>
      <w:tr>
        <w:tc>
          <w:tcPr>
            <w:tcW w:type="dxa" w:w="1728"/>
          </w:tcPr>
          <w:p>
            <w:r>
              <w:t>91*1417*1*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همگام براى كانون</w:t>
            </w:r>
          </w:p>
        </w:tc>
      </w:tr>
      <w:tr>
        <w:tc>
          <w:tcPr>
            <w:tcW w:type="dxa" w:w="1728"/>
          </w:tcPr>
          <w:p>
            <w:r>
              <w:t>9124137*03</w:t>
            </w:r>
          </w:p>
        </w:tc>
        <w:tc>
          <w:tcPr>
            <w:tcW w:type="dxa" w:w="1728"/>
          </w:tcPr>
          <w:p>
            <w:r>
              <w:t>Hanie</w:t>
            </w:r>
          </w:p>
        </w:tc>
        <w:tc>
          <w:tcPr>
            <w:tcW w:type="dxa" w:w="1728"/>
          </w:tcPr>
          <w:p>
            <w:r>
              <w:t>Eslami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همگام براى كانون</w:t>
            </w:r>
          </w:p>
        </w:tc>
      </w:tr>
      <w:tr>
        <w:tc>
          <w:tcPr>
            <w:tcW w:type="dxa" w:w="1728"/>
          </w:tcPr>
          <w:p>
            <w:r>
              <w:t>9121247404</w:t>
            </w:r>
          </w:p>
        </w:tc>
        <w:tc>
          <w:tcPr>
            <w:tcW w:type="dxa" w:w="1728"/>
          </w:tcPr>
          <w:p>
            <w:r>
              <w:t>Hossein</w:t>
            </w:r>
          </w:p>
        </w:tc>
        <w:tc>
          <w:tcPr>
            <w:tcW w:type="dxa" w:w="1728"/>
          </w:tcPr>
          <w:p>
            <w:r>
              <w:t>Bigdeli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همگام براى كانون</w:t>
            </w:r>
          </w:p>
        </w:tc>
      </w:tr>
      <w:tr>
        <w:tc>
          <w:tcPr>
            <w:tcW w:type="dxa" w:w="1728"/>
          </w:tcPr>
          <w:p>
            <w:r>
              <w:t>912*7**0*7</w:t>
            </w:r>
          </w:p>
        </w:tc>
        <w:tc>
          <w:tcPr>
            <w:tcW w:type="dxa" w:w="1728"/>
          </w:tcPr>
          <w:p>
            <w:r>
              <w:t>اميرحسين</w:t>
            </w:r>
          </w:p>
        </w:tc>
        <w:tc>
          <w:tcPr>
            <w:tcW w:type="dxa" w:w="1728"/>
          </w:tcPr>
          <w:p>
            <w:r>
              <w:t>سهرابي</w:t>
            </w:r>
          </w:p>
        </w:tc>
        <w:tc>
          <w:tcPr>
            <w:tcW w:type="dxa" w:w="1728"/>
          </w:tcPr>
          <w:p>
            <w:r>
              <w:t>Sohrabiamirhosein</w:t>
            </w:r>
          </w:p>
        </w:tc>
        <w:tc>
          <w:tcPr>
            <w:tcW w:type="dxa" w:w="1728"/>
          </w:tcPr>
          <w:p>
            <w:r>
              <w:t>همگام براى كانون</w:t>
            </w:r>
          </w:p>
        </w:tc>
      </w:tr>
      <w:tr>
        <w:tc>
          <w:tcPr>
            <w:tcW w:type="dxa" w:w="1728"/>
          </w:tcPr>
          <w:p>
            <w:r>
              <w:t>91901739*9</w:t>
            </w:r>
          </w:p>
        </w:tc>
        <w:tc>
          <w:tcPr>
            <w:tcW w:type="dxa" w:w="1728"/>
          </w:tcPr>
          <w:p>
            <w:r>
              <w:t>❤🔱LaWyeR🔱❤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Daryanasim3969</w:t>
            </w:r>
          </w:p>
        </w:tc>
        <w:tc>
          <w:tcPr>
            <w:tcW w:type="dxa" w:w="1728"/>
          </w:tcPr>
          <w:p>
            <w:r>
              <w:t>همگام براى كانون</w:t>
            </w:r>
          </w:p>
        </w:tc>
      </w:tr>
      <w:tr>
        <w:tc>
          <w:tcPr>
            <w:tcW w:type="dxa" w:w="1728"/>
          </w:tcPr>
          <w:p>
            <w:r>
              <w:t>91211*1174</w:t>
            </w:r>
          </w:p>
        </w:tc>
        <w:tc>
          <w:tcPr>
            <w:tcW w:type="dxa" w:w="1728"/>
          </w:tcPr>
          <w:p>
            <w:r>
              <w:t>Amir Houshang</w:t>
            </w:r>
          </w:p>
        </w:tc>
        <w:tc>
          <w:tcPr>
            <w:tcW w:type="dxa" w:w="1728"/>
          </w:tcPr>
          <w:p>
            <w:r>
              <w:t>Pourbabaee</w:t>
            </w:r>
          </w:p>
        </w:tc>
        <w:tc>
          <w:tcPr>
            <w:tcW w:type="dxa" w:w="1728"/>
          </w:tcPr>
          <w:p>
            <w:r>
              <w:t>hPourbabaee</w:t>
            </w:r>
          </w:p>
        </w:tc>
        <w:tc>
          <w:tcPr>
            <w:tcW w:type="dxa" w:w="1728"/>
          </w:tcPr>
          <w:p>
            <w:r>
              <w:t>همگام براى كانون</w:t>
            </w:r>
          </w:p>
        </w:tc>
      </w:tr>
      <w:tr>
        <w:tc>
          <w:tcPr>
            <w:tcW w:type="dxa" w:w="1728"/>
          </w:tcPr>
          <w:p>
            <w:r>
              <w:t>919*7*2700</w:t>
            </w:r>
          </w:p>
        </w:tc>
        <w:tc>
          <w:tcPr>
            <w:tcW w:type="dxa" w:w="1728"/>
          </w:tcPr>
          <w:p>
            <w:r>
              <w:t>Milad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Miladpasbani</w:t>
            </w:r>
          </w:p>
        </w:tc>
        <w:tc>
          <w:tcPr>
            <w:tcW w:type="dxa" w:w="1728"/>
          </w:tcPr>
          <w:p>
            <w:r>
              <w:t>همگام براى كانون</w:t>
            </w:r>
          </w:p>
        </w:tc>
      </w:tr>
      <w:tr>
        <w:tc>
          <w:tcPr>
            <w:tcW w:type="dxa" w:w="1728"/>
          </w:tcPr>
          <w:p>
            <w:r>
              <w:t>91*99*9490</w:t>
            </w:r>
          </w:p>
        </w:tc>
        <w:tc>
          <w:tcPr>
            <w:tcW w:type="dxa" w:w="1728"/>
          </w:tcPr>
          <w:p>
            <w:r>
              <w:t>C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CyrusMuzaffarian</w:t>
            </w:r>
          </w:p>
        </w:tc>
        <w:tc>
          <w:tcPr>
            <w:tcW w:type="dxa" w:w="1728"/>
          </w:tcPr>
          <w:p>
            <w:r>
              <w:t>همگام براى كانون</w:t>
            </w:r>
          </w:p>
        </w:tc>
      </w:tr>
      <w:tr>
        <w:tc>
          <w:tcPr>
            <w:tcW w:type="dxa" w:w="1728"/>
          </w:tcPr>
          <w:p>
            <w:r>
              <w:t>912947*22*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همگام براى كانون</w:t>
            </w:r>
          </w:p>
        </w:tc>
      </w:tr>
      <w:tr>
        <w:tc>
          <w:tcPr>
            <w:tcW w:type="dxa" w:w="1728"/>
          </w:tcPr>
          <w:p>
            <w:r>
              <w:t>9191**4**2</w:t>
            </w:r>
          </w:p>
        </w:tc>
        <w:tc>
          <w:tcPr>
            <w:tcW w:type="dxa" w:w="1728"/>
          </w:tcPr>
          <w:p>
            <w:r>
              <w:t>masoumeh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همگام براى كانون</w:t>
            </w:r>
          </w:p>
        </w:tc>
      </w:tr>
      <w:tr>
        <w:tc>
          <w:tcPr>
            <w:tcW w:type="dxa" w:w="1728"/>
          </w:tcPr>
          <w:p>
            <w:r>
              <w:t>91270709*1</w:t>
            </w:r>
          </w:p>
        </w:tc>
        <w:tc>
          <w:tcPr>
            <w:tcW w:type="dxa" w:w="1728"/>
          </w:tcPr>
          <w:p>
            <w:r>
              <w:t>Navid Mirzababaei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همگام براى كانون</w:t>
            </w:r>
          </w:p>
        </w:tc>
      </w:tr>
      <w:tr>
        <w:tc>
          <w:tcPr>
            <w:tcW w:type="dxa" w:w="1728"/>
          </w:tcPr>
          <w:p>
            <w:r>
              <w:t>912109301*</w:t>
            </w:r>
          </w:p>
        </w:tc>
        <w:tc>
          <w:tcPr>
            <w:tcW w:type="dxa" w:w="1728"/>
          </w:tcPr>
          <w:p>
            <w:r>
              <w:t>Hosein</w:t>
            </w:r>
          </w:p>
        </w:tc>
        <w:tc>
          <w:tcPr>
            <w:tcW w:type="dxa" w:w="1728"/>
          </w:tcPr>
          <w:p>
            <w:r>
              <w:t>Taghimola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همگام براى كانون</w:t>
            </w:r>
          </w:p>
        </w:tc>
      </w:tr>
      <w:tr>
        <w:tc>
          <w:tcPr>
            <w:tcW w:type="dxa" w:w="1728"/>
          </w:tcPr>
          <w:p>
            <w:r>
              <w:t>9399*3*4**</w:t>
            </w:r>
          </w:p>
        </w:tc>
        <w:tc>
          <w:tcPr>
            <w:tcW w:type="dxa" w:w="1728"/>
          </w:tcPr>
          <w:p>
            <w:r>
              <w:t>محمد مهدوی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Law61m</w:t>
            </w:r>
          </w:p>
        </w:tc>
        <w:tc>
          <w:tcPr>
            <w:tcW w:type="dxa" w:w="1728"/>
          </w:tcPr>
          <w:p>
            <w:r>
              <w:t>همگام براى كانون</w:t>
            </w:r>
          </w:p>
        </w:tc>
      </w:tr>
      <w:tr>
        <w:tc>
          <w:tcPr>
            <w:tcW w:type="dxa" w:w="1728"/>
          </w:tcPr>
          <w:p>
            <w:r>
              <w:t>91212*2*17</w:t>
            </w:r>
          </w:p>
        </w:tc>
        <w:tc>
          <w:tcPr>
            <w:tcW w:type="dxa" w:w="1728"/>
          </w:tcPr>
          <w:p>
            <w:r>
              <w:t>Jalil</w:t>
            </w:r>
          </w:p>
        </w:tc>
        <w:tc>
          <w:tcPr>
            <w:tcW w:type="dxa" w:w="1728"/>
          </w:tcPr>
          <w:p>
            <w:r>
              <w:t>Maleki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همگام براى كانون</w:t>
            </w:r>
          </w:p>
        </w:tc>
      </w:tr>
      <w:tr>
        <w:tc>
          <w:tcPr>
            <w:tcW w:type="dxa" w:w="1728"/>
          </w:tcPr>
          <w:p>
            <w:r>
              <w:t>92171*3700</w:t>
            </w:r>
          </w:p>
        </w:tc>
        <w:tc>
          <w:tcPr>
            <w:tcW w:type="dxa" w:w="1728"/>
          </w:tcPr>
          <w:p>
            <w:r>
              <w:t>M.r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Mohammadtelegram1</w:t>
            </w:r>
          </w:p>
        </w:tc>
        <w:tc>
          <w:tcPr>
            <w:tcW w:type="dxa" w:w="1728"/>
          </w:tcPr>
          <w:p>
            <w:r>
              <w:t>همگام براى كانون</w:t>
            </w:r>
          </w:p>
        </w:tc>
      </w:tr>
      <w:tr>
        <w:tc>
          <w:tcPr>
            <w:tcW w:type="dxa" w:w="1728"/>
          </w:tcPr>
          <w:p>
            <w:r>
              <w:t>9332042377</w:t>
            </w:r>
          </w:p>
        </w:tc>
        <w:tc>
          <w:tcPr>
            <w:tcW w:type="dxa" w:w="1728"/>
          </w:tcPr>
          <w:p>
            <w:r>
              <w:t>ameri</w:t>
            </w:r>
          </w:p>
        </w:tc>
        <w:tc>
          <w:tcPr>
            <w:tcW w:type="dxa" w:w="1728"/>
          </w:tcPr>
          <w:p>
            <w:r>
              <w:t>2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همگام براى كانون</w:t>
            </w:r>
          </w:p>
        </w:tc>
      </w:tr>
      <w:tr>
        <w:tc>
          <w:tcPr>
            <w:tcW w:type="dxa" w:w="1728"/>
          </w:tcPr>
          <w:p>
            <w:r>
              <w:t>9122407704</w:t>
            </w:r>
          </w:p>
        </w:tc>
        <w:tc>
          <w:tcPr>
            <w:tcW w:type="dxa" w:w="1728"/>
          </w:tcPr>
          <w:p>
            <w:r>
              <w:t>Lawlivelove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lawlivelove</w:t>
            </w:r>
          </w:p>
        </w:tc>
        <w:tc>
          <w:tcPr>
            <w:tcW w:type="dxa" w:w="1728"/>
          </w:tcPr>
          <w:p>
            <w:r>
              <w:t>همگام براى كانون</w:t>
            </w:r>
          </w:p>
        </w:tc>
      </w:tr>
      <w:tr>
        <w:tc>
          <w:tcPr>
            <w:tcW w:type="dxa" w:w="1728"/>
          </w:tcPr>
          <w:p>
            <w:r>
              <w:t>91237*3**2</w:t>
            </w:r>
          </w:p>
        </w:tc>
        <w:tc>
          <w:tcPr>
            <w:tcW w:type="dxa" w:w="1728"/>
          </w:tcPr>
          <w:p>
            <w:r>
              <w:t>مهدی</w:t>
            </w:r>
          </w:p>
        </w:tc>
        <w:tc>
          <w:tcPr>
            <w:tcW w:type="dxa" w:w="1728"/>
          </w:tcPr>
          <w:p>
            <w:r>
              <w:t>زاهدی</w:t>
            </w:r>
          </w:p>
        </w:tc>
        <w:tc>
          <w:tcPr>
            <w:tcW w:type="dxa" w:w="1728"/>
          </w:tcPr>
          <w:p>
            <w:r>
              <w:t>Mahdi_zahedi_61</w:t>
            </w:r>
          </w:p>
        </w:tc>
        <w:tc>
          <w:tcPr>
            <w:tcW w:type="dxa" w:w="1728"/>
          </w:tcPr>
          <w:p>
            <w:r>
              <w:t>همگام براى كانون</w:t>
            </w:r>
          </w:p>
        </w:tc>
      </w:tr>
      <w:tr>
        <w:tc>
          <w:tcPr>
            <w:tcW w:type="dxa" w:w="1728"/>
          </w:tcPr>
          <w:p>
            <w:r>
              <w:t>912393*2**</w:t>
            </w:r>
          </w:p>
        </w:tc>
        <w:tc>
          <w:tcPr>
            <w:tcW w:type="dxa" w:w="1728"/>
          </w:tcPr>
          <w:p>
            <w:r>
              <w:t>Ayda</w:t>
            </w:r>
          </w:p>
        </w:tc>
        <w:tc>
          <w:tcPr>
            <w:tcW w:type="dxa" w:w="1728"/>
          </w:tcPr>
          <w:p>
            <w:r>
              <w:t>Amani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همگام براى كانون</w:t>
            </w:r>
          </w:p>
        </w:tc>
      </w:tr>
      <w:tr>
        <w:tc>
          <w:tcPr>
            <w:tcW w:type="dxa" w:w="1728"/>
          </w:tcPr>
          <w:p>
            <w:r>
              <w:t>912*7007**</w:t>
            </w:r>
          </w:p>
        </w:tc>
        <w:tc>
          <w:tcPr>
            <w:tcW w:type="dxa" w:w="1728"/>
          </w:tcPr>
          <w:p>
            <w:r>
              <w:t>Moloud.F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Maryampastry</w:t>
            </w:r>
          </w:p>
        </w:tc>
        <w:tc>
          <w:tcPr>
            <w:tcW w:type="dxa" w:w="1728"/>
          </w:tcPr>
          <w:p>
            <w:r>
              <w:t>همگام براى كانون</w:t>
            </w:r>
          </w:p>
        </w:tc>
      </w:tr>
      <w:tr>
        <w:tc>
          <w:tcPr>
            <w:tcW w:type="dxa" w:w="1728"/>
          </w:tcPr>
          <w:p>
            <w:r>
              <w:t>9149241230</w:t>
            </w:r>
          </w:p>
        </w:tc>
        <w:tc>
          <w:tcPr>
            <w:tcW w:type="dxa" w:w="1728"/>
          </w:tcPr>
          <w:p>
            <w:r>
              <w:t>وحید زندی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dhwu2727</w:t>
            </w:r>
          </w:p>
        </w:tc>
        <w:tc>
          <w:tcPr>
            <w:tcW w:type="dxa" w:w="1728"/>
          </w:tcPr>
          <w:p>
            <w:r>
              <w:t>همگام براى كانون</w:t>
            </w:r>
          </w:p>
        </w:tc>
      </w:tr>
      <w:tr>
        <w:tc>
          <w:tcPr>
            <w:tcW w:type="dxa" w:w="1728"/>
          </w:tcPr>
          <w:p>
            <w:r>
              <w:t>912***11*3</w:t>
            </w:r>
          </w:p>
        </w:tc>
        <w:tc>
          <w:tcPr>
            <w:tcW w:type="dxa" w:w="1728"/>
          </w:tcPr>
          <w:p>
            <w:r>
              <w:t>Maryam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Marigohari</w:t>
            </w:r>
          </w:p>
        </w:tc>
        <w:tc>
          <w:tcPr>
            <w:tcW w:type="dxa" w:w="1728"/>
          </w:tcPr>
          <w:p>
            <w:r>
              <w:t>همگام براى كانون</w:t>
            </w:r>
          </w:p>
        </w:tc>
      </w:tr>
      <w:tr>
        <w:tc>
          <w:tcPr>
            <w:tcW w:type="dxa" w:w="1728"/>
          </w:tcPr>
          <w:p>
            <w:r>
              <w:t>9121*0*22*</w:t>
            </w:r>
          </w:p>
        </w:tc>
        <w:tc>
          <w:tcPr>
            <w:tcW w:type="dxa" w:w="1728"/>
          </w:tcPr>
          <w:p>
            <w:r>
              <w:t>Fariborz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همگام براى كانون</w:t>
            </w:r>
          </w:p>
        </w:tc>
      </w:tr>
      <w:tr>
        <w:tc>
          <w:tcPr>
            <w:tcW w:type="dxa" w:w="1728"/>
          </w:tcPr>
          <w:p>
            <w:r>
              <w:t>9121202429</w:t>
            </w:r>
          </w:p>
        </w:tc>
        <w:tc>
          <w:tcPr>
            <w:tcW w:type="dxa" w:w="1728"/>
          </w:tcPr>
          <w:p>
            <w:r>
              <w:t>Tehrani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همگام براى كانون</w:t>
            </w:r>
          </w:p>
        </w:tc>
      </w:tr>
      <w:tr>
        <w:tc>
          <w:tcPr>
            <w:tcW w:type="dxa" w:w="1728"/>
          </w:tcPr>
          <w:p>
            <w:r>
              <w:t>9124**9937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Reza_Shahmohamadi</w:t>
            </w:r>
          </w:p>
        </w:tc>
        <w:tc>
          <w:tcPr>
            <w:tcW w:type="dxa" w:w="1728"/>
          </w:tcPr>
          <w:p>
            <w:r>
              <w:t>همگام براى كانون</w:t>
            </w:r>
          </w:p>
        </w:tc>
      </w:tr>
      <w:tr>
        <w:tc>
          <w:tcPr>
            <w:tcW w:type="dxa" w:w="1728"/>
          </w:tcPr>
          <w:p>
            <w:r>
              <w:t>9123400131</w:t>
            </w:r>
          </w:p>
        </w:tc>
        <w:tc>
          <w:tcPr>
            <w:tcW w:type="dxa" w:w="1728"/>
          </w:tcPr>
          <w:p>
            <w:r>
              <w:t>Mehdi</w:t>
            </w:r>
          </w:p>
        </w:tc>
        <w:tc>
          <w:tcPr>
            <w:tcW w:type="dxa" w:w="1728"/>
          </w:tcPr>
          <w:p>
            <w:r>
              <w:t>Karandish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همگام براى كانون</w:t>
            </w:r>
          </w:p>
        </w:tc>
      </w:tr>
      <w:tr>
        <w:tc>
          <w:tcPr>
            <w:tcW w:type="dxa" w:w="1728"/>
          </w:tcPr>
          <w:p>
            <w:r>
              <w:t>9122774974</w:t>
            </w:r>
          </w:p>
        </w:tc>
        <w:tc>
          <w:tcPr>
            <w:tcW w:type="dxa" w:w="1728"/>
          </w:tcPr>
          <w:p>
            <w:r>
              <w:t>. M</w:t>
            </w:r>
          </w:p>
        </w:tc>
        <w:tc>
          <w:tcPr>
            <w:tcW w:type="dxa" w:w="1728"/>
          </w:tcPr>
          <w:p>
            <w:r>
              <w:t>.</w:t>
            </w:r>
          </w:p>
        </w:tc>
        <w:tc>
          <w:tcPr>
            <w:tcW w:type="dxa" w:w="1728"/>
          </w:tcPr>
          <w:p>
            <w:r>
              <w:t>pmm_lawyer</w:t>
            </w:r>
          </w:p>
        </w:tc>
        <w:tc>
          <w:tcPr>
            <w:tcW w:type="dxa" w:w="1728"/>
          </w:tcPr>
          <w:p>
            <w:r>
              <w:t>همگام براى كانون</w:t>
            </w:r>
          </w:p>
        </w:tc>
      </w:tr>
      <w:tr>
        <w:tc>
          <w:tcPr>
            <w:tcW w:type="dxa" w:w="1728"/>
          </w:tcPr>
          <w:p>
            <w:r>
              <w:t>91211*0991</w:t>
            </w:r>
          </w:p>
        </w:tc>
        <w:tc>
          <w:tcPr>
            <w:tcW w:type="dxa" w:w="1728"/>
          </w:tcPr>
          <w:p>
            <w:r>
              <w:t>Sh.ghavimi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همگام براى كانون</w:t>
            </w:r>
          </w:p>
        </w:tc>
      </w:tr>
      <w:tr>
        <w:tc>
          <w:tcPr>
            <w:tcW w:type="dxa" w:w="1728"/>
          </w:tcPr>
          <w:p>
            <w:r>
              <w:t>9121334239</w:t>
            </w:r>
          </w:p>
        </w:tc>
        <w:tc>
          <w:tcPr>
            <w:tcW w:type="dxa" w:w="1728"/>
          </w:tcPr>
          <w:p>
            <w:r>
              <w:t>Baktash</w:t>
            </w:r>
          </w:p>
        </w:tc>
        <w:tc>
          <w:tcPr>
            <w:tcW w:type="dxa" w:w="1728"/>
          </w:tcPr>
          <w:p>
            <w:r>
              <w:t>Manoochehri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همگام براى كانون</w:t>
            </w:r>
          </w:p>
        </w:tc>
      </w:tr>
      <w:tr>
        <w:tc>
          <w:tcPr>
            <w:tcW w:type="dxa" w:w="1728"/>
          </w:tcPr>
          <w:p>
            <w:r>
              <w:t>9123213979</w:t>
            </w:r>
          </w:p>
        </w:tc>
        <w:tc>
          <w:tcPr>
            <w:tcW w:type="dxa" w:w="1728"/>
          </w:tcPr>
          <w:p>
            <w:r>
              <w:t>Roya</w:t>
            </w:r>
          </w:p>
        </w:tc>
        <w:tc>
          <w:tcPr>
            <w:tcW w:type="dxa" w:w="1728"/>
          </w:tcPr>
          <w:p>
            <w:r>
              <w:t>Jajarmi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همگام براى كانون</w:t>
            </w:r>
          </w:p>
        </w:tc>
      </w:tr>
      <w:tr>
        <w:tc>
          <w:tcPr>
            <w:tcW w:type="dxa" w:w="1728"/>
          </w:tcPr>
          <w:p>
            <w:r>
              <w:t>91111*04**</w:t>
            </w:r>
          </w:p>
        </w:tc>
        <w:tc>
          <w:tcPr>
            <w:tcW w:type="dxa" w:w="1728"/>
          </w:tcPr>
          <w:p>
            <w:r>
              <w:t>yasamin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همگام براى كانون</w:t>
            </w:r>
          </w:p>
        </w:tc>
      </w:tr>
      <w:tr>
        <w:tc>
          <w:tcPr>
            <w:tcW w:type="dxa" w:w="1728"/>
          </w:tcPr>
          <w:p>
            <w:r>
              <w:t>9124333*22</w:t>
            </w:r>
          </w:p>
        </w:tc>
        <w:tc>
          <w:tcPr>
            <w:tcW w:type="dxa" w:w="1728"/>
          </w:tcPr>
          <w:p>
            <w:r>
              <w:t>k.m.frn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faranaa22</w:t>
            </w:r>
          </w:p>
        </w:tc>
        <w:tc>
          <w:tcPr>
            <w:tcW w:type="dxa" w:w="1728"/>
          </w:tcPr>
          <w:p>
            <w:r>
              <w:t>همگام براى كانون</w:t>
            </w:r>
          </w:p>
        </w:tc>
      </w:tr>
      <w:tr>
        <w:tc>
          <w:tcPr>
            <w:tcW w:type="dxa" w:w="1728"/>
          </w:tcPr>
          <w:p>
            <w:r>
              <w:t>912103**79</w:t>
            </w:r>
          </w:p>
        </w:tc>
        <w:tc>
          <w:tcPr>
            <w:tcW w:type="dxa" w:w="1728"/>
          </w:tcPr>
          <w:p>
            <w:r>
              <w:t>توحید</w:t>
            </w:r>
          </w:p>
        </w:tc>
        <w:tc>
          <w:tcPr>
            <w:tcW w:type="dxa" w:w="1728"/>
          </w:tcPr>
          <w:p>
            <w:r>
              <w:t>بختیاری</w:t>
            </w:r>
          </w:p>
        </w:tc>
        <w:tc>
          <w:tcPr>
            <w:tcW w:type="dxa" w:w="1728"/>
          </w:tcPr>
          <w:p>
            <w:r>
              <w:t>TohidBakhtiary</w:t>
            </w:r>
          </w:p>
        </w:tc>
        <w:tc>
          <w:tcPr>
            <w:tcW w:type="dxa" w:w="1728"/>
          </w:tcPr>
          <w:p>
            <w:r>
              <w:t>همگام براى كانون</w:t>
            </w:r>
          </w:p>
        </w:tc>
      </w:tr>
      <w:tr>
        <w:tc>
          <w:tcPr>
            <w:tcW w:type="dxa" w:w="1728"/>
          </w:tcPr>
          <w:p>
            <w:r>
              <w:t>912*2*0**7</w:t>
            </w:r>
          </w:p>
        </w:tc>
        <w:tc>
          <w:tcPr>
            <w:tcW w:type="dxa" w:w="1728"/>
          </w:tcPr>
          <w:p>
            <w:r>
              <w:t>M.Mousavi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Shabestari1512</w:t>
            </w:r>
          </w:p>
        </w:tc>
        <w:tc>
          <w:tcPr>
            <w:tcW w:type="dxa" w:w="1728"/>
          </w:tcPr>
          <w:p>
            <w:r>
              <w:t>همگام براى كانون</w:t>
            </w:r>
          </w:p>
        </w:tc>
      </w:tr>
      <w:tr>
        <w:tc>
          <w:tcPr>
            <w:tcW w:type="dxa" w:w="1728"/>
          </w:tcPr>
          <w:p>
            <w:r>
              <w:t>912177*7*4</w:t>
            </w:r>
          </w:p>
        </w:tc>
        <w:tc>
          <w:tcPr>
            <w:tcW w:type="dxa" w:w="1728"/>
          </w:tcPr>
          <w:p>
            <w:r>
              <w:t>احمد</w:t>
            </w:r>
          </w:p>
        </w:tc>
        <w:tc>
          <w:tcPr>
            <w:tcW w:type="dxa" w:w="1728"/>
          </w:tcPr>
          <w:p>
            <w:r>
              <w:t>فاطمی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همگام براى كانون</w:t>
            </w:r>
          </w:p>
        </w:tc>
      </w:tr>
      <w:tr>
        <w:tc>
          <w:tcPr>
            <w:tcW w:type="dxa" w:w="1728"/>
          </w:tcPr>
          <w:p>
            <w:r>
              <w:t>93****77*9</w:t>
            </w:r>
          </w:p>
        </w:tc>
        <w:tc>
          <w:tcPr>
            <w:tcW w:type="dxa" w:w="1728"/>
          </w:tcPr>
          <w:p>
            <w:r>
              <w:t>Doosti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همگام براى كانون</w:t>
            </w:r>
          </w:p>
        </w:tc>
      </w:tr>
      <w:tr>
        <w:tc>
          <w:tcPr>
            <w:tcW w:type="dxa" w:w="1728"/>
          </w:tcPr>
          <w:p>
            <w:r>
              <w:t>9121*123*2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همگام براى كانون</w:t>
            </w:r>
          </w:p>
        </w:tc>
      </w:tr>
      <w:tr>
        <w:tc>
          <w:tcPr>
            <w:tcW w:type="dxa" w:w="1728"/>
          </w:tcPr>
          <w:p>
            <w:r>
              <w:t>912*1*27**</w:t>
            </w:r>
          </w:p>
        </w:tc>
        <w:tc>
          <w:tcPr>
            <w:tcW w:type="dxa" w:w="1728"/>
          </w:tcPr>
          <w:p>
            <w:r>
              <w:t>?عمويي ?</w:t>
            </w:r>
          </w:p>
        </w:tc>
        <w:tc>
          <w:tcPr>
            <w:tcW w:type="dxa" w:w="1728"/>
          </w:tcPr>
          <w:p>
            <w:r>
              <w:t>استاد دانشگاه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همگام براى كانون</w:t>
            </w:r>
          </w:p>
        </w:tc>
      </w:tr>
      <w:tr>
        <w:tc>
          <w:tcPr>
            <w:tcW w:type="dxa" w:w="1728"/>
          </w:tcPr>
          <w:p>
            <w:r>
              <w:t>9122*7*307</w:t>
            </w:r>
          </w:p>
        </w:tc>
        <w:tc>
          <w:tcPr>
            <w:tcW w:type="dxa" w:w="1728"/>
          </w:tcPr>
          <w:p>
            <w:r>
              <w:t>M.</w:t>
            </w:r>
          </w:p>
        </w:tc>
        <w:tc>
          <w:tcPr>
            <w:tcW w:type="dxa" w:w="1728"/>
          </w:tcPr>
          <w:p>
            <w:r>
              <w:t>Hosein nejad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همگام براى كانون</w:t>
            </w:r>
          </w:p>
        </w:tc>
      </w:tr>
      <w:tr>
        <w:tc>
          <w:tcPr>
            <w:tcW w:type="dxa" w:w="1728"/>
          </w:tcPr>
          <w:p>
            <w:r>
              <w:t>91***400*4</w:t>
            </w:r>
          </w:p>
        </w:tc>
        <w:tc>
          <w:tcPr>
            <w:tcW w:type="dxa" w:w="1728"/>
          </w:tcPr>
          <w:p>
            <w:r>
              <w:t>S.amir</w:t>
            </w:r>
          </w:p>
        </w:tc>
        <w:tc>
          <w:tcPr>
            <w:tcW w:type="dxa" w:w="1728"/>
          </w:tcPr>
          <w:p>
            <w:r>
              <w:t>Hp4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همگام براى كانون</w:t>
            </w:r>
          </w:p>
        </w:tc>
      </w:tr>
      <w:tr>
        <w:tc>
          <w:tcPr>
            <w:tcW w:type="dxa" w:w="1728"/>
          </w:tcPr>
          <w:p>
            <w:r>
              <w:t>912349***3</w:t>
            </w:r>
          </w:p>
        </w:tc>
        <w:tc>
          <w:tcPr>
            <w:tcW w:type="dxa" w:w="1728"/>
          </w:tcPr>
          <w:p>
            <w:r>
              <w:t>اسماعیل</w:t>
            </w:r>
          </w:p>
        </w:tc>
        <w:tc>
          <w:tcPr>
            <w:tcW w:type="dxa" w:w="1728"/>
          </w:tcPr>
          <w:p>
            <w:r>
              <w:t>نام آور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همگام براى كانون</w:t>
            </w:r>
          </w:p>
        </w:tc>
      </w:tr>
      <w:tr>
        <w:tc>
          <w:tcPr>
            <w:tcW w:type="dxa" w:w="1728"/>
          </w:tcPr>
          <w:p>
            <w:r>
              <w:t>9123204*29</w:t>
            </w:r>
          </w:p>
        </w:tc>
        <w:tc>
          <w:tcPr>
            <w:tcW w:type="dxa" w:w="1728"/>
          </w:tcPr>
          <w:p>
            <w:r>
              <w:t>hamid</w:t>
            </w:r>
          </w:p>
        </w:tc>
        <w:tc>
          <w:tcPr>
            <w:tcW w:type="dxa" w:w="1728"/>
          </w:tcPr>
          <w:p>
            <w:r>
              <w:t>badeleh</w:t>
            </w:r>
          </w:p>
        </w:tc>
        <w:tc>
          <w:tcPr>
            <w:tcW w:type="dxa" w:w="1728"/>
          </w:tcPr>
          <w:p>
            <w:r>
              <w:t>Hamid_badeleh</w:t>
            </w:r>
          </w:p>
        </w:tc>
        <w:tc>
          <w:tcPr>
            <w:tcW w:type="dxa" w:w="1728"/>
          </w:tcPr>
          <w:p>
            <w:r>
              <w:t>همگام براى كانون</w:t>
            </w:r>
          </w:p>
        </w:tc>
      </w:tr>
      <w:tr>
        <w:tc>
          <w:tcPr>
            <w:tcW w:type="dxa" w:w="1728"/>
          </w:tcPr>
          <w:p>
            <w:r>
              <w:t>91214*****</w:t>
            </w:r>
          </w:p>
        </w:tc>
        <w:tc>
          <w:tcPr>
            <w:tcW w:type="dxa" w:w="1728"/>
          </w:tcPr>
          <w:p>
            <w:r>
              <w:t>Mofid</w:t>
            </w:r>
          </w:p>
        </w:tc>
        <w:tc>
          <w:tcPr>
            <w:tcW w:type="dxa" w:w="1728"/>
          </w:tcPr>
          <w:p>
            <w:r>
              <w:t>Kalantarian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همگام براى كانون</w:t>
            </w:r>
          </w:p>
        </w:tc>
      </w:tr>
      <w:tr>
        <w:tc>
          <w:tcPr>
            <w:tcW w:type="dxa" w:w="1728"/>
          </w:tcPr>
          <w:p>
            <w:r>
              <w:t>9121120203</w:t>
            </w:r>
          </w:p>
        </w:tc>
        <w:tc>
          <w:tcPr>
            <w:tcW w:type="dxa" w:w="1728"/>
          </w:tcPr>
          <w:p>
            <w:r>
              <w:t>M.Ali</w:t>
            </w:r>
          </w:p>
        </w:tc>
        <w:tc>
          <w:tcPr>
            <w:tcW w:type="dxa" w:w="1728"/>
          </w:tcPr>
          <w:p>
            <w:r>
              <w:t>Parviz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همگام براى كانون</w:t>
            </w:r>
          </w:p>
        </w:tc>
      </w:tr>
      <w:tr>
        <w:tc>
          <w:tcPr>
            <w:tcW w:type="dxa" w:w="1728"/>
          </w:tcPr>
          <w:p>
            <w:r>
              <w:t>9121*129*2</w:t>
            </w:r>
          </w:p>
        </w:tc>
        <w:tc>
          <w:tcPr>
            <w:tcW w:type="dxa" w:w="1728"/>
          </w:tcPr>
          <w:p>
            <w:r>
              <w:t>نورزاده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همگام براى كانون</w:t>
            </w:r>
          </w:p>
        </w:tc>
      </w:tr>
      <w:tr>
        <w:tc>
          <w:tcPr>
            <w:tcW w:type="dxa" w:w="1728"/>
          </w:tcPr>
          <w:p>
            <w:r>
              <w:t>9122*3*499</w:t>
            </w:r>
          </w:p>
        </w:tc>
        <w:tc>
          <w:tcPr>
            <w:tcW w:type="dxa" w:w="1728"/>
          </w:tcPr>
          <w:p>
            <w:r>
              <w:t>Nahid</w:t>
            </w:r>
          </w:p>
        </w:tc>
        <w:tc>
          <w:tcPr>
            <w:tcW w:type="dxa" w:w="1728"/>
          </w:tcPr>
          <w:p>
            <w:r>
              <w:t>Koochakinia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همگام براى كانون</w:t>
            </w:r>
          </w:p>
        </w:tc>
      </w:tr>
      <w:tr>
        <w:tc>
          <w:tcPr>
            <w:tcW w:type="dxa" w:w="1728"/>
          </w:tcPr>
          <w:p>
            <w:r>
              <w:t>91239**479</w:t>
            </w:r>
          </w:p>
        </w:tc>
        <w:tc>
          <w:tcPr>
            <w:tcW w:type="dxa" w:w="1728"/>
          </w:tcPr>
          <w:p>
            <w:r>
              <w:t>Nabi</w:t>
            </w:r>
          </w:p>
        </w:tc>
        <w:tc>
          <w:tcPr>
            <w:tcW w:type="dxa" w:w="1728"/>
          </w:tcPr>
          <w:p>
            <w:r>
              <w:t>Nabi</w:t>
            </w:r>
          </w:p>
        </w:tc>
        <w:tc>
          <w:tcPr>
            <w:tcW w:type="dxa" w:w="1728"/>
          </w:tcPr>
          <w:p>
            <w:r>
              <w:t>Khatoon_nabi</w:t>
            </w:r>
          </w:p>
        </w:tc>
        <w:tc>
          <w:tcPr>
            <w:tcW w:type="dxa" w:w="1728"/>
          </w:tcPr>
          <w:p>
            <w:r>
              <w:t>همگام براى كانون</w:t>
            </w:r>
          </w:p>
        </w:tc>
      </w:tr>
      <w:tr>
        <w:tc>
          <w:tcPr>
            <w:tcW w:type="dxa" w:w="1728"/>
          </w:tcPr>
          <w:p>
            <w:r>
              <w:t>912439493*</w:t>
            </w:r>
          </w:p>
        </w:tc>
        <w:tc>
          <w:tcPr>
            <w:tcW w:type="dxa" w:w="1728"/>
          </w:tcPr>
          <w:p>
            <w:r>
              <w:t>سمیرا</w:t>
            </w:r>
          </w:p>
        </w:tc>
        <w:tc>
          <w:tcPr>
            <w:tcW w:type="dxa" w:w="1728"/>
          </w:tcPr>
          <w:p>
            <w:r>
              <w:t>نصیری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همگام براى كانون</w:t>
            </w:r>
          </w:p>
        </w:tc>
      </w:tr>
      <w:tr>
        <w:tc>
          <w:tcPr>
            <w:tcW w:type="dxa" w:w="1728"/>
          </w:tcPr>
          <w:p>
            <w:r>
              <w:t>93**20*230</w:t>
            </w:r>
          </w:p>
        </w:tc>
        <w:tc>
          <w:tcPr>
            <w:tcW w:type="dxa" w:w="1728"/>
          </w:tcPr>
          <w:p>
            <w:r>
              <w:t>k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همگام براى كانون</w:t>
            </w:r>
          </w:p>
        </w:tc>
      </w:tr>
      <w:tr>
        <w:tc>
          <w:tcPr>
            <w:tcW w:type="dxa" w:w="1728"/>
          </w:tcPr>
          <w:p>
            <w:r>
              <w:t>9123033473</w:t>
            </w:r>
          </w:p>
        </w:tc>
        <w:tc>
          <w:tcPr>
            <w:tcW w:type="dxa" w:w="1728"/>
          </w:tcPr>
          <w:p>
            <w:r>
              <w:t>Hamid</w:t>
            </w:r>
          </w:p>
        </w:tc>
        <w:tc>
          <w:tcPr>
            <w:tcW w:type="dxa" w:w="1728"/>
          </w:tcPr>
          <w:p>
            <w:r>
              <w:t>Jafarzadeh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همگام براى كانون</w:t>
            </w:r>
          </w:p>
        </w:tc>
      </w:tr>
      <w:tr>
        <w:tc>
          <w:tcPr>
            <w:tcW w:type="dxa" w:w="1728"/>
          </w:tcPr>
          <w:p>
            <w:r>
              <w:t>912*9*91**</w:t>
            </w:r>
          </w:p>
        </w:tc>
        <w:tc>
          <w:tcPr>
            <w:tcW w:type="dxa" w:w="1728"/>
          </w:tcPr>
          <w:p>
            <w:r>
              <w:t>Moeineh</w:t>
            </w:r>
          </w:p>
        </w:tc>
        <w:tc>
          <w:tcPr>
            <w:tcW w:type="dxa" w:w="1728"/>
          </w:tcPr>
          <w:p>
            <w:r>
              <w:t>Ebrahimian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همگام براى كانون</w:t>
            </w:r>
          </w:p>
        </w:tc>
      </w:tr>
      <w:tr>
        <w:tc>
          <w:tcPr>
            <w:tcW w:type="dxa" w:w="1728"/>
          </w:tcPr>
          <w:p>
            <w:r>
              <w:t>9121209712</w:t>
            </w:r>
          </w:p>
        </w:tc>
        <w:tc>
          <w:tcPr>
            <w:tcW w:type="dxa" w:w="1728"/>
          </w:tcPr>
          <w:p>
            <w:r>
              <w:t>محمدرضا ملاحسنى فراهانى مجدآبادى كهنه</w:t>
            </w:r>
          </w:p>
        </w:tc>
        <w:tc>
          <w:tcPr>
            <w:tcW w:type="dxa" w:w="1728"/>
          </w:tcPr>
          <w:p>
            <w:r>
              <w:t>@Mohamadreza molahasani farahani majdabadi kohne ❤️🌹🙏💚➕💚🙏🌹</w:t>
            </w:r>
          </w:p>
        </w:tc>
        <w:tc>
          <w:tcPr>
            <w:tcW w:type="dxa" w:w="1728"/>
          </w:tcPr>
          <w:p>
            <w:r>
              <w:t>mohammadreza09121209712</w:t>
            </w:r>
          </w:p>
        </w:tc>
        <w:tc>
          <w:tcPr>
            <w:tcW w:type="dxa" w:w="1728"/>
          </w:tcPr>
          <w:p>
            <w:r>
              <w:t>همگام براى كانون</w:t>
            </w:r>
          </w:p>
        </w:tc>
      </w:tr>
      <w:tr>
        <w:tc>
          <w:tcPr>
            <w:tcW w:type="dxa" w:w="1728"/>
          </w:tcPr>
          <w:p>
            <w:r>
              <w:t>912730*303</w:t>
            </w:r>
          </w:p>
        </w:tc>
        <w:tc>
          <w:tcPr>
            <w:tcW w:type="dxa" w:w="1728"/>
          </w:tcPr>
          <w:p>
            <w:r>
              <w:t>dr.amirosein basiri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amiroseinbasiri</w:t>
            </w:r>
          </w:p>
        </w:tc>
        <w:tc>
          <w:tcPr>
            <w:tcW w:type="dxa" w:w="1728"/>
          </w:tcPr>
          <w:p>
            <w:r>
              <w:t>همگام براى كانون</w:t>
            </w:r>
          </w:p>
        </w:tc>
      </w:tr>
      <w:tr>
        <w:tc>
          <w:tcPr>
            <w:tcW w:type="dxa" w:w="1728"/>
          </w:tcPr>
          <w:p>
            <w:r>
              <w:t>9039*1*04*</w:t>
            </w:r>
          </w:p>
        </w:tc>
        <w:tc>
          <w:tcPr>
            <w:tcW w:type="dxa" w:w="1728"/>
          </w:tcPr>
          <w:p>
            <w:r>
              <w:t>Lawyer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همگام براى كانون</w:t>
            </w:r>
          </w:p>
        </w:tc>
      </w:tr>
      <w:tr>
        <w:tc>
          <w:tcPr>
            <w:tcW w:type="dxa" w:w="1728"/>
          </w:tcPr>
          <w:p>
            <w:r>
              <w:t>9121272*49</w:t>
            </w:r>
          </w:p>
        </w:tc>
        <w:tc>
          <w:tcPr>
            <w:tcW w:type="dxa" w:w="1728"/>
          </w:tcPr>
          <w:p>
            <w:r>
              <w:t>Mostafa</w:t>
            </w:r>
          </w:p>
        </w:tc>
        <w:tc>
          <w:tcPr>
            <w:tcW w:type="dxa" w:w="1728"/>
          </w:tcPr>
          <w:p>
            <w:r>
              <w:t>Mousavi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همگام براى كانون</w:t>
            </w:r>
          </w:p>
        </w:tc>
      </w:tr>
      <w:tr>
        <w:tc>
          <w:tcPr>
            <w:tcW w:type="dxa" w:w="1728"/>
          </w:tcPr>
          <w:p>
            <w:r>
              <w:t>939**40710</w:t>
            </w:r>
          </w:p>
        </w:tc>
        <w:tc>
          <w:tcPr>
            <w:tcW w:type="dxa" w:w="1728"/>
          </w:tcPr>
          <w:p>
            <w:r>
              <w:t>ارامش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همگام براى كانون</w:t>
            </w:r>
          </w:p>
        </w:tc>
      </w:tr>
      <w:tr>
        <w:tc>
          <w:tcPr>
            <w:tcW w:type="dxa" w:w="1728"/>
          </w:tcPr>
          <w:p>
            <w:r>
              <w:t>9121971447</w:t>
            </w:r>
          </w:p>
        </w:tc>
        <w:tc>
          <w:tcPr>
            <w:tcW w:type="dxa" w:w="1728"/>
          </w:tcPr>
          <w:p>
            <w:r>
              <w:t>Amir Saed</w:t>
            </w:r>
          </w:p>
        </w:tc>
        <w:tc>
          <w:tcPr>
            <w:tcW w:type="dxa" w:w="1728"/>
          </w:tcPr>
          <w:p>
            <w:r>
              <w:t>Vakil</w:t>
            </w:r>
          </w:p>
        </w:tc>
        <w:tc>
          <w:tcPr>
            <w:tcW w:type="dxa" w:w="1728"/>
          </w:tcPr>
          <w:p>
            <w:r>
              <w:t>AmirSaedVakil</w:t>
            </w:r>
          </w:p>
        </w:tc>
        <w:tc>
          <w:tcPr>
            <w:tcW w:type="dxa" w:w="1728"/>
          </w:tcPr>
          <w:p>
            <w:r>
              <w:t>همگام براى كانون</w:t>
            </w:r>
          </w:p>
        </w:tc>
      </w:tr>
      <w:tr>
        <w:tc>
          <w:tcPr>
            <w:tcW w:type="dxa" w:w="1728"/>
          </w:tcPr>
          <w:p>
            <w:r>
              <w:t>9390*0*3*7</w:t>
            </w:r>
          </w:p>
        </w:tc>
        <w:tc>
          <w:tcPr>
            <w:tcW w:type="dxa" w:w="1728"/>
          </w:tcPr>
          <w:p>
            <w:r>
              <w:t>Ahad</w:t>
            </w:r>
          </w:p>
        </w:tc>
        <w:tc>
          <w:tcPr>
            <w:tcW w:type="dxa" w:w="1728"/>
          </w:tcPr>
          <w:p>
            <w:r>
              <w:t>Shahi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همگام براى كانون</w:t>
            </w:r>
          </w:p>
        </w:tc>
      </w:tr>
      <w:tr>
        <w:tc>
          <w:tcPr>
            <w:tcW w:type="dxa" w:w="1728"/>
          </w:tcPr>
          <w:p>
            <w:r>
              <w:t>91291**4**</w:t>
            </w:r>
          </w:p>
        </w:tc>
        <w:tc>
          <w:tcPr>
            <w:tcW w:type="dxa" w:w="1728"/>
          </w:tcPr>
          <w:p>
            <w:r>
              <w:t>Hossein</w:t>
            </w:r>
          </w:p>
        </w:tc>
        <w:tc>
          <w:tcPr>
            <w:tcW w:type="dxa" w:w="1728"/>
          </w:tcPr>
          <w:p>
            <w:r>
              <w:t>Ramezani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همگام براى كانون</w:t>
            </w:r>
          </w:p>
        </w:tc>
      </w:tr>
      <w:tr>
        <w:tc>
          <w:tcPr>
            <w:tcW w:type="dxa" w:w="1728"/>
          </w:tcPr>
          <w:p>
            <w:r>
              <w:t>912317*3**</w:t>
            </w:r>
          </w:p>
        </w:tc>
        <w:tc>
          <w:tcPr>
            <w:tcW w:type="dxa" w:w="1728"/>
          </w:tcPr>
          <w:p>
            <w:r>
              <w:t>Shaghayegh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همگام براى كانون</w:t>
            </w:r>
          </w:p>
        </w:tc>
      </w:tr>
      <w:tr>
        <w:tc>
          <w:tcPr>
            <w:tcW w:type="dxa" w:w="1728"/>
          </w:tcPr>
          <w:p>
            <w:r>
              <w:t>9124*31*43</w:t>
            </w:r>
          </w:p>
        </w:tc>
        <w:tc>
          <w:tcPr>
            <w:tcW w:type="dxa" w:w="1728"/>
          </w:tcPr>
          <w:p>
            <w:r>
              <w:t>A.m.kh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همگام براى كانون</w:t>
            </w:r>
          </w:p>
        </w:tc>
      </w:tr>
      <w:tr>
        <w:tc>
          <w:tcPr>
            <w:tcW w:type="dxa" w:w="1728"/>
          </w:tcPr>
          <w:p>
            <w:r>
              <w:t>912**907**</w:t>
            </w:r>
          </w:p>
        </w:tc>
        <w:tc>
          <w:tcPr>
            <w:tcW w:type="dxa" w:w="1728"/>
          </w:tcPr>
          <w:p>
            <w:r>
              <w:t>Lawyer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kordi_sls</w:t>
            </w:r>
          </w:p>
        </w:tc>
        <w:tc>
          <w:tcPr>
            <w:tcW w:type="dxa" w:w="1728"/>
          </w:tcPr>
          <w:p>
            <w:r>
              <w:t>همگام براى كانون</w:t>
            </w:r>
          </w:p>
        </w:tc>
      </w:tr>
      <w:tr>
        <w:tc>
          <w:tcPr>
            <w:tcW w:type="dxa" w:w="1728"/>
          </w:tcPr>
          <w:p>
            <w:r>
              <w:t>9123130917</w:t>
            </w:r>
          </w:p>
        </w:tc>
        <w:tc>
          <w:tcPr>
            <w:tcW w:type="dxa" w:w="1728"/>
          </w:tcPr>
          <w:p>
            <w:r>
              <w:t>Y</w:t>
            </w:r>
          </w:p>
        </w:tc>
        <w:tc>
          <w:tcPr>
            <w:tcW w:type="dxa" w:w="1728"/>
          </w:tcPr>
          <w:p>
            <w:r>
              <w:t>.T</w:t>
            </w:r>
          </w:p>
        </w:tc>
        <w:tc>
          <w:tcPr>
            <w:tcW w:type="dxa" w:w="1728"/>
          </w:tcPr>
          <w:p>
            <w:r>
              <w:t>yasamantehrani22</w:t>
            </w:r>
          </w:p>
        </w:tc>
        <w:tc>
          <w:tcPr>
            <w:tcW w:type="dxa" w:w="1728"/>
          </w:tcPr>
          <w:p>
            <w:r>
              <w:t>همگام براى كانون</w:t>
            </w:r>
          </w:p>
        </w:tc>
      </w:tr>
      <w:tr>
        <w:tc>
          <w:tcPr>
            <w:tcW w:type="dxa" w:w="1728"/>
          </w:tcPr>
          <w:p>
            <w:r>
              <w:t>91210**30*</w:t>
            </w:r>
          </w:p>
        </w:tc>
        <w:tc>
          <w:tcPr>
            <w:tcW w:type="dxa" w:w="1728"/>
          </w:tcPr>
          <w:p>
            <w:r>
              <w:t>Ahmad asadi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همگام براى كانون</w:t>
            </w:r>
          </w:p>
        </w:tc>
      </w:tr>
      <w:tr>
        <w:tc>
          <w:tcPr>
            <w:tcW w:type="dxa" w:w="1728"/>
          </w:tcPr>
          <w:p>
            <w:r>
              <w:t>9123244230</w:t>
            </w:r>
          </w:p>
        </w:tc>
        <w:tc>
          <w:tcPr>
            <w:tcW w:type="dxa" w:w="1728"/>
          </w:tcPr>
          <w:p>
            <w:r>
              <w:t>Nasser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همگام براى كانون</w:t>
            </w:r>
          </w:p>
        </w:tc>
      </w:tr>
      <w:tr>
        <w:tc>
          <w:tcPr>
            <w:tcW w:type="dxa" w:w="1728"/>
          </w:tcPr>
          <w:p>
            <w:r>
              <w:t>91233**440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همگام براى كانون</w:t>
            </w:r>
          </w:p>
        </w:tc>
      </w:tr>
      <w:tr>
        <w:tc>
          <w:tcPr>
            <w:tcW w:type="dxa" w:w="1728"/>
          </w:tcPr>
          <w:p>
            <w:r>
              <w:t>912*22*32*</w:t>
            </w:r>
          </w:p>
        </w:tc>
        <w:tc>
          <w:tcPr>
            <w:tcW w:type="dxa" w:w="1728"/>
          </w:tcPr>
          <w:p>
            <w:r>
              <w:t>Sepideh</w:t>
            </w:r>
          </w:p>
        </w:tc>
        <w:tc>
          <w:tcPr>
            <w:tcW w:type="dxa" w:w="1728"/>
          </w:tcPr>
          <w:p>
            <w:r>
              <w:t>Ahmadi</w:t>
            </w:r>
          </w:p>
        </w:tc>
        <w:tc>
          <w:tcPr>
            <w:tcW w:type="dxa" w:w="1728"/>
          </w:tcPr>
          <w:p>
            <w:r>
              <w:t>sepiideh_ahmadi</w:t>
            </w:r>
          </w:p>
        </w:tc>
        <w:tc>
          <w:tcPr>
            <w:tcW w:type="dxa" w:w="1728"/>
          </w:tcPr>
          <w:p>
            <w:r>
              <w:t>همگام براى كانون</w:t>
            </w:r>
          </w:p>
        </w:tc>
      </w:tr>
      <w:tr>
        <w:tc>
          <w:tcPr>
            <w:tcW w:type="dxa" w:w="1728"/>
          </w:tcPr>
          <w:p>
            <w:r>
              <w:t>937*737*34</w:t>
            </w:r>
          </w:p>
        </w:tc>
        <w:tc>
          <w:tcPr>
            <w:tcW w:type="dxa" w:w="1728"/>
          </w:tcPr>
          <w:p>
            <w:r>
              <w:t>S.ebadi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armanshahr_966</w:t>
            </w:r>
          </w:p>
        </w:tc>
        <w:tc>
          <w:tcPr>
            <w:tcW w:type="dxa" w:w="1728"/>
          </w:tcPr>
          <w:p>
            <w:r>
              <w:t>همگام براى كانون</w:t>
            </w:r>
          </w:p>
        </w:tc>
      </w:tr>
      <w:tr>
        <w:tc>
          <w:tcPr>
            <w:tcW w:type="dxa" w:w="1728"/>
          </w:tcPr>
          <w:p>
            <w:r>
              <w:t>9121*9322*</w:t>
            </w:r>
          </w:p>
        </w:tc>
        <w:tc>
          <w:tcPr>
            <w:tcW w:type="dxa" w:w="1728"/>
          </w:tcPr>
          <w:p>
            <w:r>
              <w:t>Hadavandkhani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همگام براى كانون</w:t>
            </w:r>
          </w:p>
        </w:tc>
      </w:tr>
      <w:tr>
        <w:tc>
          <w:tcPr>
            <w:tcW w:type="dxa" w:w="1728"/>
          </w:tcPr>
          <w:p>
            <w:r>
              <w:t>9124939172</w:t>
            </w:r>
          </w:p>
        </w:tc>
        <w:tc>
          <w:tcPr>
            <w:tcW w:type="dxa" w:w="1728"/>
          </w:tcPr>
          <w:p>
            <w:r>
              <w:t>Elahe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E_AKHBARI424</w:t>
            </w:r>
          </w:p>
        </w:tc>
        <w:tc>
          <w:tcPr>
            <w:tcW w:type="dxa" w:w="1728"/>
          </w:tcPr>
          <w:p>
            <w:r>
              <w:t>همگام براى كانون</w:t>
            </w:r>
          </w:p>
        </w:tc>
      </w:tr>
      <w:tr>
        <w:tc>
          <w:tcPr>
            <w:tcW w:type="dxa" w:w="1728"/>
          </w:tcPr>
          <w:p>
            <w:r>
              <w:t>91234**232</w:t>
            </w:r>
          </w:p>
        </w:tc>
        <w:tc>
          <w:tcPr>
            <w:tcW w:type="dxa" w:w="1728"/>
          </w:tcPr>
          <w:p>
            <w:r>
              <w:t>A.p</w:t>
            </w:r>
          </w:p>
        </w:tc>
        <w:tc>
          <w:tcPr>
            <w:tcW w:type="dxa" w:w="1728"/>
          </w:tcPr>
          <w:p>
            <w:r>
              <w:t>Attorny at law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همگام براى كانون</w:t>
            </w:r>
          </w:p>
        </w:tc>
      </w:tr>
      <w:tr>
        <w:tc>
          <w:tcPr>
            <w:tcW w:type="dxa" w:w="1728"/>
          </w:tcPr>
          <w:p>
            <w:r>
              <w:t>93**937177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همگام براى كانون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همگام براى كانون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