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همکاران صنف الکتریک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همکاران صنف الکتریک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912*14*419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Aghaee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939314**20</w:t>
            </w:r>
          </w:p>
        </w:tc>
        <w:tc>
          <w:tcPr>
            <w:tcW w:type="dxa" w:w="1728"/>
          </w:tcPr>
          <w:p>
            <w:r>
              <w:t>Sjd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Master_cr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91*99**324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914309303*</w:t>
            </w:r>
          </w:p>
        </w:tc>
        <w:tc>
          <w:tcPr>
            <w:tcW w:type="dxa" w:w="1728"/>
          </w:tcPr>
          <w:p>
            <w:r>
              <w:t>zohrab</w:t>
            </w:r>
          </w:p>
        </w:tc>
        <w:tc>
          <w:tcPr>
            <w:tcW w:type="dxa" w:w="1728"/>
          </w:tcPr>
          <w:p>
            <w:r>
              <w:t>Ahmadian</w:t>
            </w:r>
          </w:p>
        </w:tc>
        <w:tc>
          <w:tcPr>
            <w:tcW w:type="dxa" w:w="1728"/>
          </w:tcPr>
          <w:p>
            <w:r>
              <w:t>zohrabahmadian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9199*1*10*</w:t>
            </w:r>
          </w:p>
        </w:tc>
        <w:tc>
          <w:tcPr>
            <w:tcW w:type="dxa" w:w="1728"/>
          </w:tcPr>
          <w:p>
            <w:r>
              <w:t>AliGolafrouz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Raya_electric1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912297*0*9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Vkl</w:t>
            </w:r>
          </w:p>
        </w:tc>
        <w:tc>
          <w:tcPr>
            <w:tcW w:type="dxa" w:w="1728"/>
          </w:tcPr>
          <w:p>
            <w:r>
              <w:t>omidvkl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9100974*70</w:t>
            </w:r>
          </w:p>
        </w:tc>
        <w:tc>
          <w:tcPr>
            <w:tcW w:type="dxa" w:w="1728"/>
          </w:tcPr>
          <w:p>
            <w:r>
              <w:t>•´¯•. ąℓί€ŋ .•´¯•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yeah1998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9143*74**0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91*71*01*3</w:t>
            </w:r>
          </w:p>
        </w:tc>
        <w:tc>
          <w:tcPr>
            <w:tcW w:type="dxa" w:w="1728"/>
          </w:tcPr>
          <w:p>
            <w:r>
              <w:t>سید احمد اسدزاده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912*933314</w:t>
            </w:r>
          </w:p>
        </w:tc>
        <w:tc>
          <w:tcPr>
            <w:tcW w:type="dxa" w:w="1728"/>
          </w:tcPr>
          <w:p>
            <w:r>
              <w:t>Kamal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9129741944</w:t>
            </w:r>
          </w:p>
        </w:tc>
        <w:tc>
          <w:tcPr>
            <w:tcW w:type="dxa" w:w="1728"/>
          </w:tcPr>
          <w:p>
            <w:r>
              <w:t>Reza 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rrmahdyar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91*314*37*</w:t>
            </w:r>
          </w:p>
        </w:tc>
        <w:tc>
          <w:tcPr>
            <w:tcW w:type="dxa" w:w="1728"/>
          </w:tcPr>
          <w:p>
            <w:r>
              <w:t>M&amp;k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93*239*9**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کارگزار</w:t>
            </w:r>
          </w:p>
        </w:tc>
        <w:tc>
          <w:tcPr>
            <w:tcW w:type="dxa" w:w="1728"/>
          </w:tcPr>
          <w:p>
            <w:r>
              <w:t>gymbesthossein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91*3003139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912*0102*3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Musavi</w:t>
            </w:r>
          </w:p>
        </w:tc>
        <w:tc>
          <w:tcPr>
            <w:tcW w:type="dxa" w:w="1728"/>
          </w:tcPr>
          <w:p>
            <w:r>
              <w:t>Ahmadmusavi42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91331412**</w:t>
            </w:r>
          </w:p>
        </w:tc>
        <w:tc>
          <w:tcPr>
            <w:tcW w:type="dxa" w:w="1728"/>
          </w:tcPr>
          <w:p>
            <w:r>
              <w:t>M@jid</w:t>
            </w:r>
          </w:p>
        </w:tc>
        <w:tc>
          <w:tcPr>
            <w:tcW w:type="dxa" w:w="1728"/>
          </w:tcPr>
          <w:p>
            <w:r>
              <w:t>Fattahi</w:t>
            </w:r>
          </w:p>
        </w:tc>
        <w:tc>
          <w:tcPr>
            <w:tcW w:type="dxa" w:w="1728"/>
          </w:tcPr>
          <w:p>
            <w:r>
              <w:t>majidfatahi63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93**0901*9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omidkheir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93*4*700*1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Nazeri</w:t>
            </w:r>
          </w:p>
        </w:tc>
        <w:tc>
          <w:tcPr>
            <w:tcW w:type="dxa" w:w="1728"/>
          </w:tcPr>
          <w:p>
            <w:r>
              <w:t>Reza63nazari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9107723732</w:t>
            </w:r>
          </w:p>
        </w:tc>
        <w:tc>
          <w:tcPr>
            <w:tcW w:type="dxa" w:w="1728"/>
          </w:tcPr>
          <w:p>
            <w:r>
              <w:t>Kala bargh 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MOHAMAD95013732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9122192273</w:t>
            </w:r>
          </w:p>
        </w:tc>
        <w:tc>
          <w:tcPr>
            <w:tcW w:type="dxa" w:w="1728"/>
          </w:tcPr>
          <w:p>
            <w:r>
              <w:t>.mo3i 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9131**42*7</w:t>
            </w:r>
          </w:p>
        </w:tc>
        <w:tc>
          <w:tcPr>
            <w:tcW w:type="dxa" w:w="1728"/>
          </w:tcPr>
          <w:p>
            <w:r>
              <w:t>غلامرضا</w:t>
            </w:r>
          </w:p>
        </w:tc>
        <w:tc>
          <w:tcPr>
            <w:tcW w:type="dxa" w:w="1728"/>
          </w:tcPr>
          <w:p>
            <w:r>
              <w:t>رفیعی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912923*2*2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>
              <w:t>zamanzade</w:t>
            </w:r>
          </w:p>
        </w:tc>
        <w:tc>
          <w:tcPr>
            <w:tcW w:type="dxa" w:w="1728"/>
          </w:tcPr>
          <w:p>
            <w:r>
              <w:t>matinzamanzadeh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90334*132*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>
              <w:t>صدر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9132*0**0*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Bahraini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91249204*7</w:t>
            </w:r>
          </w:p>
        </w:tc>
        <w:tc>
          <w:tcPr>
            <w:tcW w:type="dxa" w:w="1728"/>
          </w:tcPr>
          <w:p>
            <w:r>
              <w:t>Raminn</w:t>
            </w:r>
          </w:p>
        </w:tc>
        <w:tc>
          <w:tcPr>
            <w:tcW w:type="dxa" w:w="1728"/>
          </w:tcPr>
          <w:p>
            <w:r>
              <w:t>2008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9121370733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Hamid13560626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914*3*12*3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Pooya2511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93**2103*4</w:t>
            </w:r>
          </w:p>
        </w:tc>
        <w:tc>
          <w:tcPr>
            <w:tcW w:type="dxa" w:w="1728"/>
          </w:tcPr>
          <w:p>
            <w:r>
              <w:t>ali kamali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91*31**4*1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9307*1*7*1</w:t>
            </w:r>
          </w:p>
        </w:tc>
        <w:tc>
          <w:tcPr>
            <w:tcW w:type="dxa" w:w="1728"/>
          </w:tcPr>
          <w:p>
            <w:r>
              <w:t>صدیقی 😊دوربین مداربسته .دزدگیر</w:t>
            </w:r>
          </w:p>
        </w:tc>
        <w:tc>
          <w:tcPr>
            <w:tcW w:type="dxa" w:w="1728"/>
          </w:tcPr>
          <w:p>
            <w:r>
              <w:t>.کرکره برقی و......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9399**9731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esisafaa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912124*4*4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91*771**9*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919***4919</w:t>
            </w:r>
          </w:p>
        </w:tc>
        <w:tc>
          <w:tcPr>
            <w:tcW w:type="dxa" w:w="1728"/>
          </w:tcPr>
          <w:p>
            <w:r>
              <w:t>ZareⓂ️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Zarenikan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930**12*1*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فخرابادی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911100490*</w:t>
            </w:r>
          </w:p>
        </w:tc>
        <w:tc>
          <w:tcPr>
            <w:tcW w:type="dxa" w:w="1728"/>
          </w:tcPr>
          <w:p>
            <w:r>
              <w:t>A.arash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93910*0*11</w:t>
            </w:r>
          </w:p>
        </w:tc>
        <w:tc>
          <w:tcPr>
            <w:tcW w:type="dxa" w:w="1728"/>
          </w:tcPr>
          <w:p>
            <w:r>
              <w:t>Tv Jack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TVJACKco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9121790270</w:t>
            </w:r>
          </w:p>
        </w:tc>
        <w:tc>
          <w:tcPr>
            <w:tcW w:type="dxa" w:w="1728"/>
          </w:tcPr>
          <w:p>
            <w:r>
              <w:t>saiid</w:t>
            </w:r>
          </w:p>
        </w:tc>
        <w:tc>
          <w:tcPr>
            <w:tcW w:type="dxa" w:w="1728"/>
          </w:tcPr>
          <w:p>
            <w:r>
              <w:t>omran</w:t>
            </w:r>
          </w:p>
        </w:tc>
        <w:tc>
          <w:tcPr>
            <w:tcW w:type="dxa" w:w="1728"/>
          </w:tcPr>
          <w:p>
            <w:r>
              <w:t>a_saiid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91*24**3*3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Royan_elc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91***2*309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Laal</w:t>
            </w:r>
          </w:p>
        </w:tc>
        <w:tc>
          <w:tcPr>
            <w:tcW w:type="dxa" w:w="1728"/>
          </w:tcPr>
          <w:p>
            <w:r>
              <w:t>Hosseinlaal152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91440*32**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قویدل</w:t>
            </w:r>
          </w:p>
        </w:tc>
        <w:tc>
          <w:tcPr>
            <w:tcW w:type="dxa" w:w="1728"/>
          </w:tcPr>
          <w:p>
            <w:r>
              <w:t>hossein7ghavidel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91022317**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Hosein_didari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91421*7*00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91*3111107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لعل مظلوم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912379790*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Golbazian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91**0943*1</w:t>
            </w:r>
          </w:p>
        </w:tc>
        <w:tc>
          <w:tcPr>
            <w:tcW w:type="dxa" w:w="1728"/>
          </w:tcPr>
          <w:p>
            <w:r>
              <w:t>صبوری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Naeemsabori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91***0**9*</w:t>
            </w:r>
          </w:p>
        </w:tc>
        <w:tc>
          <w:tcPr>
            <w:tcW w:type="dxa" w:w="1728"/>
          </w:tcPr>
          <w:p>
            <w:r>
              <w:t>دفتر و نمایشگاه مرکزی جهان الکتریک -مشهد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Jahanelectric_mashhad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9129***49*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کاروان</w:t>
            </w:r>
          </w:p>
        </w:tc>
        <w:tc>
          <w:tcPr>
            <w:tcW w:type="dxa" w:w="1728"/>
          </w:tcPr>
          <w:p>
            <w:r>
              <w:t>Antenkarloox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93*74704*4</w:t>
            </w:r>
          </w:p>
        </w:tc>
        <w:tc>
          <w:tcPr>
            <w:tcW w:type="dxa" w:w="1728"/>
          </w:tcPr>
          <w:p>
            <w:r>
              <w:t>ʍɛɦɖɨ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mehka1399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93*974*9**</w:t>
            </w:r>
          </w:p>
        </w:tc>
        <w:tc>
          <w:tcPr>
            <w:tcW w:type="dxa" w:w="1728"/>
          </w:tcPr>
          <w:p>
            <w:r>
              <w:t>Mohammadlotfi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Mhdlotfi1371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93*94*0**2</w:t>
            </w:r>
          </w:p>
        </w:tc>
        <w:tc>
          <w:tcPr>
            <w:tcW w:type="dxa" w:w="1728"/>
          </w:tcPr>
          <w:p>
            <w:r>
              <w:t>مقدم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vm_935945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9129242*20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hefzy</w:t>
            </w:r>
          </w:p>
        </w:tc>
        <w:tc>
          <w:tcPr>
            <w:tcW w:type="dxa" w:w="1728"/>
          </w:tcPr>
          <w:p>
            <w:r>
              <w:t>mohammadhefzi1993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91*42*471*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A_s_R_o_M_toti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91901**092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Tehranparti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9014*77**7</w:t>
            </w:r>
          </w:p>
        </w:tc>
        <w:tc>
          <w:tcPr>
            <w:tcW w:type="dxa" w:w="1728"/>
          </w:tcPr>
          <w:p>
            <w:r>
              <w:t>👑ⓕⓐⓡⓩⓐⓓ⅞👑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f4ri_78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93***21*0*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91*3*219*7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9113*3931*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>
              <w:t>Ebrahimsoroush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91*723**40</w:t>
            </w:r>
          </w:p>
        </w:tc>
        <w:tc>
          <w:tcPr>
            <w:tcW w:type="dxa" w:w="1728"/>
          </w:tcPr>
          <w:p>
            <w:r>
              <w:t>Ⓜ️ MEMESMostafa</w:t>
            </w:r>
          </w:p>
        </w:tc>
        <w:tc>
          <w:tcPr>
            <w:tcW w:type="dxa" w:w="1728"/>
          </w:tcPr>
          <w:p>
            <w:r>
              <w:t>Dargahi</w:t>
            </w:r>
          </w:p>
        </w:tc>
        <w:tc>
          <w:tcPr>
            <w:tcW w:type="dxa" w:w="1728"/>
          </w:tcPr>
          <w:p>
            <w:r>
              <w:t>Dargahi3539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912497**19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Vahedi</w:t>
            </w:r>
          </w:p>
        </w:tc>
        <w:tc>
          <w:tcPr>
            <w:tcW w:type="dxa" w:w="1728"/>
          </w:tcPr>
          <w:p>
            <w:r>
              <w:t>Amir4975819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91*91*9439</w:t>
            </w:r>
          </w:p>
        </w:tc>
        <w:tc>
          <w:tcPr>
            <w:tcW w:type="dxa" w:w="1728"/>
          </w:tcPr>
          <w:p>
            <w:r>
              <w:t>فغانى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91**037794</w:t>
            </w:r>
          </w:p>
        </w:tc>
        <w:tc>
          <w:tcPr>
            <w:tcW w:type="dxa" w:w="1728"/>
          </w:tcPr>
          <w:p>
            <w:r>
              <w:t>الکتروآریا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9129794*29</w:t>
            </w:r>
          </w:p>
        </w:tc>
        <w:tc>
          <w:tcPr>
            <w:tcW w:type="dxa" w:w="1728"/>
          </w:tcPr>
          <w:p>
            <w:r>
              <w:t>✴βΔĦΜΔŇ✴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bahmany13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91*171233*</w:t>
            </w:r>
          </w:p>
        </w:tc>
        <w:tc>
          <w:tcPr>
            <w:tcW w:type="dxa" w:w="1728"/>
          </w:tcPr>
          <w:p>
            <w:r>
              <w:t>علی اصغر</w:t>
            </w:r>
          </w:p>
        </w:tc>
        <w:tc>
          <w:tcPr>
            <w:tcW w:type="dxa" w:w="1728"/>
          </w:tcPr>
          <w:p>
            <w:r>
              <w:t>بابائی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912*092***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Goodarzy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9122024*10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>
              <w:t>Alahyari.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91*1*79303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91212***09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90391**797</w:t>
            </w:r>
          </w:p>
        </w:tc>
        <w:tc>
          <w:tcPr>
            <w:tcW w:type="dxa" w:w="1728"/>
          </w:tcPr>
          <w:p>
            <w:r>
              <w:t>MehradAhan_IT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MehradAhan_IT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93*7374*90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Askari</w:t>
            </w:r>
          </w:p>
        </w:tc>
        <w:tc>
          <w:tcPr>
            <w:tcW w:type="dxa" w:w="1728"/>
          </w:tcPr>
          <w:p>
            <w:r>
              <w:t>RezaAs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93997071*9</w:t>
            </w:r>
          </w:p>
        </w:tc>
        <w:tc>
          <w:tcPr>
            <w:tcW w:type="dxa" w:w="1728"/>
          </w:tcPr>
          <w:p>
            <w:r>
              <w:t>Habibi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rashtvmax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91**1377*0</w:t>
            </w:r>
          </w:p>
        </w:tc>
        <w:tc>
          <w:tcPr>
            <w:tcW w:type="dxa" w:w="1728"/>
          </w:tcPr>
          <w:p>
            <w:r>
              <w:t>بابک</w:t>
            </w:r>
          </w:p>
        </w:tc>
        <w:tc>
          <w:tcPr>
            <w:tcW w:type="dxa" w:w="1728"/>
          </w:tcPr>
          <w:p>
            <w:r>
              <w:t>رمضانی</w:t>
            </w:r>
          </w:p>
        </w:tc>
        <w:tc>
          <w:tcPr>
            <w:tcW w:type="dxa" w:w="1728"/>
          </w:tcPr>
          <w:p>
            <w:r>
              <w:t>BabakRamezani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90131339*7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91*111**04</w:t>
            </w:r>
          </w:p>
        </w:tc>
        <w:tc>
          <w:tcPr>
            <w:tcW w:type="dxa" w:w="1728"/>
          </w:tcPr>
          <w:p>
            <w:r>
              <w:t>Asad 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asad202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93*4244474</w:t>
            </w:r>
          </w:p>
        </w:tc>
        <w:tc>
          <w:tcPr>
            <w:tcW w:type="dxa" w:w="1728"/>
          </w:tcPr>
          <w:p>
            <w:r>
              <w:t>Sed Ehsan</w:t>
            </w:r>
          </w:p>
        </w:tc>
        <w:tc>
          <w:tcPr>
            <w:tcW w:type="dxa" w:w="1728"/>
          </w:tcPr>
          <w:p>
            <w:r>
              <w:t>T.M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913130**30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9100*04033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Motei</w:t>
            </w:r>
          </w:p>
        </w:tc>
        <w:tc>
          <w:tcPr>
            <w:tcW w:type="dxa" w:w="1728"/>
          </w:tcPr>
          <w:p>
            <w:r>
              <w:t>aminmotei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91*321070*</w:t>
            </w:r>
          </w:p>
        </w:tc>
        <w:tc>
          <w:tcPr>
            <w:tcW w:type="dxa" w:w="1728"/>
          </w:tcPr>
          <w:p>
            <w:r>
              <w:t>J.GH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91702020*7</w:t>
            </w:r>
          </w:p>
        </w:tc>
        <w:tc>
          <w:tcPr>
            <w:tcW w:type="dxa" w:w="1728"/>
          </w:tcPr>
          <w:p>
            <w:r>
              <w:t>محمددهداری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  <w:tr>
        <w:tc>
          <w:tcPr>
            <w:tcW w:type="dxa" w:w="1728"/>
          </w:tcPr>
          <w:p>
            <w:r>
              <w:t>9121473023</w:t>
            </w:r>
          </w:p>
        </w:tc>
        <w:tc>
          <w:tcPr>
            <w:tcW w:type="dxa" w:w="1728"/>
          </w:tcPr>
          <w:p>
            <w:r>
              <w:t>سمنانی ۹۱۲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Semnanico</w:t>
            </w:r>
          </w:p>
        </w:tc>
        <w:tc>
          <w:tcPr>
            <w:tcW w:type="dxa" w:w="1728"/>
          </w:tcPr>
          <w:p>
            <w:r>
              <w:t>💡همکاران صنف الکتریک💡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همکاران صنف الکتریک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