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همنورد یاب ایران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همنورد یاب ایران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92129*1*4*</w:t>
            </w:r>
          </w:p>
        </w:tc>
        <w:tc>
          <w:tcPr>
            <w:tcW w:type="dxa" w:w="1728"/>
          </w:tcPr>
          <w:p>
            <w:r>
              <w:t>tarane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taranedb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91210*0*11</w:t>
            </w:r>
          </w:p>
        </w:tc>
        <w:tc>
          <w:tcPr>
            <w:tcW w:type="dxa" w:w="1728"/>
          </w:tcPr>
          <w:p>
            <w:r>
              <w:t>Abbas</w:t>
            </w:r>
          </w:p>
        </w:tc>
        <w:tc>
          <w:tcPr>
            <w:tcW w:type="dxa" w:w="1728"/>
          </w:tcPr>
          <w:p>
            <w:r>
              <w:t>Kharazi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912*1329*3</w:t>
            </w:r>
          </w:p>
        </w:tc>
        <w:tc>
          <w:tcPr>
            <w:tcW w:type="dxa" w:w="1728"/>
          </w:tcPr>
          <w:p>
            <w:r>
              <w:t>Rahim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Rahimrajabi613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99030*9930</w:t>
            </w:r>
          </w:p>
        </w:tc>
        <w:tc>
          <w:tcPr>
            <w:tcW w:type="dxa" w:w="1728"/>
          </w:tcPr>
          <w:p>
            <w:r>
              <w:t>Aryas</w:t>
            </w:r>
          </w:p>
        </w:tc>
        <w:tc>
          <w:tcPr>
            <w:tcW w:type="dxa" w:w="1728"/>
          </w:tcPr>
          <w:p>
            <w:r>
              <w:t>Kurdistani</w:t>
            </w:r>
          </w:p>
        </w:tc>
        <w:tc>
          <w:tcPr>
            <w:tcW w:type="dxa" w:w="1728"/>
          </w:tcPr>
          <w:p>
            <w:r>
              <w:t>Aryas_sh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91*37**2**</w:t>
            </w:r>
          </w:p>
        </w:tc>
        <w:tc>
          <w:tcPr>
            <w:tcW w:type="dxa" w:w="1728"/>
          </w:tcPr>
          <w:p>
            <w:r>
              <w:t>hadi 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91329*93*3</w:t>
            </w:r>
          </w:p>
        </w:tc>
        <w:tc>
          <w:tcPr>
            <w:tcW w:type="dxa" w:w="1728"/>
          </w:tcPr>
          <w:p>
            <w:r>
              <w:t>A.S.Y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9190937710</w:t>
            </w:r>
          </w:p>
        </w:tc>
        <w:tc>
          <w:tcPr>
            <w:tcW w:type="dxa" w:w="1728"/>
          </w:tcPr>
          <w:p>
            <w:r>
              <w:t>وحید رضا</w:t>
            </w:r>
          </w:p>
        </w:tc>
        <w:tc>
          <w:tcPr>
            <w:tcW w:type="dxa" w:w="1728"/>
          </w:tcPr>
          <w:p>
            <w:r>
              <w:t>نوری</w:t>
            </w:r>
          </w:p>
        </w:tc>
        <w:tc>
          <w:tcPr>
            <w:tcW w:type="dxa" w:w="1728"/>
          </w:tcPr>
          <w:p>
            <w:r>
              <w:t>aghavahid2014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91247*3*14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MarGhoddousi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91*2**4*00</w:t>
            </w:r>
          </w:p>
        </w:tc>
        <w:tc>
          <w:tcPr>
            <w:tcW w:type="dxa" w:w="1728"/>
          </w:tcPr>
          <w:p>
            <w:r>
              <w:t>Ahmad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9129173*07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91197*0*33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masoud_gharahjanloo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93*231**01</w:t>
            </w:r>
          </w:p>
        </w:tc>
        <w:tc>
          <w:tcPr>
            <w:tcW w:type="dxa" w:w="1728"/>
          </w:tcPr>
          <w:p>
            <w:r>
              <w:t>🍁 Rahele 🍁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Rahaaaaa27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93*714713*</w:t>
            </w:r>
          </w:p>
        </w:tc>
        <w:tc>
          <w:tcPr>
            <w:tcW w:type="dxa" w:w="1728"/>
          </w:tcPr>
          <w:p>
            <w:r>
              <w:t>behzad mlk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behzad_mlk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922710*203</w:t>
            </w:r>
          </w:p>
        </w:tc>
        <w:tc>
          <w:tcPr>
            <w:tcW w:type="dxa" w:w="1728"/>
          </w:tcPr>
          <w:p>
            <w:r>
              <w:t>Hamid 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Hamidrezaaahmadii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912937*0**</w:t>
            </w:r>
          </w:p>
        </w:tc>
        <w:tc>
          <w:tcPr>
            <w:tcW w:type="dxa" w:w="1728"/>
          </w:tcPr>
          <w:p>
            <w:r>
              <w:t>shahram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shahram1982iran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91*423*911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Brk</w:t>
            </w:r>
          </w:p>
        </w:tc>
        <w:tc>
          <w:tcPr>
            <w:tcW w:type="dxa" w:w="1728"/>
          </w:tcPr>
          <w:p>
            <w:r>
              <w:t>Abdoreza_Brk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937*912172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912430*43*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ABSM265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912**49*91</w:t>
            </w:r>
          </w:p>
        </w:tc>
        <w:tc>
          <w:tcPr>
            <w:tcW w:type="dxa" w:w="1728"/>
          </w:tcPr>
          <w:p>
            <w:r>
              <w:t>پروانه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parvaneh_ch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93727*****</w:t>
            </w:r>
          </w:p>
        </w:tc>
        <w:tc>
          <w:tcPr>
            <w:tcW w:type="dxa" w:w="1728"/>
          </w:tcPr>
          <w:p>
            <w:r>
              <w:t>Tima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Makorokoroske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9017*01771</w:t>
            </w:r>
          </w:p>
        </w:tc>
        <w:tc>
          <w:tcPr>
            <w:tcW w:type="dxa" w:w="1728"/>
          </w:tcPr>
          <w:p>
            <w:r>
              <w:t>@hiva.tatoo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Hivatatooo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937*41*2*2</w:t>
            </w:r>
          </w:p>
        </w:tc>
        <w:tc>
          <w:tcPr>
            <w:tcW w:type="dxa" w:w="1728"/>
          </w:tcPr>
          <w:p>
            <w:r>
              <w:t>kosarsadat</w:t>
            </w:r>
          </w:p>
        </w:tc>
        <w:tc>
          <w:tcPr>
            <w:tcW w:type="dxa" w:w="1728"/>
          </w:tcPr>
          <w:p>
            <w:r>
              <w:t>Hoseini</w:t>
            </w:r>
          </w:p>
        </w:tc>
        <w:tc>
          <w:tcPr>
            <w:tcW w:type="dxa" w:w="1728"/>
          </w:tcPr>
          <w:p>
            <w:r>
              <w:t>kosarsadathoseini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9371**7*3*</w:t>
            </w:r>
          </w:p>
        </w:tc>
        <w:tc>
          <w:tcPr>
            <w:tcW w:type="dxa" w:w="1728"/>
          </w:tcPr>
          <w:p>
            <w:r>
              <w:t>🖤🥀💔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Y0RGuNuM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933*3***0*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>
              <w:t>babaie</w:t>
            </w:r>
          </w:p>
        </w:tc>
        <w:tc>
          <w:tcPr>
            <w:tcW w:type="dxa" w:w="1728"/>
          </w:tcPr>
          <w:p>
            <w:r>
              <w:t>saeid_babaie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91*93*42*2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>
              <w:t>Musavi</w:t>
            </w:r>
          </w:p>
        </w:tc>
        <w:tc>
          <w:tcPr>
            <w:tcW w:type="dxa" w:w="1728"/>
          </w:tcPr>
          <w:p>
            <w:r>
              <w:t>musavi_hamid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919*3*7973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Mohammadabbasi6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930*1*14*7</w:t>
            </w:r>
          </w:p>
        </w:tc>
        <w:tc>
          <w:tcPr>
            <w:tcW w:type="dxa" w:w="1728"/>
          </w:tcPr>
          <w:p>
            <w:r>
              <w:t>Tm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91090*2*39</w:t>
            </w:r>
          </w:p>
        </w:tc>
        <w:tc>
          <w:tcPr>
            <w:tcW w:type="dxa" w:w="1728"/>
          </w:tcPr>
          <w:p>
            <w:r>
              <w:t>Aston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Soroush_danaeifar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91**421*3*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>
              <w:t>Mirzaei</w:t>
            </w:r>
          </w:p>
        </w:tc>
        <w:tc>
          <w:tcPr>
            <w:tcW w:type="dxa" w:w="1728"/>
          </w:tcPr>
          <w:p>
            <w:r>
              <w:t>Mirzaei6767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939*39*49*</w:t>
            </w:r>
          </w:p>
        </w:tc>
        <w:tc>
          <w:tcPr>
            <w:tcW w:type="dxa" w:w="1728"/>
          </w:tcPr>
          <w:p>
            <w:r>
              <w:t>Khorshid</w:t>
            </w:r>
          </w:p>
        </w:tc>
        <w:tc>
          <w:tcPr>
            <w:tcW w:type="dxa" w:w="1728"/>
          </w:tcPr>
          <w:p>
            <w:r>
              <w:t>Tk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91***7119*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9131033419</w:t>
            </w:r>
          </w:p>
        </w:tc>
        <w:tc>
          <w:tcPr>
            <w:tcW w:type="dxa" w:w="1728"/>
          </w:tcPr>
          <w:p>
            <w:r>
              <w:t>Δli RezΔ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YazdaniAR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912791**41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zaahra6131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91224*1207</w:t>
            </w:r>
          </w:p>
        </w:tc>
        <w:tc>
          <w:tcPr>
            <w:tcW w:type="dxa" w:w="1728"/>
          </w:tcPr>
          <w:p>
            <w:r>
              <w:t>Hamid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hamidmirahmadian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910*9**47*</w:t>
            </w:r>
          </w:p>
        </w:tc>
        <w:tc>
          <w:tcPr>
            <w:tcW w:type="dxa" w:w="1728"/>
          </w:tcPr>
          <w:p>
            <w:r>
              <w:t>Mehri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93**274300</w:t>
            </w:r>
          </w:p>
        </w:tc>
        <w:tc>
          <w:tcPr>
            <w:tcW w:type="dxa" w:w="1728"/>
          </w:tcPr>
          <w:p>
            <w:r>
              <w:t>Rezvan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rezvan_68z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912*91*2*3</w:t>
            </w:r>
          </w:p>
        </w:tc>
        <w:tc>
          <w:tcPr>
            <w:tcW w:type="dxa" w:w="1728"/>
          </w:tcPr>
          <w:p>
            <w:r>
              <w:t>Mahmoud</w:t>
            </w:r>
          </w:p>
        </w:tc>
        <w:tc>
          <w:tcPr>
            <w:tcW w:type="dxa" w:w="1728"/>
          </w:tcPr>
          <w:p>
            <w:r>
              <w:t>Akbari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91291*1*47</w:t>
            </w:r>
          </w:p>
        </w:tc>
        <w:tc>
          <w:tcPr>
            <w:tcW w:type="dxa" w:w="1728"/>
          </w:tcPr>
          <w:p>
            <w:r>
              <w:t>Behnam</w:t>
            </w:r>
          </w:p>
        </w:tc>
        <w:tc>
          <w:tcPr>
            <w:tcW w:type="dxa" w:w="1728"/>
          </w:tcPr>
          <w:p>
            <w:r>
              <w:t>Daemi</w:t>
            </w:r>
          </w:p>
        </w:tc>
        <w:tc>
          <w:tcPr>
            <w:tcW w:type="dxa" w:w="1728"/>
          </w:tcPr>
          <w:p>
            <w:r>
              <w:t>behnamdaemi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9122**7*1*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919*013*04</w:t>
            </w:r>
          </w:p>
        </w:tc>
        <w:tc>
          <w:tcPr>
            <w:tcW w:type="dxa" w:w="1728"/>
          </w:tcPr>
          <w:p>
            <w:r>
              <w:t>Mohsen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9300319107</w:t>
            </w:r>
          </w:p>
        </w:tc>
        <w:tc>
          <w:tcPr>
            <w:tcW w:type="dxa" w:w="1728"/>
          </w:tcPr>
          <w:p>
            <w:r>
              <w:t>Jafari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Mehrgan_Club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91****4*10</w:t>
            </w:r>
          </w:p>
        </w:tc>
        <w:tc>
          <w:tcPr>
            <w:tcW w:type="dxa" w:w="1728"/>
          </w:tcPr>
          <w:p>
            <w:r>
              <w:t>Ebi</w:t>
            </w:r>
          </w:p>
        </w:tc>
        <w:tc>
          <w:tcPr>
            <w:tcW w:type="dxa" w:w="1728"/>
          </w:tcPr>
          <w:p>
            <w:r>
              <w:t>Shahidi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912407772*</w:t>
            </w:r>
          </w:p>
        </w:tc>
        <w:tc>
          <w:tcPr>
            <w:tcW w:type="dxa" w:w="1728"/>
          </w:tcPr>
          <w:p>
            <w:r>
              <w:t>.📶 S 🅰️ 🅰️ R 🅰️ 📶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saara24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91977399*7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rezaei</w:t>
            </w:r>
          </w:p>
        </w:tc>
        <w:tc>
          <w:tcPr>
            <w:tcW w:type="dxa" w:w="1728"/>
          </w:tcPr>
          <w:p>
            <w:r>
              <w:t>rezaial65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93977422**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93*0*3*923</w:t>
            </w:r>
          </w:p>
        </w:tc>
        <w:tc>
          <w:tcPr>
            <w:tcW w:type="dxa" w:w="1728"/>
          </w:tcPr>
          <w:p>
            <w:r>
              <w:t>Azadeh</w:t>
            </w:r>
          </w:p>
        </w:tc>
        <w:tc>
          <w:tcPr>
            <w:tcW w:type="dxa" w:w="1728"/>
          </w:tcPr>
          <w:p>
            <w:r>
              <w:t>Salek</w:t>
            </w:r>
          </w:p>
        </w:tc>
        <w:tc>
          <w:tcPr>
            <w:tcW w:type="dxa" w:w="1728"/>
          </w:tcPr>
          <w:p>
            <w:r>
              <w:t>azadeh8765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9127*14702</w:t>
            </w:r>
          </w:p>
        </w:tc>
        <w:tc>
          <w:tcPr>
            <w:tcW w:type="dxa" w:w="1728"/>
          </w:tcPr>
          <w:p>
            <w:r>
              <w:t>armin</w:t>
            </w:r>
          </w:p>
        </w:tc>
        <w:tc>
          <w:tcPr>
            <w:tcW w:type="dxa" w:w="1728"/>
          </w:tcPr>
          <w:p>
            <w:r>
              <w:t>aups</w:t>
            </w:r>
          </w:p>
        </w:tc>
        <w:tc>
          <w:tcPr>
            <w:tcW w:type="dxa" w:w="1728"/>
          </w:tcPr>
          <w:p>
            <w:r>
              <w:t>armin_aupss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913337*009</w:t>
            </w:r>
          </w:p>
        </w:tc>
        <w:tc>
          <w:tcPr>
            <w:tcW w:type="dxa" w:w="1728"/>
          </w:tcPr>
          <w:p>
            <w:r>
              <w:t>EO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sefidchoob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903*77*007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912*341***</w:t>
            </w:r>
          </w:p>
        </w:tc>
        <w:tc>
          <w:tcPr>
            <w:tcW w:type="dxa" w:w="1728"/>
          </w:tcPr>
          <w:p>
            <w:r>
              <w:t>H.ansari</w:t>
            </w:r>
          </w:p>
        </w:tc>
        <w:tc>
          <w:tcPr>
            <w:tcW w:type="dxa" w:w="1728"/>
          </w:tcPr>
          <w:p>
            <w:r>
              <w:t>🏇🎯🎶🎬🎭☫🚴</w:t>
            </w:r>
          </w:p>
        </w:tc>
        <w:tc>
          <w:tcPr>
            <w:tcW w:type="dxa" w:w="1728"/>
          </w:tcPr>
          <w:p>
            <w:r>
              <w:t>ansari6592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91227****3</w:t>
            </w:r>
          </w:p>
        </w:tc>
        <w:tc>
          <w:tcPr>
            <w:tcW w:type="dxa" w:w="1728"/>
          </w:tcPr>
          <w:p>
            <w:r>
              <w:t>ɑհժí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Roodi11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912*3*0332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919110*493</w:t>
            </w:r>
          </w:p>
        </w:tc>
        <w:tc>
          <w:tcPr>
            <w:tcW w:type="dxa" w:w="1728"/>
          </w:tcPr>
          <w:p>
            <w:r>
              <w:t>کوهنورد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9127123021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Al</w:t>
            </w:r>
          </w:p>
        </w:tc>
        <w:tc>
          <w:tcPr>
            <w:tcW w:type="dxa" w:w="1728"/>
          </w:tcPr>
          <w:p>
            <w:r>
              <w:t>Gladiator_h92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9133*34099</w:t>
            </w:r>
          </w:p>
        </w:tc>
        <w:tc>
          <w:tcPr>
            <w:tcW w:type="dxa" w:w="1728"/>
          </w:tcPr>
          <w:p>
            <w:r>
              <w:t>Ahmad.m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9102707093</w:t>
            </w:r>
          </w:p>
        </w:tc>
        <w:tc>
          <w:tcPr>
            <w:tcW w:type="dxa" w:w="1728"/>
          </w:tcPr>
          <w:p>
            <w:r>
              <w:t>انجمن اسباب بازی وپولیش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9197**9279</w:t>
            </w:r>
          </w:p>
        </w:tc>
        <w:tc>
          <w:tcPr>
            <w:tcW w:type="dxa" w:w="1728"/>
          </w:tcPr>
          <w:p>
            <w:r>
              <w:t>Babak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Elvis1975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91132024*1</w:t>
            </w:r>
          </w:p>
        </w:tc>
        <w:tc>
          <w:tcPr>
            <w:tcW w:type="dxa" w:w="1728"/>
          </w:tcPr>
          <w:p>
            <w:r>
              <w:t>بهرنگ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912*2433*3</w:t>
            </w:r>
          </w:p>
        </w:tc>
        <w:tc>
          <w:tcPr>
            <w:tcW w:type="dxa" w:w="1728"/>
          </w:tcPr>
          <w:p>
            <w:r>
              <w:t>Mr</w:t>
            </w:r>
          </w:p>
        </w:tc>
        <w:tc>
          <w:tcPr>
            <w:tcW w:type="dxa" w:w="1728"/>
          </w:tcPr>
          <w:p>
            <w:r>
              <w:t>Ya</w:t>
            </w:r>
          </w:p>
        </w:tc>
        <w:tc>
          <w:tcPr>
            <w:tcW w:type="dxa" w:w="1728"/>
          </w:tcPr>
          <w:p>
            <w:r>
              <w:t>ma0ya1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912440293*</w:t>
            </w:r>
          </w:p>
        </w:tc>
        <w:tc>
          <w:tcPr>
            <w:tcW w:type="dxa" w:w="1728"/>
          </w:tcPr>
          <w:p>
            <w:r>
              <w:t>Ramin</w:t>
            </w:r>
          </w:p>
        </w:tc>
        <w:tc>
          <w:tcPr>
            <w:tcW w:type="dxa" w:w="1728"/>
          </w:tcPr>
          <w:p>
            <w:r>
              <w:t>E</w:t>
            </w:r>
          </w:p>
        </w:tc>
        <w:tc>
          <w:tcPr>
            <w:tcW w:type="dxa" w:w="1728"/>
          </w:tcPr>
          <w:p>
            <w:r>
              <w:t>Rain1972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9190332744</w:t>
            </w:r>
          </w:p>
        </w:tc>
        <w:tc>
          <w:tcPr>
            <w:tcW w:type="dxa" w:w="1728"/>
          </w:tcPr>
          <w:p>
            <w:r>
              <w:t>SAEID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SaeidMohamadii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93*47***0*</w:t>
            </w:r>
          </w:p>
        </w:tc>
        <w:tc>
          <w:tcPr>
            <w:tcW w:type="dxa" w:w="1728"/>
          </w:tcPr>
          <w:p>
            <w:r>
              <w:t>hesam</w:t>
            </w:r>
          </w:p>
        </w:tc>
        <w:tc>
          <w:tcPr>
            <w:tcW w:type="dxa" w:w="1728"/>
          </w:tcPr>
          <w:p>
            <w:r>
              <w:t>heidary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91*3332*2*</w:t>
            </w:r>
          </w:p>
        </w:tc>
        <w:tc>
          <w:tcPr>
            <w:tcW w:type="dxa" w:w="1728"/>
          </w:tcPr>
          <w:p>
            <w:r>
              <w:t>دوست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Hasantorabiii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9122421*14</w:t>
            </w:r>
          </w:p>
        </w:tc>
        <w:tc>
          <w:tcPr>
            <w:tcW w:type="dxa" w:w="1728"/>
          </w:tcPr>
          <w:p>
            <w:r>
              <w:t>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990*131992</w:t>
            </w:r>
          </w:p>
        </w:tc>
        <w:tc>
          <w:tcPr>
            <w:tcW w:type="dxa" w:w="1728"/>
          </w:tcPr>
          <w:p>
            <w:r>
              <w:t>Amirhossin</w:t>
            </w:r>
          </w:p>
        </w:tc>
        <w:tc>
          <w:tcPr>
            <w:tcW w:type="dxa" w:w="1728"/>
          </w:tcPr>
          <w:p>
            <w:r>
              <w:t>Jamebozorg</w:t>
            </w:r>
          </w:p>
        </w:tc>
        <w:tc>
          <w:tcPr>
            <w:tcW w:type="dxa" w:w="1728"/>
          </w:tcPr>
          <w:p>
            <w:r>
              <w:t>Amirhosseinjamebozorg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92129*2*47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910200***1</w:t>
            </w:r>
          </w:p>
        </w:tc>
        <w:tc>
          <w:tcPr>
            <w:tcW w:type="dxa" w:w="1728"/>
          </w:tcPr>
          <w:p>
            <w:r>
              <w:t>Behrouz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Behrouz136136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912*1*0*10</w:t>
            </w:r>
          </w:p>
        </w:tc>
        <w:tc>
          <w:tcPr>
            <w:tcW w:type="dxa" w:w="1728"/>
          </w:tcPr>
          <w:p>
            <w:r>
              <w:t>ایرانگرد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Irangard1963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912447**04</w:t>
            </w:r>
          </w:p>
        </w:tc>
        <w:tc>
          <w:tcPr>
            <w:tcW w:type="dxa" w:w="1728"/>
          </w:tcPr>
          <w:p>
            <w:r>
              <w:t>Rash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Rash2468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91*00**4**</w:t>
            </w:r>
          </w:p>
        </w:tc>
        <w:tc>
          <w:tcPr>
            <w:tcW w:type="dxa" w:w="1728"/>
          </w:tcPr>
          <w:p>
            <w:r>
              <w:t>Homayoun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Homayounhamedi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912*09*7*1</w:t>
            </w:r>
          </w:p>
        </w:tc>
        <w:tc>
          <w:tcPr>
            <w:tcW w:type="dxa" w:w="1728"/>
          </w:tcPr>
          <w:p>
            <w:r>
              <w:t>Narsis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91222*1243</w:t>
            </w:r>
          </w:p>
        </w:tc>
        <w:tc>
          <w:tcPr>
            <w:tcW w:type="dxa" w:w="1728"/>
          </w:tcPr>
          <w:p>
            <w:r>
              <w:t>عباس</w:t>
            </w:r>
          </w:p>
        </w:tc>
        <w:tc>
          <w:tcPr>
            <w:tcW w:type="dxa" w:w="1728"/>
          </w:tcPr>
          <w:p>
            <w:r>
              <w:t>ملکی</w:t>
            </w:r>
          </w:p>
        </w:tc>
        <w:tc>
          <w:tcPr>
            <w:tcW w:type="dxa" w:w="1728"/>
          </w:tcPr>
          <w:p>
            <w:r>
              <w:t>abbasakkas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937**7*10*</w:t>
            </w:r>
          </w:p>
        </w:tc>
        <w:tc>
          <w:tcPr>
            <w:tcW w:type="dxa" w:w="1728"/>
          </w:tcPr>
          <w:p>
            <w:r>
              <w:t>ارکیده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93073*92**</w:t>
            </w:r>
          </w:p>
        </w:tc>
        <w:tc>
          <w:tcPr>
            <w:tcW w:type="dxa" w:w="1728"/>
          </w:tcPr>
          <w:p>
            <w:r>
              <w:t>Dariush69i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Dariush69i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930*42012*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Lifeisabigtravell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93*41*42*4</w:t>
            </w:r>
          </w:p>
        </w:tc>
        <w:tc>
          <w:tcPr>
            <w:tcW w:type="dxa" w:w="1728"/>
          </w:tcPr>
          <w:p>
            <w:r>
              <w:t>ashkan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Ashkan_afshari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912334439*</w:t>
            </w:r>
          </w:p>
        </w:tc>
        <w:tc>
          <w:tcPr>
            <w:tcW w:type="dxa" w:w="1728"/>
          </w:tcPr>
          <w:p>
            <w:r>
              <w:t>Vahid</w:t>
            </w:r>
          </w:p>
        </w:tc>
        <w:tc>
          <w:tcPr>
            <w:tcW w:type="dxa" w:w="1728"/>
          </w:tcPr>
          <w:p>
            <w:r>
              <w:t>Esmaili</w:t>
            </w:r>
          </w:p>
        </w:tc>
        <w:tc>
          <w:tcPr>
            <w:tcW w:type="dxa" w:w="1728"/>
          </w:tcPr>
          <w:p>
            <w:r>
              <w:t>Wicki_6066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921*720*49</w:t>
            </w:r>
          </w:p>
        </w:tc>
        <w:tc>
          <w:tcPr>
            <w:tcW w:type="dxa" w:w="1728"/>
          </w:tcPr>
          <w:p>
            <w:r>
              <w:t>Arman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Armanshahabi69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91937*20*7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>
              <w:t>Bastami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  <w:tr>
        <w:tc>
          <w:tcPr>
            <w:tcW w:type="dxa" w:w="1728"/>
          </w:tcPr>
          <w:p>
            <w:r>
              <w:t>91*1*2*2*4</w:t>
            </w:r>
          </w:p>
        </w:tc>
        <w:tc>
          <w:tcPr>
            <w:tcW w:type="dxa" w:w="1728"/>
          </w:tcPr>
          <w:p>
            <w:r>
              <w:t>e.</w:t>
            </w:r>
          </w:p>
        </w:tc>
        <w:tc>
          <w:tcPr>
            <w:tcW w:type="dxa" w:w="1728"/>
          </w:tcPr>
          <w:p>
            <w:r>
              <w:t>noori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همنورد یاب ایران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همنورد یاب ایران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