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هم اندیشی دبیران ریاضی ایران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هم اندیشی دبیران ریاضی ایران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911270170*</w:t>
            </w:r>
          </w:p>
        </w:tc>
        <w:tc>
          <w:tcPr>
            <w:tcW w:type="dxa" w:w="1728"/>
          </w:tcPr>
          <w:p>
            <w:r>
              <w:t>somayeh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somayeh_s_67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9111104*00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>
              <w:t>Kardar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913231**30</w:t>
            </w:r>
          </w:p>
        </w:tc>
        <w:tc>
          <w:tcPr>
            <w:tcW w:type="dxa" w:w="1728"/>
          </w:tcPr>
          <w:p>
            <w:r>
              <w:t>مریم...</w:t>
            </w:r>
          </w:p>
        </w:tc>
        <w:tc>
          <w:tcPr>
            <w:tcW w:type="dxa" w:w="1728"/>
          </w:tcPr>
          <w:p>
            <w:r>
              <w:t>ب...</w:t>
            </w:r>
          </w:p>
        </w:tc>
        <w:tc>
          <w:tcPr>
            <w:tcW w:type="dxa" w:w="1728"/>
          </w:tcPr>
          <w:p>
            <w:r>
              <w:t>maryambahaluo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919*321277</w:t>
            </w:r>
          </w:p>
        </w:tc>
        <w:tc>
          <w:tcPr>
            <w:tcW w:type="dxa" w:w="1728"/>
          </w:tcPr>
          <w:p>
            <w:r>
              <w:t>Hadi Safi aghdam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hadi_safi_aghdam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930297*2*1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Nmdfpo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91***911*0</w:t>
            </w:r>
          </w:p>
        </w:tc>
        <w:tc>
          <w:tcPr>
            <w:tcW w:type="dxa" w:w="1728"/>
          </w:tcPr>
          <w:p>
            <w:r>
              <w:t>Yaser</w:t>
            </w:r>
          </w:p>
        </w:tc>
        <w:tc>
          <w:tcPr>
            <w:tcW w:type="dxa" w:w="1728"/>
          </w:tcPr>
          <w:p>
            <w:r>
              <w:t>Rostami</w:t>
            </w:r>
          </w:p>
        </w:tc>
        <w:tc>
          <w:tcPr>
            <w:tcW w:type="dxa" w:w="1728"/>
          </w:tcPr>
          <w:p>
            <w:r>
              <w:t>Yas648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93909*7924</w:t>
            </w:r>
          </w:p>
        </w:tc>
        <w:tc>
          <w:tcPr>
            <w:tcW w:type="dxa" w:w="1728"/>
          </w:tcPr>
          <w:p>
            <w:r>
              <w:t>Rm</w:t>
            </w:r>
          </w:p>
        </w:tc>
        <w:tc>
          <w:tcPr>
            <w:tcW w:type="dxa" w:w="1728"/>
          </w:tcPr>
          <w:p>
            <w:r>
              <w:t>Math</w:t>
            </w:r>
          </w:p>
        </w:tc>
        <w:tc>
          <w:tcPr>
            <w:tcW w:type="dxa" w:w="1728"/>
          </w:tcPr>
          <w:p>
            <w:r>
              <w:t>Radmehrmath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91*3777*9*</w:t>
            </w:r>
          </w:p>
        </w:tc>
        <w:tc>
          <w:tcPr>
            <w:tcW w:type="dxa" w:w="1728"/>
          </w:tcPr>
          <w:p>
            <w:r>
              <w:t>H-G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Hamid427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917*1*1*97</w:t>
            </w:r>
          </w:p>
        </w:tc>
        <w:tc>
          <w:tcPr>
            <w:tcW w:type="dxa" w:w="1728"/>
          </w:tcPr>
          <w:p>
            <w:r>
              <w:t>faramarz</w:t>
            </w:r>
          </w:p>
        </w:tc>
        <w:tc>
          <w:tcPr>
            <w:tcW w:type="dxa" w:w="1728"/>
          </w:tcPr>
          <w:p>
            <w:r>
              <w:t>aalizadeh</w:t>
            </w:r>
          </w:p>
        </w:tc>
        <w:tc>
          <w:tcPr>
            <w:tcW w:type="dxa" w:w="1728"/>
          </w:tcPr>
          <w:p>
            <w:r>
              <w:t>Aalizadehfaramarz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9133**30**</w:t>
            </w:r>
          </w:p>
        </w:tc>
        <w:tc>
          <w:tcPr>
            <w:tcW w:type="dxa" w:w="1728"/>
          </w:tcPr>
          <w:p>
            <w:r>
              <w:t>S.m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s_m_1910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93*0*73**4</w:t>
            </w:r>
          </w:p>
        </w:tc>
        <w:tc>
          <w:tcPr>
            <w:tcW w:type="dxa" w:w="1728"/>
          </w:tcPr>
          <w:p>
            <w:r>
              <w:t>Reza.eee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Reza_m3739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913143*9*4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I</w:t>
            </w:r>
          </w:p>
        </w:tc>
        <w:tc>
          <w:tcPr>
            <w:tcW w:type="dxa" w:w="1728"/>
          </w:tcPr>
          <w:p>
            <w:r>
              <w:t>Kosar7783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93**721**2</w:t>
            </w:r>
          </w:p>
        </w:tc>
        <w:tc>
          <w:tcPr>
            <w:tcW w:type="dxa" w:w="1728"/>
          </w:tcPr>
          <w:p>
            <w:r>
              <w:t>Z.kianpour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javad9753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911*1***72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samiei_r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9141*7*104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Yagob_najmi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914912734*</w:t>
            </w:r>
          </w:p>
        </w:tc>
        <w:tc>
          <w:tcPr>
            <w:tcW w:type="dxa" w:w="1728"/>
          </w:tcPr>
          <w:p>
            <w:r>
              <w:t>M.</w:t>
            </w:r>
          </w:p>
        </w:tc>
        <w:tc>
          <w:tcPr>
            <w:tcW w:type="dxa" w:w="1728"/>
          </w:tcPr>
          <w:p>
            <w:r>
              <w:t>Gheiratmand</w:t>
            </w:r>
          </w:p>
        </w:tc>
        <w:tc>
          <w:tcPr>
            <w:tcW w:type="dxa" w:w="1728"/>
          </w:tcPr>
          <w:p>
            <w:r>
              <w:t>M_gh_52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9139791*2*</w:t>
            </w:r>
          </w:p>
        </w:tc>
        <w:tc>
          <w:tcPr>
            <w:tcW w:type="dxa" w:w="1728"/>
          </w:tcPr>
          <w:p>
            <w:r>
              <w:t>‌‌ علی</w:t>
            </w:r>
          </w:p>
        </w:tc>
        <w:tc>
          <w:tcPr>
            <w:tcW w:type="dxa" w:w="1728"/>
          </w:tcPr>
          <w:p>
            <w:r>
              <w:t>سیفی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91334*7*74</w:t>
            </w:r>
          </w:p>
        </w:tc>
        <w:tc>
          <w:tcPr>
            <w:tcW w:type="dxa" w:w="1728"/>
          </w:tcPr>
          <w:p>
            <w:r>
              <w:t>Moojtaba</w:t>
            </w:r>
          </w:p>
        </w:tc>
        <w:tc>
          <w:tcPr>
            <w:tcW w:type="dxa" w:w="1728"/>
          </w:tcPr>
          <w:p>
            <w:r>
              <w:t>Hassani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912202*93*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>
              <w:t>esmaeli</w:t>
            </w:r>
          </w:p>
        </w:tc>
        <w:tc>
          <w:tcPr>
            <w:tcW w:type="dxa" w:w="1728"/>
          </w:tcPr>
          <w:p>
            <w:r>
              <w:t>mahdizist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912749**1*</w:t>
            </w:r>
          </w:p>
        </w:tc>
        <w:tc>
          <w:tcPr>
            <w:tcW w:type="dxa" w:w="1728"/>
          </w:tcPr>
          <w:p>
            <w:r>
              <w:t>Mousavipour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atmosavipour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91092*7*4*</w:t>
            </w:r>
          </w:p>
        </w:tc>
        <w:tc>
          <w:tcPr>
            <w:tcW w:type="dxa" w:w="1728"/>
          </w:tcPr>
          <w:p>
            <w:r>
              <w:t>Kia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Miladmohammadikia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9149907*4*</w:t>
            </w:r>
          </w:p>
        </w:tc>
        <w:tc>
          <w:tcPr>
            <w:tcW w:type="dxa" w:w="1728"/>
          </w:tcPr>
          <w:p>
            <w:r>
              <w:t>.....</w:t>
            </w:r>
          </w:p>
        </w:tc>
        <w:tc>
          <w:tcPr>
            <w:tcW w:type="dxa" w:w="1728"/>
          </w:tcPr>
          <w:p>
            <w:r>
              <w:t>🪻🌻🪻</w:t>
            </w:r>
          </w:p>
        </w:tc>
        <w:tc>
          <w:tcPr>
            <w:tcW w:type="dxa" w:w="1728"/>
          </w:tcPr>
          <w:p>
            <w:r>
              <w:t>amiran8591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9132423*9*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9014109*70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amingoharimath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912*79331*</w:t>
            </w:r>
          </w:p>
        </w:tc>
        <w:tc>
          <w:tcPr>
            <w:tcW w:type="dxa" w:w="1728"/>
          </w:tcPr>
          <w:p>
            <w:r>
              <w:t>fateme_saraei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Fatemesaraei54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91797*0917</w:t>
            </w:r>
          </w:p>
        </w:tc>
        <w:tc>
          <w:tcPr>
            <w:tcW w:type="dxa" w:w="1728"/>
          </w:tcPr>
          <w:p>
            <w:r>
              <w:t>Mathteacher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rafiei656565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933*31**27</w:t>
            </w:r>
          </w:p>
        </w:tc>
        <w:tc>
          <w:tcPr>
            <w:tcW w:type="dxa" w:w="1728"/>
          </w:tcPr>
          <w:p>
            <w:r>
              <w:t>مجرد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MissMojaradd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9131*3**2*</w:t>
            </w:r>
          </w:p>
        </w:tc>
        <w:tc>
          <w:tcPr>
            <w:tcW w:type="dxa" w:w="1728"/>
          </w:tcPr>
          <w:p>
            <w:r>
              <w:t>Fooruzan</w:t>
            </w:r>
          </w:p>
        </w:tc>
        <w:tc>
          <w:tcPr>
            <w:tcW w:type="dxa" w:w="1728"/>
          </w:tcPr>
          <w:p>
            <w:r>
              <w:t>Koohian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914*09***7</w:t>
            </w:r>
          </w:p>
        </w:tc>
        <w:tc>
          <w:tcPr>
            <w:tcW w:type="dxa" w:w="1728"/>
          </w:tcPr>
          <w:p>
            <w:r>
              <w:t>سلمان</w:t>
            </w:r>
          </w:p>
        </w:tc>
        <w:tc>
          <w:tcPr>
            <w:tcW w:type="dxa" w:w="1728"/>
          </w:tcPr>
          <w:p>
            <w:r>
              <w:t>مرادنیا</w:t>
            </w:r>
          </w:p>
        </w:tc>
        <w:tc>
          <w:tcPr>
            <w:tcW w:type="dxa" w:w="1728"/>
          </w:tcPr>
          <w:p>
            <w:r>
              <w:t>Moradnia009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912774710*</w:t>
            </w:r>
          </w:p>
        </w:tc>
        <w:tc>
          <w:tcPr>
            <w:tcW w:type="dxa" w:w="1728"/>
          </w:tcPr>
          <w:p>
            <w:r>
              <w:t>mehran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mehran_maddah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91*97437**</w:t>
            </w:r>
          </w:p>
        </w:tc>
        <w:tc>
          <w:tcPr>
            <w:tcW w:type="dxa" w:w="1728"/>
          </w:tcPr>
          <w:p>
            <w:r>
              <w:t>Dariush</w:t>
            </w:r>
          </w:p>
        </w:tc>
        <w:tc>
          <w:tcPr>
            <w:tcW w:type="dxa" w:w="1728"/>
          </w:tcPr>
          <w:p>
            <w:r>
              <w:t>Naderi</w:t>
            </w:r>
          </w:p>
        </w:tc>
        <w:tc>
          <w:tcPr>
            <w:tcW w:type="dxa" w:w="1728"/>
          </w:tcPr>
          <w:p>
            <w:r>
              <w:t>Dariush_Naderi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937*97990*</w:t>
            </w:r>
          </w:p>
        </w:tc>
        <w:tc>
          <w:tcPr>
            <w:tcW w:type="dxa" w:w="1728"/>
          </w:tcPr>
          <w:p>
            <w:r>
              <w:t>A@kh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Akbarkhodaparast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91*3117013</w:t>
            </w:r>
          </w:p>
        </w:tc>
        <w:tc>
          <w:tcPr>
            <w:tcW w:type="dxa" w:w="1728"/>
          </w:tcPr>
          <w:p>
            <w:r>
              <w:t>T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91274*74*2</w:t>
            </w:r>
          </w:p>
        </w:tc>
        <w:tc>
          <w:tcPr>
            <w:tcW w:type="dxa" w:w="1728"/>
          </w:tcPr>
          <w:p>
            <w:r>
              <w:t>Mb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>
              <w:t>Mahdi_3085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9109*71439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Mehralyan</w:t>
            </w:r>
          </w:p>
        </w:tc>
        <w:tc>
          <w:tcPr>
            <w:tcW w:type="dxa" w:w="1728"/>
          </w:tcPr>
          <w:p>
            <w:r>
              <w:t>mehralyan1397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9173*31442</w:t>
            </w:r>
          </w:p>
        </w:tc>
        <w:tc>
          <w:tcPr>
            <w:tcW w:type="dxa" w:w="1728"/>
          </w:tcPr>
          <w:p>
            <w:r>
              <w:t>M.r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93734*19*3</w:t>
            </w:r>
          </w:p>
        </w:tc>
        <w:tc>
          <w:tcPr>
            <w:tcW w:type="dxa" w:w="1728"/>
          </w:tcPr>
          <w:p>
            <w:r>
              <w:t>E.Moein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9371272***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Mangeli</w:t>
            </w:r>
          </w:p>
        </w:tc>
        <w:tc>
          <w:tcPr>
            <w:tcW w:type="dxa" w:w="1728"/>
          </w:tcPr>
          <w:p>
            <w:r>
              <w:t>alirezamangeli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9133**2*9*</w:t>
            </w:r>
          </w:p>
        </w:tc>
        <w:tc>
          <w:tcPr>
            <w:tcW w:type="dxa" w:w="1728"/>
          </w:tcPr>
          <w:p>
            <w:r>
              <w:t>Sh _Derakhshande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Armanha1390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91**00*1**</w:t>
            </w:r>
          </w:p>
        </w:tc>
        <w:tc>
          <w:tcPr>
            <w:tcW w:type="dxa" w:w="1728"/>
          </w:tcPr>
          <w:p>
            <w:r>
              <w:t>B.so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M_a_z403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912*0*0144</w:t>
            </w:r>
          </w:p>
        </w:tc>
        <w:tc>
          <w:tcPr>
            <w:tcW w:type="dxa" w:w="1728"/>
          </w:tcPr>
          <w:p>
            <w:r>
              <w:t>𑂆𑁍𑂀ࡅ̣ߺࡆ̇ࡅߺߺߺ𑀼𑀼𑀼𐬐ࡊ̇ﺭ̤ࡅߺߺߺ̣ࡅࡆ𑁍𑂀𑂆💞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91*144***7</w:t>
            </w:r>
          </w:p>
        </w:tc>
        <w:tc>
          <w:tcPr>
            <w:tcW w:type="dxa" w:w="1728"/>
          </w:tcPr>
          <w:p>
            <w:r>
              <w:t>Betty</w:t>
            </w:r>
          </w:p>
        </w:tc>
        <w:tc>
          <w:tcPr>
            <w:tcW w:type="dxa" w:w="1728"/>
          </w:tcPr>
          <w:p>
            <w:r>
              <w:t>Moghadam</w:t>
            </w:r>
          </w:p>
        </w:tc>
        <w:tc>
          <w:tcPr>
            <w:tcW w:type="dxa" w:w="1728"/>
          </w:tcPr>
          <w:p>
            <w:r>
              <w:t>Bettyjoon1987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93*030*347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weare100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93930**900</w:t>
            </w:r>
          </w:p>
        </w:tc>
        <w:tc>
          <w:tcPr>
            <w:tcW w:type="dxa" w:w="1728"/>
          </w:tcPr>
          <w:p>
            <w:r>
              <w:t>Ladan</w:t>
            </w:r>
          </w:p>
        </w:tc>
        <w:tc>
          <w:tcPr>
            <w:tcW w:type="dxa" w:w="1728"/>
          </w:tcPr>
          <w:p>
            <w:r>
              <w:t>Jeddi(2)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913437**74</w:t>
            </w:r>
          </w:p>
        </w:tc>
        <w:tc>
          <w:tcPr>
            <w:tcW w:type="dxa" w:w="1728"/>
          </w:tcPr>
          <w:p>
            <w:r>
              <w:t>L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Mmmmh40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9127414410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parsaparham60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9127*04124</w:t>
            </w:r>
          </w:p>
        </w:tc>
        <w:tc>
          <w:tcPr>
            <w:tcW w:type="dxa" w:w="1728"/>
          </w:tcPr>
          <w:p>
            <w:r>
              <w:t>Sh_M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913249*44*</w:t>
            </w:r>
          </w:p>
        </w:tc>
        <w:tc>
          <w:tcPr>
            <w:tcW w:type="dxa" w:w="1728"/>
          </w:tcPr>
          <w:p>
            <w:r>
              <w:t>……</w:t>
            </w:r>
          </w:p>
        </w:tc>
        <w:tc>
          <w:tcPr>
            <w:tcW w:type="dxa" w:w="1728"/>
          </w:tcPr>
          <w:p>
            <w:r>
              <w:t>……</w:t>
            </w:r>
          </w:p>
        </w:tc>
        <w:tc>
          <w:tcPr>
            <w:tcW w:type="dxa" w:w="1728"/>
          </w:tcPr>
          <w:p>
            <w:r>
              <w:t>ma_karamian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93*91**139</w:t>
            </w:r>
          </w:p>
        </w:tc>
        <w:tc>
          <w:tcPr>
            <w:tcW w:type="dxa" w:w="1728"/>
          </w:tcPr>
          <w:p>
            <w:r>
              <w:t>bakhtiary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bakhtiarpakzad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91*43*31*7</w:t>
            </w:r>
          </w:p>
        </w:tc>
        <w:tc>
          <w:tcPr>
            <w:tcW w:type="dxa" w:w="1728"/>
          </w:tcPr>
          <w:p>
            <w:r>
              <w:t>ღ atefeh jamshidiღ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Atefehjamshidi79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9330707*94</w:t>
            </w:r>
          </w:p>
        </w:tc>
        <w:tc>
          <w:tcPr>
            <w:tcW w:type="dxa" w:w="1728"/>
          </w:tcPr>
          <w:p>
            <w:r>
              <w:t>🌸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Rahimiteach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9123*19133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H1400S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9190472*70</w:t>
            </w:r>
          </w:p>
        </w:tc>
        <w:tc>
          <w:tcPr>
            <w:tcW w:type="dxa" w:w="1728"/>
          </w:tcPr>
          <w:p>
            <w:r>
              <w:t>Zohre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Hajilou1398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91**7329*3</w:t>
            </w:r>
          </w:p>
        </w:tc>
        <w:tc>
          <w:tcPr>
            <w:tcW w:type="dxa" w:w="1728"/>
          </w:tcPr>
          <w:p>
            <w:r>
              <w:t>Zamani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Min_yasna2007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91324*9107</w:t>
            </w:r>
          </w:p>
        </w:tc>
        <w:tc>
          <w:tcPr>
            <w:tcW w:type="dxa" w:w="1728"/>
          </w:tcPr>
          <w:p>
            <w:r>
              <w:t>ساحل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Hor57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91****3***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iemath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91*421*403</w:t>
            </w:r>
          </w:p>
        </w:tc>
        <w:tc>
          <w:tcPr>
            <w:tcW w:type="dxa" w:w="1728"/>
          </w:tcPr>
          <w:p>
            <w:r>
              <w:t>فرحناز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AMIRREZAKARAMREZAEE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91391*709*</w:t>
            </w:r>
          </w:p>
        </w:tc>
        <w:tc>
          <w:tcPr>
            <w:tcW w:type="dxa" w:w="1728"/>
          </w:tcPr>
          <w:p>
            <w:r>
              <w:t>✾❧ μ@❡❧✾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Mjavad2589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91*9*37440</w:t>
            </w:r>
          </w:p>
        </w:tc>
        <w:tc>
          <w:tcPr>
            <w:tcW w:type="dxa" w:w="1728"/>
          </w:tcPr>
          <w:p>
            <w:r>
              <w:t>علي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aliii_402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919*1**00*</w:t>
            </w:r>
          </w:p>
        </w:tc>
        <w:tc>
          <w:tcPr>
            <w:tcW w:type="dxa" w:w="1728"/>
          </w:tcPr>
          <w:p>
            <w:r>
              <w:t>𝐀𝐥𝐢 𝐀𝐬𝐠𝐡𝐚𝐫 𝐌𝐨𝐨𝐬𝐚𝐩𝐨𝐨𝐫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aamoosapoor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912143413*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Abedzadeh</w:t>
            </w:r>
          </w:p>
        </w:tc>
        <w:tc>
          <w:tcPr>
            <w:tcW w:type="dxa" w:w="1728"/>
          </w:tcPr>
          <w:p>
            <w:r>
              <w:t>Abedzadeh_Mohammad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9144*24**0</w:t>
            </w:r>
          </w:p>
        </w:tc>
        <w:tc>
          <w:tcPr>
            <w:tcW w:type="dxa" w:w="1728"/>
          </w:tcPr>
          <w:p>
            <w:r>
              <w:t>Dr.m.</w:t>
            </w:r>
          </w:p>
        </w:tc>
        <w:tc>
          <w:tcPr>
            <w:tcW w:type="dxa" w:w="1728"/>
          </w:tcPr>
          <w:p>
            <w:r>
              <w:t>farrokhy</w:t>
            </w:r>
          </w:p>
        </w:tc>
        <w:tc>
          <w:tcPr>
            <w:tcW w:type="dxa" w:w="1728"/>
          </w:tcPr>
          <w:p>
            <w:r>
              <w:t>Drmf50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9301**2724</w:t>
            </w:r>
          </w:p>
        </w:tc>
        <w:tc>
          <w:tcPr>
            <w:tcW w:type="dxa" w:w="1728"/>
          </w:tcPr>
          <w:p>
            <w:r>
              <w:t>زندگـــــــــــــــی زیباســـــــــــت</w:t>
            </w:r>
          </w:p>
        </w:tc>
        <w:tc>
          <w:tcPr>
            <w:tcW w:type="dxa" w:w="1728"/>
          </w:tcPr>
          <w:p>
            <w:r>
              <w:t>Marziyeh❤️</w:t>
            </w:r>
          </w:p>
        </w:tc>
        <w:tc>
          <w:tcPr>
            <w:tcW w:type="dxa" w:w="1728"/>
          </w:tcPr>
          <w:p>
            <w:r>
              <w:t>Mahrabanbashim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914*4403**</w:t>
            </w:r>
          </w:p>
        </w:tc>
        <w:tc>
          <w:tcPr>
            <w:tcW w:type="dxa" w:w="1728"/>
          </w:tcPr>
          <w:p>
            <w:r>
              <w:t>●▬▬๑۩۩๑مهدیه๑۩۩๑▬▬●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912*4217*2</w:t>
            </w:r>
          </w:p>
        </w:tc>
        <w:tc>
          <w:tcPr>
            <w:tcW w:type="dxa" w:w="1728"/>
          </w:tcPr>
          <w:p>
            <w:r>
              <w:t>Pegah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9127*4193*</w:t>
            </w:r>
          </w:p>
        </w:tc>
        <w:tc>
          <w:tcPr>
            <w:tcW w:type="dxa" w:w="1728"/>
          </w:tcPr>
          <w:p>
            <w:r>
              <w:t>Sm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912**41*00</w:t>
            </w:r>
          </w:p>
        </w:tc>
        <w:tc>
          <w:tcPr>
            <w:tcW w:type="dxa" w:w="1728"/>
          </w:tcPr>
          <w:p>
            <w:r>
              <w:t>mina</w:t>
            </w:r>
          </w:p>
        </w:tc>
        <w:tc>
          <w:tcPr>
            <w:tcW w:type="dxa" w:w="1728"/>
          </w:tcPr>
          <w:p>
            <w:r>
              <w:t>B.M</w:t>
            </w:r>
          </w:p>
        </w:tc>
        <w:tc>
          <w:tcPr>
            <w:tcW w:type="dxa" w:w="1728"/>
          </w:tcPr>
          <w:p>
            <w:r>
              <w:t>Minareza1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91*1**0*1*</w:t>
            </w:r>
          </w:p>
        </w:tc>
        <w:tc>
          <w:tcPr>
            <w:tcW w:type="dxa" w:w="1728"/>
          </w:tcPr>
          <w:p>
            <w:r>
              <w:t>Marzieh.</w:t>
            </w:r>
          </w:p>
        </w:tc>
        <w:tc>
          <w:tcPr>
            <w:tcW w:type="dxa" w:w="1728"/>
          </w:tcPr>
          <w:p>
            <w:r>
              <w:t>hnp</w:t>
            </w:r>
          </w:p>
        </w:tc>
        <w:tc>
          <w:tcPr>
            <w:tcW w:type="dxa" w:w="1728"/>
          </w:tcPr>
          <w:p>
            <w:r>
              <w:t>Marziehnp5622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93**09**7*</w:t>
            </w:r>
          </w:p>
        </w:tc>
        <w:tc>
          <w:tcPr>
            <w:tcW w:type="dxa" w:w="1728"/>
          </w:tcPr>
          <w:p>
            <w:r>
              <w:t>Soheila</w:t>
            </w:r>
          </w:p>
        </w:tc>
        <w:tc>
          <w:tcPr>
            <w:tcW w:type="dxa" w:w="1728"/>
          </w:tcPr>
          <w:p>
            <w:r>
              <w:t>Sattari.</w:t>
            </w:r>
          </w:p>
        </w:tc>
        <w:tc>
          <w:tcPr>
            <w:tcW w:type="dxa" w:w="1728"/>
          </w:tcPr>
          <w:p>
            <w:r>
              <w:t>SohilSattari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93*29**4**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Aiii_zaaa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93*0*44730</w:t>
            </w:r>
          </w:p>
        </w:tc>
        <w:tc>
          <w:tcPr>
            <w:tcW w:type="dxa" w:w="1728"/>
          </w:tcPr>
          <w:p>
            <w:r>
              <w:t>گل</w:t>
            </w:r>
          </w:p>
        </w:tc>
        <w:tc>
          <w:tcPr>
            <w:tcW w:type="dxa" w:w="1728"/>
          </w:tcPr>
          <w:p>
            <w:r>
              <w:t>بلبل</w:t>
            </w:r>
          </w:p>
        </w:tc>
        <w:tc>
          <w:tcPr>
            <w:tcW w:type="dxa" w:w="1728"/>
          </w:tcPr>
          <w:p>
            <w:r>
              <w:t>A_R_IRANI80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914***2910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somayrrrh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9127239*2*</w:t>
            </w:r>
          </w:p>
        </w:tc>
        <w:tc>
          <w:tcPr>
            <w:tcW w:type="dxa" w:w="1728"/>
          </w:tcPr>
          <w:p>
            <w:r>
              <w:t>Faride peykarara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faridepey47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919*92*9*3</w:t>
            </w:r>
          </w:p>
        </w:tc>
        <w:tc>
          <w:tcPr>
            <w:tcW w:type="dxa" w:w="1728"/>
          </w:tcPr>
          <w:p>
            <w:r>
              <w:t>Siavash</w:t>
            </w:r>
          </w:p>
        </w:tc>
        <w:tc>
          <w:tcPr>
            <w:tcW w:type="dxa" w:w="1728"/>
          </w:tcPr>
          <w:p>
            <w:r>
              <w:t>Farzaneh</w:t>
            </w:r>
          </w:p>
        </w:tc>
        <w:tc>
          <w:tcPr>
            <w:tcW w:type="dxa" w:w="1728"/>
          </w:tcPr>
          <w:p>
            <w:r>
              <w:t>math1359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91201**413</w:t>
            </w:r>
          </w:p>
        </w:tc>
        <w:tc>
          <w:tcPr>
            <w:tcW w:type="dxa" w:w="1728"/>
          </w:tcPr>
          <w:p>
            <w:r>
              <w:t>Payam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93*0*2*4*0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Aidinamm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91*1*9922*</w:t>
            </w:r>
          </w:p>
        </w:tc>
        <w:tc>
          <w:tcPr>
            <w:tcW w:type="dxa" w:w="1728"/>
          </w:tcPr>
          <w:p>
            <w:r>
              <w:t>s.t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Math1360teacher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9124221*32</w:t>
            </w:r>
          </w:p>
        </w:tc>
        <w:tc>
          <w:tcPr>
            <w:tcW w:type="dxa" w:w="1728"/>
          </w:tcPr>
          <w:p>
            <w:r>
              <w:t>saeede</w:t>
            </w:r>
          </w:p>
        </w:tc>
        <w:tc>
          <w:tcPr>
            <w:tcW w:type="dxa" w:w="1728"/>
          </w:tcPr>
          <w:p>
            <w:r>
              <w:t>naji</w:t>
            </w:r>
          </w:p>
        </w:tc>
        <w:tc>
          <w:tcPr>
            <w:tcW w:type="dxa" w:w="1728"/>
          </w:tcPr>
          <w:p>
            <w:r>
              <w:t>Naji3657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9194727**2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>
              <w:t>mohammadi</w:t>
            </w:r>
          </w:p>
        </w:tc>
        <w:tc>
          <w:tcPr>
            <w:tcW w:type="dxa" w:w="1728"/>
          </w:tcPr>
          <w:p>
            <w:r>
              <w:t>Z_mohammadi5678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  <w:tr>
        <w:tc>
          <w:tcPr>
            <w:tcW w:type="dxa" w:w="1728"/>
          </w:tcPr>
          <w:p>
            <w:r>
              <w:t>9190*900*3</w:t>
            </w:r>
          </w:p>
        </w:tc>
        <w:tc>
          <w:tcPr>
            <w:tcW w:type="dxa" w:w="1728"/>
          </w:tcPr>
          <w:p>
            <w:r>
              <w:t>Math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classroom_div98</w:t>
            </w:r>
          </w:p>
        </w:tc>
        <w:tc>
          <w:tcPr>
            <w:tcW w:type="dxa" w:w="1728"/>
          </w:tcPr>
          <w:p>
            <w:r>
              <w:t>هم اندیشی دبیران ریاضی ایران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هم اندیشی دبیران ریاضی ایران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